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052D2" w14:textId="77777777" w:rsidR="00C93F08" w:rsidRDefault="00C93F08">
      <w:pPr>
        <w:jc w:val="center"/>
        <w:rPr>
          <w:b/>
          <w:color w:val="1F4E78"/>
          <w:sz w:val="26"/>
        </w:rPr>
      </w:pPr>
    </w:p>
    <w:p w14:paraId="71C37B80" w14:textId="77777777" w:rsidR="00C93F08" w:rsidRDefault="00C93F08">
      <w:pPr>
        <w:jc w:val="center"/>
        <w:rPr>
          <w:b/>
          <w:color w:val="1F4E78"/>
          <w:sz w:val="26"/>
        </w:rPr>
      </w:pPr>
    </w:p>
    <w:p w14:paraId="765018A8" w14:textId="77777777" w:rsidR="00C93F08" w:rsidRDefault="00C93F08">
      <w:pPr>
        <w:jc w:val="center"/>
        <w:rPr>
          <w:b/>
          <w:color w:val="1F4E78"/>
          <w:sz w:val="26"/>
        </w:rPr>
      </w:pPr>
    </w:p>
    <w:p w14:paraId="6460B896" w14:textId="77777777" w:rsidR="00FA6107" w:rsidRDefault="00FA6107">
      <w:pPr>
        <w:jc w:val="center"/>
        <w:rPr>
          <w:b/>
          <w:color w:val="1F4E78"/>
          <w:sz w:val="26"/>
        </w:rPr>
      </w:pPr>
    </w:p>
    <w:p w14:paraId="2F4F0588" w14:textId="55C4B492" w:rsidR="00A279ED" w:rsidRPr="00FA6107" w:rsidRDefault="00000000">
      <w:pPr>
        <w:jc w:val="center"/>
        <w:rPr>
          <w:sz w:val="32"/>
          <w:szCs w:val="32"/>
        </w:rPr>
      </w:pPr>
      <w:r w:rsidRPr="00FA6107">
        <w:rPr>
          <w:b/>
          <w:color w:val="1F4E78"/>
          <w:sz w:val="32"/>
          <w:szCs w:val="32"/>
        </w:rPr>
        <w:t>DJEČJI VRTIĆ SUNCE ZADAR</w:t>
      </w:r>
    </w:p>
    <w:p w14:paraId="0594062E" w14:textId="0023AF9E" w:rsidR="00A279ED" w:rsidRDefault="00000000">
      <w:pPr>
        <w:pStyle w:val="Title"/>
        <w:jc w:val="center"/>
      </w:pPr>
      <w:r>
        <w:t>OBRAZLOŽENJE</w:t>
      </w:r>
      <w:r w:rsidR="00FA6107">
        <w:t xml:space="preserve"> PRIJEDLOGA</w:t>
      </w:r>
      <w:r>
        <w:t xml:space="preserve"> POLUGODIŠNJEG IZVJEŠTAJA</w:t>
      </w:r>
      <w:r>
        <w:br/>
        <w:t>O IZVRŠENJU FINANCIJSKOG PLANA</w:t>
      </w:r>
      <w:r>
        <w:br/>
        <w:t>ZA 2026. GODINU</w:t>
      </w:r>
    </w:p>
    <w:p w14:paraId="1ABDC909" w14:textId="77777777" w:rsidR="00A279ED" w:rsidRDefault="00000000">
      <w:pPr>
        <w:jc w:val="center"/>
      </w:pPr>
      <w:r>
        <w:rPr>
          <w:i/>
          <w:sz w:val="22"/>
        </w:rPr>
        <w:t xml:space="preserve">za </w:t>
      </w:r>
      <w:proofErr w:type="spellStart"/>
      <w:r>
        <w:rPr>
          <w:i/>
          <w:sz w:val="22"/>
        </w:rPr>
        <w:t>razdoblje</w:t>
      </w:r>
      <w:proofErr w:type="spellEnd"/>
      <w:r>
        <w:rPr>
          <w:i/>
          <w:sz w:val="22"/>
        </w:rPr>
        <w:t xml:space="preserve"> od 1. </w:t>
      </w:r>
      <w:proofErr w:type="spellStart"/>
      <w:r>
        <w:rPr>
          <w:i/>
          <w:sz w:val="22"/>
        </w:rPr>
        <w:t>siječnja</w:t>
      </w:r>
      <w:proofErr w:type="spellEnd"/>
      <w:r>
        <w:rPr>
          <w:i/>
          <w:sz w:val="22"/>
        </w:rPr>
        <w:t xml:space="preserve"> do 30. </w:t>
      </w:r>
      <w:proofErr w:type="spellStart"/>
      <w:r>
        <w:rPr>
          <w:i/>
          <w:sz w:val="22"/>
        </w:rPr>
        <w:t>lipnja</w:t>
      </w:r>
      <w:proofErr w:type="spellEnd"/>
      <w:r>
        <w:rPr>
          <w:i/>
          <w:sz w:val="22"/>
        </w:rPr>
        <w:t xml:space="preserve"> 2026. </w:t>
      </w:r>
      <w:proofErr w:type="spellStart"/>
      <w:r>
        <w:rPr>
          <w:i/>
          <w:sz w:val="22"/>
        </w:rPr>
        <w:t>godine</w:t>
      </w:r>
      <w:proofErr w:type="spellEnd"/>
    </w:p>
    <w:p w14:paraId="7DD62C31" w14:textId="77777777" w:rsidR="00A279ED" w:rsidRDefault="00000000">
      <w:r>
        <w:br/>
      </w:r>
    </w:p>
    <w:p w14:paraId="20D23DC7" w14:textId="77777777" w:rsidR="00FA6107" w:rsidRDefault="00FA6107"/>
    <w:p w14:paraId="4C0D63DB" w14:textId="77777777" w:rsidR="00FA6107" w:rsidRDefault="00FA6107"/>
    <w:p w14:paraId="3575CE56" w14:textId="77777777" w:rsidR="00FA6107" w:rsidRDefault="00FA6107"/>
    <w:p w14:paraId="65C80F71" w14:textId="77777777" w:rsidR="00FA6107" w:rsidRDefault="00FA6107"/>
    <w:p w14:paraId="2ACBB9AE" w14:textId="77777777" w:rsidR="00FA6107" w:rsidRDefault="00FA6107"/>
    <w:p w14:paraId="1C6A5069" w14:textId="6B933A67" w:rsidR="00A279ED" w:rsidRDefault="00000000">
      <w:pPr>
        <w:jc w:val="center"/>
        <w:rPr>
          <w:i/>
        </w:rPr>
      </w:pPr>
      <w:r>
        <w:rPr>
          <w:i/>
        </w:rPr>
        <w:t xml:space="preserve">Zadar, </w:t>
      </w:r>
      <w:proofErr w:type="gramStart"/>
      <w:r w:rsidR="00AF14F1">
        <w:rPr>
          <w:i/>
        </w:rPr>
        <w:t>30.</w:t>
      </w:r>
      <w:r>
        <w:rPr>
          <w:i/>
        </w:rPr>
        <w:t>srp</w:t>
      </w:r>
      <w:r w:rsidR="00AF14F1">
        <w:rPr>
          <w:i/>
        </w:rPr>
        <w:t>nja</w:t>
      </w:r>
      <w:proofErr w:type="gramEnd"/>
      <w:r>
        <w:rPr>
          <w:i/>
        </w:rPr>
        <w:t xml:space="preserve"> 2026.</w:t>
      </w:r>
    </w:p>
    <w:p w14:paraId="753C0EBB" w14:textId="77777777" w:rsidR="00EC58A5" w:rsidRDefault="00EC58A5">
      <w:pPr>
        <w:jc w:val="center"/>
        <w:rPr>
          <w:i/>
        </w:rPr>
      </w:pPr>
    </w:p>
    <w:p w14:paraId="6226D5CF" w14:textId="77777777" w:rsidR="00EC58A5" w:rsidRDefault="00EC58A5">
      <w:pPr>
        <w:jc w:val="center"/>
        <w:rPr>
          <w:i/>
        </w:rPr>
      </w:pPr>
    </w:p>
    <w:p w14:paraId="2521226F" w14:textId="77777777" w:rsidR="00EC58A5" w:rsidRDefault="00EC58A5">
      <w:pPr>
        <w:jc w:val="center"/>
        <w:rPr>
          <w:i/>
        </w:rPr>
      </w:pPr>
    </w:p>
    <w:p w14:paraId="4E35531D" w14:textId="77777777" w:rsidR="00EC58A5" w:rsidRDefault="00EC58A5">
      <w:pPr>
        <w:jc w:val="center"/>
        <w:rPr>
          <w:i/>
        </w:rPr>
      </w:pPr>
    </w:p>
    <w:p w14:paraId="315BBB82" w14:textId="77777777" w:rsidR="00EC58A5" w:rsidRDefault="00EC58A5">
      <w:pPr>
        <w:jc w:val="center"/>
        <w:rPr>
          <w:i/>
        </w:rPr>
      </w:pPr>
    </w:p>
    <w:p w14:paraId="3EFD2ED1" w14:textId="77777777" w:rsidR="00EC58A5" w:rsidRDefault="00EC58A5">
      <w:pPr>
        <w:jc w:val="center"/>
        <w:rPr>
          <w:i/>
        </w:rPr>
      </w:pPr>
    </w:p>
    <w:p w14:paraId="5B2859CC" w14:textId="77777777" w:rsidR="00EC58A5" w:rsidRDefault="00EC58A5">
      <w:pPr>
        <w:jc w:val="center"/>
        <w:rPr>
          <w:i/>
        </w:rPr>
      </w:pPr>
    </w:p>
    <w:p w14:paraId="33B4087B" w14:textId="77777777" w:rsidR="00EC58A5" w:rsidRDefault="00EC58A5">
      <w:pPr>
        <w:jc w:val="center"/>
        <w:rPr>
          <w:i/>
        </w:rPr>
      </w:pPr>
    </w:p>
    <w:p w14:paraId="1009890D" w14:textId="77777777" w:rsidR="00EC58A5" w:rsidRDefault="00EC58A5">
      <w:pPr>
        <w:jc w:val="center"/>
      </w:pPr>
    </w:p>
    <w:p w14:paraId="429CAD31" w14:textId="77777777" w:rsidR="00EC58A5" w:rsidRDefault="00EC58A5" w:rsidP="00EC58A5">
      <w:pPr>
        <w:rPr>
          <w:b/>
          <w:color w:val="1F4E78"/>
          <w:sz w:val="26"/>
        </w:rPr>
      </w:pPr>
      <w:r>
        <w:rPr>
          <w:b/>
          <w:color w:val="1F4E78"/>
          <w:sz w:val="26"/>
        </w:rPr>
        <w:t>Klasa:400-03/2601/2</w:t>
      </w:r>
    </w:p>
    <w:p w14:paraId="0FAD0DF1" w14:textId="77777777" w:rsidR="00EC58A5" w:rsidRDefault="00EC58A5" w:rsidP="00EC58A5">
      <w:pPr>
        <w:rPr>
          <w:b/>
          <w:color w:val="1F4E78"/>
          <w:sz w:val="26"/>
        </w:rPr>
      </w:pPr>
      <w:r>
        <w:rPr>
          <w:b/>
          <w:color w:val="1F4E78"/>
          <w:sz w:val="26"/>
        </w:rPr>
        <w:t>Urbroj:2198/01-18-03-26-1</w:t>
      </w:r>
    </w:p>
    <w:p w14:paraId="7CFC818E" w14:textId="77777777" w:rsidR="00EC58A5" w:rsidRDefault="00EC58A5" w:rsidP="00EC58A5">
      <w:pPr>
        <w:rPr>
          <w:b/>
          <w:color w:val="1F4E78"/>
          <w:sz w:val="26"/>
        </w:rPr>
      </w:pPr>
    </w:p>
    <w:p w14:paraId="359B8252" w14:textId="77777777" w:rsidR="00A279ED" w:rsidRDefault="00000000">
      <w:r>
        <w:br w:type="page"/>
      </w:r>
    </w:p>
    <w:p w14:paraId="29E343C8" w14:textId="2C7824F7" w:rsidR="00A279ED" w:rsidRPr="00EA5A69" w:rsidRDefault="00000000">
      <w:pPr>
        <w:pStyle w:val="Heading1"/>
        <w:rPr>
          <w:rFonts w:ascii="Arial" w:hAnsi="Arial" w:cs="Arial"/>
          <w:sz w:val="22"/>
          <w:szCs w:val="22"/>
        </w:rPr>
      </w:pPr>
      <w:proofErr w:type="spellStart"/>
      <w:r w:rsidRPr="00EA5A69">
        <w:rPr>
          <w:rFonts w:ascii="Arial" w:hAnsi="Arial" w:cs="Arial"/>
          <w:sz w:val="22"/>
          <w:szCs w:val="22"/>
        </w:rPr>
        <w:lastRenderedPageBreak/>
        <w:t>U</w:t>
      </w:r>
      <w:r w:rsidR="000F478C" w:rsidRPr="00EA5A69">
        <w:rPr>
          <w:rFonts w:ascii="Arial" w:hAnsi="Arial" w:cs="Arial"/>
          <w:sz w:val="22"/>
          <w:szCs w:val="22"/>
        </w:rPr>
        <w:t>vod</w:t>
      </w:r>
      <w:proofErr w:type="spellEnd"/>
      <w:r w:rsidR="000F478C" w:rsidRPr="00EA5A6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F478C" w:rsidRPr="00EA5A69">
        <w:rPr>
          <w:rFonts w:ascii="Arial" w:hAnsi="Arial" w:cs="Arial"/>
          <w:sz w:val="22"/>
          <w:szCs w:val="22"/>
        </w:rPr>
        <w:t>i</w:t>
      </w:r>
      <w:proofErr w:type="spellEnd"/>
      <w:r w:rsidR="000F478C" w:rsidRPr="00EA5A6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F478C" w:rsidRPr="00EA5A69">
        <w:rPr>
          <w:rFonts w:ascii="Arial" w:hAnsi="Arial" w:cs="Arial"/>
          <w:sz w:val="22"/>
          <w:szCs w:val="22"/>
        </w:rPr>
        <w:t>pravna</w:t>
      </w:r>
      <w:proofErr w:type="spellEnd"/>
      <w:r w:rsidR="000F478C" w:rsidRPr="00EA5A6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F478C" w:rsidRPr="00EA5A69">
        <w:rPr>
          <w:rFonts w:ascii="Arial" w:hAnsi="Arial" w:cs="Arial"/>
          <w:sz w:val="22"/>
          <w:szCs w:val="22"/>
        </w:rPr>
        <w:t>osnova</w:t>
      </w:r>
      <w:proofErr w:type="spellEnd"/>
    </w:p>
    <w:p w14:paraId="0EAC07C8" w14:textId="77777777" w:rsidR="00A279ED" w:rsidRPr="00DD7757" w:rsidRDefault="00000000">
      <w:pPr>
        <w:rPr>
          <w:rFonts w:cs="Arial"/>
          <w:sz w:val="20"/>
          <w:szCs w:val="20"/>
        </w:rPr>
      </w:pPr>
      <w:proofErr w:type="spellStart"/>
      <w:r w:rsidRPr="00DD7757">
        <w:rPr>
          <w:rFonts w:cs="Arial"/>
          <w:sz w:val="20"/>
          <w:szCs w:val="20"/>
        </w:rPr>
        <w:t>Polugodišnji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izvještaj</w:t>
      </w:r>
      <w:proofErr w:type="spellEnd"/>
      <w:r w:rsidRPr="00DD7757">
        <w:rPr>
          <w:rFonts w:cs="Arial"/>
          <w:sz w:val="20"/>
          <w:szCs w:val="20"/>
        </w:rPr>
        <w:t xml:space="preserve"> o </w:t>
      </w:r>
      <w:proofErr w:type="spellStart"/>
      <w:r w:rsidRPr="00DD7757">
        <w:rPr>
          <w:rFonts w:cs="Arial"/>
          <w:sz w:val="20"/>
          <w:szCs w:val="20"/>
        </w:rPr>
        <w:t>izvršenju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Financijskog</w:t>
      </w:r>
      <w:proofErr w:type="spellEnd"/>
      <w:r w:rsidRPr="00DD7757">
        <w:rPr>
          <w:rFonts w:cs="Arial"/>
          <w:sz w:val="20"/>
          <w:szCs w:val="20"/>
        </w:rPr>
        <w:t xml:space="preserve"> plana </w:t>
      </w:r>
      <w:proofErr w:type="spellStart"/>
      <w:r w:rsidRPr="00DD7757">
        <w:rPr>
          <w:rFonts w:cs="Arial"/>
          <w:sz w:val="20"/>
          <w:szCs w:val="20"/>
        </w:rPr>
        <w:t>Dječjeg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vrtića</w:t>
      </w:r>
      <w:proofErr w:type="spellEnd"/>
      <w:r w:rsidRPr="00DD7757">
        <w:rPr>
          <w:rFonts w:cs="Arial"/>
          <w:sz w:val="20"/>
          <w:szCs w:val="20"/>
        </w:rPr>
        <w:t xml:space="preserve"> Sunce Zadar za 2026. </w:t>
      </w:r>
      <w:proofErr w:type="spellStart"/>
      <w:r w:rsidRPr="00DD7757">
        <w:rPr>
          <w:rFonts w:cs="Arial"/>
          <w:sz w:val="20"/>
          <w:szCs w:val="20"/>
        </w:rPr>
        <w:t>godinu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sastavljen</w:t>
      </w:r>
      <w:proofErr w:type="spellEnd"/>
      <w:r w:rsidRPr="00DD7757">
        <w:rPr>
          <w:rFonts w:cs="Arial"/>
          <w:sz w:val="20"/>
          <w:szCs w:val="20"/>
        </w:rPr>
        <w:t xml:space="preserve"> je za </w:t>
      </w:r>
      <w:proofErr w:type="spellStart"/>
      <w:r w:rsidRPr="00DD7757">
        <w:rPr>
          <w:rFonts w:cs="Arial"/>
          <w:sz w:val="20"/>
          <w:szCs w:val="20"/>
        </w:rPr>
        <w:t>razdoblje</w:t>
      </w:r>
      <w:proofErr w:type="spellEnd"/>
      <w:r w:rsidRPr="00DD7757">
        <w:rPr>
          <w:rFonts w:cs="Arial"/>
          <w:sz w:val="20"/>
          <w:szCs w:val="20"/>
        </w:rPr>
        <w:t xml:space="preserve"> od 1. </w:t>
      </w:r>
      <w:proofErr w:type="spellStart"/>
      <w:r w:rsidRPr="00DD7757">
        <w:rPr>
          <w:rFonts w:cs="Arial"/>
          <w:sz w:val="20"/>
          <w:szCs w:val="20"/>
        </w:rPr>
        <w:t>siječnja</w:t>
      </w:r>
      <w:proofErr w:type="spellEnd"/>
      <w:r w:rsidRPr="00DD7757">
        <w:rPr>
          <w:rFonts w:cs="Arial"/>
          <w:sz w:val="20"/>
          <w:szCs w:val="20"/>
        </w:rPr>
        <w:t xml:space="preserve"> do 30. </w:t>
      </w:r>
      <w:proofErr w:type="spellStart"/>
      <w:r w:rsidRPr="00DD7757">
        <w:rPr>
          <w:rFonts w:cs="Arial"/>
          <w:sz w:val="20"/>
          <w:szCs w:val="20"/>
        </w:rPr>
        <w:t>lipnja</w:t>
      </w:r>
      <w:proofErr w:type="spellEnd"/>
      <w:r w:rsidRPr="00DD7757">
        <w:rPr>
          <w:rFonts w:cs="Arial"/>
          <w:sz w:val="20"/>
          <w:szCs w:val="20"/>
        </w:rPr>
        <w:t xml:space="preserve"> 2026. </w:t>
      </w:r>
      <w:proofErr w:type="spellStart"/>
      <w:r w:rsidRPr="00DD7757">
        <w:rPr>
          <w:rFonts w:cs="Arial"/>
          <w:sz w:val="20"/>
          <w:szCs w:val="20"/>
        </w:rPr>
        <w:t>godine</w:t>
      </w:r>
      <w:proofErr w:type="spellEnd"/>
      <w:r w:rsidRPr="00DD7757">
        <w:rPr>
          <w:rFonts w:cs="Arial"/>
          <w:sz w:val="20"/>
          <w:szCs w:val="20"/>
        </w:rPr>
        <w:t xml:space="preserve">. </w:t>
      </w:r>
      <w:proofErr w:type="spellStart"/>
      <w:r w:rsidRPr="00DD7757">
        <w:rPr>
          <w:rFonts w:cs="Arial"/>
          <w:sz w:val="20"/>
          <w:szCs w:val="20"/>
        </w:rPr>
        <w:t>Izvještaj</w:t>
      </w:r>
      <w:proofErr w:type="spellEnd"/>
      <w:r w:rsidRPr="00DD7757">
        <w:rPr>
          <w:rFonts w:cs="Arial"/>
          <w:sz w:val="20"/>
          <w:szCs w:val="20"/>
        </w:rPr>
        <w:t xml:space="preserve"> je </w:t>
      </w:r>
      <w:proofErr w:type="spellStart"/>
      <w:r w:rsidRPr="00DD7757">
        <w:rPr>
          <w:rFonts w:cs="Arial"/>
          <w:sz w:val="20"/>
          <w:szCs w:val="20"/>
        </w:rPr>
        <w:t>izrađen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na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temelju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Zakona</w:t>
      </w:r>
      <w:proofErr w:type="spellEnd"/>
      <w:r w:rsidRPr="00DD7757">
        <w:rPr>
          <w:rFonts w:cs="Arial"/>
          <w:sz w:val="20"/>
          <w:szCs w:val="20"/>
        </w:rPr>
        <w:t xml:space="preserve"> o </w:t>
      </w:r>
      <w:proofErr w:type="spellStart"/>
      <w:r w:rsidRPr="00DD7757">
        <w:rPr>
          <w:rFonts w:cs="Arial"/>
          <w:sz w:val="20"/>
          <w:szCs w:val="20"/>
        </w:rPr>
        <w:t>proračunu</w:t>
      </w:r>
      <w:proofErr w:type="spellEnd"/>
      <w:r w:rsidRPr="00DD7757">
        <w:rPr>
          <w:rFonts w:cs="Arial"/>
          <w:sz w:val="20"/>
          <w:szCs w:val="20"/>
        </w:rPr>
        <w:t xml:space="preserve"> (</w:t>
      </w:r>
      <w:proofErr w:type="spellStart"/>
      <w:r w:rsidRPr="00DD7757">
        <w:rPr>
          <w:rFonts w:cs="Arial"/>
          <w:sz w:val="20"/>
          <w:szCs w:val="20"/>
        </w:rPr>
        <w:t>Narodne</w:t>
      </w:r>
      <w:proofErr w:type="spellEnd"/>
      <w:r w:rsidRPr="00DD7757">
        <w:rPr>
          <w:rFonts w:cs="Arial"/>
          <w:sz w:val="20"/>
          <w:szCs w:val="20"/>
        </w:rPr>
        <w:t xml:space="preserve"> novine, </w:t>
      </w:r>
      <w:proofErr w:type="spellStart"/>
      <w:r w:rsidRPr="00DD7757">
        <w:rPr>
          <w:rFonts w:cs="Arial"/>
          <w:sz w:val="20"/>
          <w:szCs w:val="20"/>
        </w:rPr>
        <w:t>broj</w:t>
      </w:r>
      <w:proofErr w:type="spellEnd"/>
      <w:r w:rsidRPr="00DD7757">
        <w:rPr>
          <w:rFonts w:cs="Arial"/>
          <w:sz w:val="20"/>
          <w:szCs w:val="20"/>
        </w:rPr>
        <w:t xml:space="preserve"> 144/2021) </w:t>
      </w:r>
      <w:proofErr w:type="spellStart"/>
      <w:r w:rsidRPr="00DD7757">
        <w:rPr>
          <w:rFonts w:cs="Arial"/>
          <w:sz w:val="20"/>
          <w:szCs w:val="20"/>
        </w:rPr>
        <w:t>i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Pravilnika</w:t>
      </w:r>
      <w:proofErr w:type="spellEnd"/>
      <w:r w:rsidRPr="00DD7757">
        <w:rPr>
          <w:rFonts w:cs="Arial"/>
          <w:sz w:val="20"/>
          <w:szCs w:val="20"/>
        </w:rPr>
        <w:t xml:space="preserve"> o </w:t>
      </w:r>
      <w:proofErr w:type="spellStart"/>
      <w:r w:rsidRPr="00DD7757">
        <w:rPr>
          <w:rFonts w:cs="Arial"/>
          <w:sz w:val="20"/>
          <w:szCs w:val="20"/>
        </w:rPr>
        <w:t>polugodišnjem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i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godišnjem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izvještaju</w:t>
      </w:r>
      <w:proofErr w:type="spellEnd"/>
      <w:r w:rsidRPr="00DD7757">
        <w:rPr>
          <w:rFonts w:cs="Arial"/>
          <w:sz w:val="20"/>
          <w:szCs w:val="20"/>
        </w:rPr>
        <w:t xml:space="preserve"> o </w:t>
      </w:r>
      <w:proofErr w:type="spellStart"/>
      <w:r w:rsidRPr="00DD7757">
        <w:rPr>
          <w:rFonts w:cs="Arial"/>
          <w:sz w:val="20"/>
          <w:szCs w:val="20"/>
        </w:rPr>
        <w:t>izvršenju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proračuna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i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financijskog</w:t>
      </w:r>
      <w:proofErr w:type="spellEnd"/>
      <w:r w:rsidRPr="00DD7757">
        <w:rPr>
          <w:rFonts w:cs="Arial"/>
          <w:sz w:val="20"/>
          <w:szCs w:val="20"/>
        </w:rPr>
        <w:t xml:space="preserve"> plana (</w:t>
      </w:r>
      <w:proofErr w:type="spellStart"/>
      <w:r w:rsidRPr="00DD7757">
        <w:rPr>
          <w:rFonts w:cs="Arial"/>
          <w:sz w:val="20"/>
          <w:szCs w:val="20"/>
        </w:rPr>
        <w:t>Narodne</w:t>
      </w:r>
      <w:proofErr w:type="spellEnd"/>
      <w:r w:rsidRPr="00DD7757">
        <w:rPr>
          <w:rFonts w:cs="Arial"/>
          <w:sz w:val="20"/>
          <w:szCs w:val="20"/>
        </w:rPr>
        <w:t xml:space="preserve"> novine, </w:t>
      </w:r>
      <w:proofErr w:type="spellStart"/>
      <w:r w:rsidRPr="00DD7757">
        <w:rPr>
          <w:rFonts w:cs="Arial"/>
          <w:sz w:val="20"/>
          <w:szCs w:val="20"/>
        </w:rPr>
        <w:t>broj</w:t>
      </w:r>
      <w:proofErr w:type="spellEnd"/>
      <w:r w:rsidRPr="00DD7757">
        <w:rPr>
          <w:rFonts w:cs="Arial"/>
          <w:sz w:val="20"/>
          <w:szCs w:val="20"/>
        </w:rPr>
        <w:t xml:space="preserve"> 85/2023).</w:t>
      </w:r>
    </w:p>
    <w:p w14:paraId="0E9EC1CB" w14:textId="214F152F" w:rsidR="00A279ED" w:rsidRDefault="00000000">
      <w:pPr>
        <w:rPr>
          <w:rFonts w:cs="Arial"/>
          <w:sz w:val="20"/>
          <w:szCs w:val="20"/>
        </w:rPr>
      </w:pPr>
      <w:proofErr w:type="spellStart"/>
      <w:r w:rsidRPr="00DD7757">
        <w:rPr>
          <w:rFonts w:cs="Arial"/>
          <w:sz w:val="20"/>
          <w:szCs w:val="20"/>
        </w:rPr>
        <w:t>Sukladno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članku</w:t>
      </w:r>
      <w:proofErr w:type="spellEnd"/>
      <w:r w:rsidRPr="00DD7757">
        <w:rPr>
          <w:rFonts w:cs="Arial"/>
          <w:sz w:val="20"/>
          <w:szCs w:val="20"/>
        </w:rPr>
        <w:t xml:space="preserve"> 84. </w:t>
      </w:r>
      <w:proofErr w:type="spellStart"/>
      <w:r w:rsidRPr="00DD7757">
        <w:rPr>
          <w:rFonts w:cs="Arial"/>
          <w:sz w:val="20"/>
          <w:szCs w:val="20"/>
        </w:rPr>
        <w:t>Zakona</w:t>
      </w:r>
      <w:proofErr w:type="spellEnd"/>
      <w:r w:rsidRPr="00DD7757">
        <w:rPr>
          <w:rFonts w:cs="Arial"/>
          <w:sz w:val="20"/>
          <w:szCs w:val="20"/>
        </w:rPr>
        <w:t xml:space="preserve"> o </w:t>
      </w:r>
      <w:proofErr w:type="spellStart"/>
      <w:r w:rsidRPr="00DD7757">
        <w:rPr>
          <w:rFonts w:cs="Arial"/>
          <w:sz w:val="20"/>
          <w:szCs w:val="20"/>
        </w:rPr>
        <w:t>proračunu</w:t>
      </w:r>
      <w:proofErr w:type="spellEnd"/>
      <w:r w:rsidRPr="00DD7757">
        <w:rPr>
          <w:rFonts w:cs="Arial"/>
          <w:sz w:val="20"/>
          <w:szCs w:val="20"/>
        </w:rPr>
        <w:t xml:space="preserve">, </w:t>
      </w:r>
      <w:proofErr w:type="spellStart"/>
      <w:r w:rsidRPr="00DD7757">
        <w:rPr>
          <w:rFonts w:cs="Arial"/>
          <w:sz w:val="20"/>
          <w:szCs w:val="20"/>
        </w:rPr>
        <w:t>obrazloženje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izvještaja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sastoji</w:t>
      </w:r>
      <w:proofErr w:type="spellEnd"/>
      <w:r w:rsidRPr="00DD7757">
        <w:rPr>
          <w:rFonts w:cs="Arial"/>
          <w:sz w:val="20"/>
          <w:szCs w:val="20"/>
        </w:rPr>
        <w:t xml:space="preserve"> se od </w:t>
      </w:r>
      <w:proofErr w:type="spellStart"/>
      <w:r w:rsidRPr="00DD7757">
        <w:rPr>
          <w:rFonts w:cs="Arial"/>
          <w:sz w:val="20"/>
          <w:szCs w:val="20"/>
        </w:rPr>
        <w:t>obrazloženja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općeg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dijela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i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obrazloženja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posebnog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dijela</w:t>
      </w:r>
      <w:proofErr w:type="spellEnd"/>
      <w:r w:rsidRPr="00DD7757">
        <w:rPr>
          <w:rFonts w:cs="Arial"/>
          <w:sz w:val="20"/>
          <w:szCs w:val="20"/>
        </w:rPr>
        <w:t xml:space="preserve">. </w:t>
      </w:r>
      <w:proofErr w:type="spellStart"/>
      <w:r w:rsidRPr="00DD7757">
        <w:rPr>
          <w:rFonts w:cs="Arial"/>
          <w:sz w:val="20"/>
          <w:szCs w:val="20"/>
        </w:rPr>
        <w:t>Opći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dio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obuhvaća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obrazloženje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ostvarenja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prihoda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i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rashoda</w:t>
      </w:r>
      <w:proofErr w:type="spellEnd"/>
      <w:r w:rsidRPr="00DD7757">
        <w:rPr>
          <w:rFonts w:cs="Arial"/>
          <w:sz w:val="20"/>
          <w:szCs w:val="20"/>
        </w:rPr>
        <w:t xml:space="preserve">, </w:t>
      </w:r>
      <w:proofErr w:type="spellStart"/>
      <w:r w:rsidRPr="00DD7757">
        <w:rPr>
          <w:rFonts w:cs="Arial"/>
          <w:sz w:val="20"/>
          <w:szCs w:val="20"/>
        </w:rPr>
        <w:t>primitaka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i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izdataka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te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prenesenog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viška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ili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manjka</w:t>
      </w:r>
      <w:proofErr w:type="spellEnd"/>
      <w:r w:rsidRPr="00DD7757">
        <w:rPr>
          <w:rFonts w:cs="Arial"/>
          <w:sz w:val="20"/>
          <w:szCs w:val="20"/>
        </w:rPr>
        <w:t xml:space="preserve">, </w:t>
      </w:r>
      <w:proofErr w:type="spellStart"/>
      <w:r w:rsidRPr="00DD7757">
        <w:rPr>
          <w:rFonts w:cs="Arial"/>
          <w:sz w:val="20"/>
          <w:szCs w:val="20"/>
        </w:rPr>
        <w:t>dok</w:t>
      </w:r>
      <w:proofErr w:type="spellEnd"/>
      <w:r w:rsidRPr="00DD7757">
        <w:rPr>
          <w:rFonts w:cs="Arial"/>
          <w:sz w:val="20"/>
          <w:szCs w:val="20"/>
        </w:rPr>
        <w:t xml:space="preserve"> se </w:t>
      </w:r>
      <w:proofErr w:type="spellStart"/>
      <w:r w:rsidRPr="00DD7757">
        <w:rPr>
          <w:rFonts w:cs="Arial"/>
          <w:sz w:val="20"/>
          <w:szCs w:val="20"/>
        </w:rPr>
        <w:t>posebnim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dijelom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obrazlaže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izvršenje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programa</w:t>
      </w:r>
      <w:proofErr w:type="spellEnd"/>
      <w:r w:rsidRPr="00DD7757">
        <w:rPr>
          <w:rFonts w:cs="Arial"/>
          <w:sz w:val="20"/>
          <w:szCs w:val="20"/>
        </w:rPr>
        <w:t xml:space="preserve">, </w:t>
      </w:r>
      <w:proofErr w:type="spellStart"/>
      <w:r w:rsidRPr="00DD7757">
        <w:rPr>
          <w:rFonts w:cs="Arial"/>
          <w:sz w:val="20"/>
          <w:szCs w:val="20"/>
        </w:rPr>
        <w:t>aktivnosti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i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projekata</w:t>
      </w:r>
      <w:proofErr w:type="spellEnd"/>
      <w:r w:rsidRPr="00DD7757">
        <w:rPr>
          <w:rFonts w:cs="Arial"/>
          <w:sz w:val="20"/>
          <w:szCs w:val="20"/>
        </w:rPr>
        <w:t xml:space="preserve">, </w:t>
      </w:r>
      <w:proofErr w:type="spellStart"/>
      <w:r w:rsidRPr="00DD7757">
        <w:rPr>
          <w:rFonts w:cs="Arial"/>
          <w:sz w:val="20"/>
          <w:szCs w:val="20"/>
        </w:rPr>
        <w:t>ostvareni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ciljevi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i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pokazatelji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uspješnosti</w:t>
      </w:r>
      <w:proofErr w:type="spellEnd"/>
      <w:r w:rsidRPr="00DD7757">
        <w:rPr>
          <w:rFonts w:cs="Arial"/>
          <w:sz w:val="20"/>
          <w:szCs w:val="20"/>
        </w:rPr>
        <w:t>.</w:t>
      </w:r>
      <w:r w:rsidR="00F245A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Dječji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vrtić</w:t>
      </w:r>
      <w:proofErr w:type="spellEnd"/>
      <w:r w:rsidRPr="00DD7757">
        <w:rPr>
          <w:rFonts w:cs="Arial"/>
          <w:sz w:val="20"/>
          <w:szCs w:val="20"/>
        </w:rPr>
        <w:t xml:space="preserve"> Sunce Zadar je </w:t>
      </w:r>
      <w:proofErr w:type="spellStart"/>
      <w:r w:rsidRPr="00DD7757">
        <w:rPr>
          <w:rFonts w:cs="Arial"/>
          <w:sz w:val="20"/>
          <w:szCs w:val="20"/>
        </w:rPr>
        <w:t>proračunski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korisnik</w:t>
      </w:r>
      <w:proofErr w:type="spellEnd"/>
      <w:r w:rsidRPr="00DD7757">
        <w:rPr>
          <w:rFonts w:cs="Arial"/>
          <w:sz w:val="20"/>
          <w:szCs w:val="20"/>
        </w:rPr>
        <w:t xml:space="preserve"> Grada Zadra koji </w:t>
      </w:r>
      <w:proofErr w:type="spellStart"/>
      <w:r w:rsidRPr="00DD7757">
        <w:rPr>
          <w:rFonts w:cs="Arial"/>
          <w:sz w:val="20"/>
          <w:szCs w:val="20"/>
        </w:rPr>
        <w:t>obavlja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djelatnost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predškolskog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odgoja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i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obrazovanja</w:t>
      </w:r>
      <w:proofErr w:type="spellEnd"/>
      <w:r w:rsidRPr="00DD7757">
        <w:rPr>
          <w:rFonts w:cs="Arial"/>
          <w:sz w:val="20"/>
          <w:szCs w:val="20"/>
        </w:rPr>
        <w:t xml:space="preserve">. U </w:t>
      </w:r>
      <w:proofErr w:type="spellStart"/>
      <w:r w:rsidRPr="00DD7757">
        <w:rPr>
          <w:rFonts w:cs="Arial"/>
          <w:sz w:val="20"/>
          <w:szCs w:val="20"/>
        </w:rPr>
        <w:t>izvještajnom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razdoblju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sredstva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su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korištena</w:t>
      </w:r>
      <w:proofErr w:type="spellEnd"/>
      <w:r w:rsidRPr="00DD7757">
        <w:rPr>
          <w:rFonts w:cs="Arial"/>
          <w:sz w:val="20"/>
          <w:szCs w:val="20"/>
        </w:rPr>
        <w:t xml:space="preserve"> za </w:t>
      </w:r>
      <w:proofErr w:type="spellStart"/>
      <w:r w:rsidRPr="00DD7757">
        <w:rPr>
          <w:rFonts w:cs="Arial"/>
          <w:sz w:val="20"/>
          <w:szCs w:val="20"/>
        </w:rPr>
        <w:t>osiguravanje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redovitog</w:t>
      </w:r>
      <w:proofErr w:type="spellEnd"/>
      <w:r w:rsidRPr="00DD7757">
        <w:rPr>
          <w:rFonts w:cs="Arial"/>
          <w:sz w:val="20"/>
          <w:szCs w:val="20"/>
        </w:rPr>
        <w:t xml:space="preserve"> rada </w:t>
      </w:r>
      <w:proofErr w:type="spellStart"/>
      <w:r w:rsidRPr="00DD7757">
        <w:rPr>
          <w:rFonts w:cs="Arial"/>
          <w:sz w:val="20"/>
          <w:szCs w:val="20"/>
        </w:rPr>
        <w:t>odgojno-obrazovnih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skupina</w:t>
      </w:r>
      <w:proofErr w:type="spellEnd"/>
      <w:r w:rsidRPr="00DD7757">
        <w:rPr>
          <w:rFonts w:cs="Arial"/>
          <w:sz w:val="20"/>
          <w:szCs w:val="20"/>
        </w:rPr>
        <w:t xml:space="preserve">, </w:t>
      </w:r>
      <w:proofErr w:type="spellStart"/>
      <w:r w:rsidRPr="00DD7757">
        <w:rPr>
          <w:rFonts w:cs="Arial"/>
          <w:sz w:val="20"/>
          <w:szCs w:val="20"/>
        </w:rPr>
        <w:t>plaće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i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prava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zaposlenika</w:t>
      </w:r>
      <w:proofErr w:type="spellEnd"/>
      <w:r w:rsidRPr="00DD7757">
        <w:rPr>
          <w:rFonts w:cs="Arial"/>
          <w:sz w:val="20"/>
          <w:szCs w:val="20"/>
        </w:rPr>
        <w:t xml:space="preserve">, </w:t>
      </w:r>
      <w:proofErr w:type="spellStart"/>
      <w:r w:rsidRPr="00DD7757">
        <w:rPr>
          <w:rFonts w:cs="Arial"/>
          <w:sz w:val="20"/>
          <w:szCs w:val="20"/>
        </w:rPr>
        <w:t>prehranu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djece</w:t>
      </w:r>
      <w:proofErr w:type="spellEnd"/>
      <w:r w:rsidRPr="00DD7757">
        <w:rPr>
          <w:rFonts w:cs="Arial"/>
          <w:sz w:val="20"/>
          <w:szCs w:val="20"/>
        </w:rPr>
        <w:t xml:space="preserve">, </w:t>
      </w:r>
      <w:proofErr w:type="spellStart"/>
      <w:r w:rsidRPr="00DD7757">
        <w:rPr>
          <w:rFonts w:cs="Arial"/>
          <w:sz w:val="20"/>
          <w:szCs w:val="20"/>
        </w:rPr>
        <w:t>energente</w:t>
      </w:r>
      <w:proofErr w:type="spellEnd"/>
      <w:r w:rsidRPr="00DD7757">
        <w:rPr>
          <w:rFonts w:cs="Arial"/>
          <w:sz w:val="20"/>
          <w:szCs w:val="20"/>
        </w:rPr>
        <w:t xml:space="preserve">, </w:t>
      </w:r>
      <w:proofErr w:type="spellStart"/>
      <w:r w:rsidRPr="00DD7757">
        <w:rPr>
          <w:rFonts w:cs="Arial"/>
          <w:sz w:val="20"/>
          <w:szCs w:val="20"/>
        </w:rPr>
        <w:t>materijal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i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usluge</w:t>
      </w:r>
      <w:proofErr w:type="spellEnd"/>
      <w:r w:rsidRPr="00DD7757">
        <w:rPr>
          <w:rFonts w:cs="Arial"/>
          <w:sz w:val="20"/>
          <w:szCs w:val="20"/>
        </w:rPr>
        <w:t xml:space="preserve">, </w:t>
      </w:r>
      <w:proofErr w:type="spellStart"/>
      <w:r w:rsidRPr="00DD7757">
        <w:rPr>
          <w:rFonts w:cs="Arial"/>
          <w:sz w:val="20"/>
          <w:szCs w:val="20"/>
        </w:rPr>
        <w:t>održavanje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objekata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te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nabavu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i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unapređenje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opreme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i</w:t>
      </w:r>
      <w:proofErr w:type="spellEnd"/>
      <w:r w:rsidRPr="00DD7757">
        <w:rPr>
          <w:rFonts w:cs="Arial"/>
          <w:sz w:val="20"/>
          <w:szCs w:val="20"/>
        </w:rPr>
        <w:t xml:space="preserve"> </w:t>
      </w:r>
      <w:proofErr w:type="spellStart"/>
      <w:r w:rsidRPr="00DD7757">
        <w:rPr>
          <w:rFonts w:cs="Arial"/>
          <w:sz w:val="20"/>
          <w:szCs w:val="20"/>
        </w:rPr>
        <w:t>prostora</w:t>
      </w:r>
      <w:proofErr w:type="spellEnd"/>
      <w:r w:rsidRPr="00DD7757">
        <w:rPr>
          <w:rFonts w:cs="Arial"/>
          <w:sz w:val="20"/>
          <w:szCs w:val="20"/>
        </w:rPr>
        <w:t>.</w:t>
      </w:r>
    </w:p>
    <w:p w14:paraId="2A6F503D" w14:textId="77777777" w:rsidR="009E3581" w:rsidRPr="00DD7757" w:rsidRDefault="009E3581">
      <w:pPr>
        <w:rPr>
          <w:rFonts w:cs="Arial"/>
          <w:sz w:val="20"/>
          <w:szCs w:val="20"/>
        </w:rPr>
      </w:pPr>
    </w:p>
    <w:p w14:paraId="32510B0A" w14:textId="71EC7979" w:rsidR="009E3581" w:rsidRPr="00F245A7" w:rsidRDefault="005B2087" w:rsidP="00F245A7">
      <w:pPr>
        <w:pStyle w:val="Heading1"/>
        <w:rPr>
          <w:rFonts w:ascii="Arial" w:hAnsi="Arial" w:cs="Arial"/>
          <w:sz w:val="22"/>
          <w:szCs w:val="22"/>
        </w:rPr>
      </w:pPr>
      <w:r w:rsidRPr="00C54EDB">
        <w:rPr>
          <w:rFonts w:ascii="Arial" w:hAnsi="Arial" w:cs="Arial"/>
          <w:sz w:val="22"/>
          <w:szCs w:val="22"/>
        </w:rPr>
        <w:t xml:space="preserve">I. </w:t>
      </w:r>
      <w:r w:rsidR="000F478C" w:rsidRPr="00C54EDB">
        <w:rPr>
          <w:rFonts w:ascii="Arial" w:hAnsi="Arial" w:cs="Arial"/>
          <w:sz w:val="22"/>
          <w:szCs w:val="22"/>
        </w:rPr>
        <w:t>O</w:t>
      </w:r>
      <w:r w:rsidRPr="00C54EDB">
        <w:rPr>
          <w:rFonts w:ascii="Arial" w:hAnsi="Arial" w:cs="Arial"/>
          <w:sz w:val="22"/>
          <w:szCs w:val="22"/>
        </w:rPr>
        <w:t>BRAZLOŽENJE OPĆEG DIJELA IZVJEŠTAJA O IZVRŠENJU FINANCIJSKOG PLANA</w:t>
      </w:r>
    </w:p>
    <w:p w14:paraId="62B2AA86" w14:textId="66781B5C" w:rsidR="000F478C" w:rsidRPr="009E3581" w:rsidRDefault="00000000" w:rsidP="009E3581">
      <w:pPr>
        <w:pStyle w:val="Heading2"/>
        <w:rPr>
          <w:rFonts w:ascii="Arial" w:hAnsi="Arial" w:cs="Arial"/>
          <w:sz w:val="22"/>
          <w:szCs w:val="22"/>
        </w:rPr>
      </w:pPr>
      <w:r w:rsidRPr="00C54EDB">
        <w:rPr>
          <w:rFonts w:ascii="Arial" w:hAnsi="Arial" w:cs="Arial"/>
          <w:sz w:val="22"/>
          <w:szCs w:val="22"/>
        </w:rPr>
        <w:t>1.</w:t>
      </w:r>
      <w:proofErr w:type="gramStart"/>
      <w:r w:rsidR="000F478C" w:rsidRPr="00C54EDB">
        <w:rPr>
          <w:rFonts w:ascii="Arial" w:hAnsi="Arial" w:cs="Arial"/>
          <w:sz w:val="22"/>
          <w:szCs w:val="22"/>
        </w:rPr>
        <w:t>1.</w:t>
      </w:r>
      <w:r w:rsidRPr="00C54EDB">
        <w:rPr>
          <w:rFonts w:ascii="Arial" w:hAnsi="Arial" w:cs="Arial"/>
          <w:sz w:val="22"/>
          <w:szCs w:val="22"/>
        </w:rPr>
        <w:t>Sažetak</w:t>
      </w:r>
      <w:proofErr w:type="gramEnd"/>
      <w:r w:rsidRPr="00C54ED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F478C" w:rsidRPr="00C54EDB">
        <w:rPr>
          <w:rFonts w:ascii="Arial" w:hAnsi="Arial" w:cs="Arial"/>
          <w:sz w:val="22"/>
          <w:szCs w:val="22"/>
        </w:rPr>
        <w:t>Računa</w:t>
      </w:r>
      <w:proofErr w:type="spellEnd"/>
      <w:r w:rsidR="000F478C" w:rsidRPr="00C54ED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54EDB">
        <w:rPr>
          <w:rFonts w:ascii="Arial" w:hAnsi="Arial" w:cs="Arial"/>
          <w:sz w:val="22"/>
          <w:szCs w:val="22"/>
        </w:rPr>
        <w:t>p</w:t>
      </w:r>
      <w:r w:rsidR="000F478C" w:rsidRPr="00C54EDB">
        <w:rPr>
          <w:rFonts w:ascii="Arial" w:hAnsi="Arial" w:cs="Arial"/>
          <w:sz w:val="22"/>
          <w:szCs w:val="22"/>
        </w:rPr>
        <w:t>rihoda</w:t>
      </w:r>
      <w:proofErr w:type="spellEnd"/>
      <w:r w:rsidR="000F478C" w:rsidRPr="00C54ED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F478C" w:rsidRPr="00C54EDB">
        <w:rPr>
          <w:rFonts w:ascii="Arial" w:hAnsi="Arial" w:cs="Arial"/>
          <w:sz w:val="22"/>
          <w:szCs w:val="22"/>
        </w:rPr>
        <w:t>i</w:t>
      </w:r>
      <w:proofErr w:type="spellEnd"/>
      <w:r w:rsidR="000F478C" w:rsidRPr="00C54ED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54EDB">
        <w:rPr>
          <w:rFonts w:ascii="Arial" w:hAnsi="Arial" w:cs="Arial"/>
          <w:sz w:val="22"/>
          <w:szCs w:val="22"/>
        </w:rPr>
        <w:t>r</w:t>
      </w:r>
      <w:r w:rsidR="000F478C" w:rsidRPr="00C54EDB">
        <w:rPr>
          <w:rFonts w:ascii="Arial" w:hAnsi="Arial" w:cs="Arial"/>
          <w:sz w:val="22"/>
          <w:szCs w:val="22"/>
        </w:rPr>
        <w:t>ashoda</w:t>
      </w:r>
      <w:proofErr w:type="spellEnd"/>
      <w:r w:rsidR="000F478C" w:rsidRPr="00C54ED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F478C" w:rsidRPr="00C54EDB">
        <w:rPr>
          <w:rFonts w:ascii="Arial" w:hAnsi="Arial" w:cs="Arial"/>
          <w:sz w:val="22"/>
          <w:szCs w:val="22"/>
        </w:rPr>
        <w:t>i</w:t>
      </w:r>
      <w:proofErr w:type="spellEnd"/>
      <w:r w:rsidR="000F478C" w:rsidRPr="00C54ED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F478C" w:rsidRPr="00C54EDB">
        <w:rPr>
          <w:rFonts w:ascii="Arial" w:hAnsi="Arial" w:cs="Arial"/>
          <w:sz w:val="22"/>
          <w:szCs w:val="22"/>
        </w:rPr>
        <w:t>Računa</w:t>
      </w:r>
      <w:proofErr w:type="spellEnd"/>
      <w:r w:rsidR="000F478C" w:rsidRPr="00C54ED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F478C" w:rsidRPr="00C54EDB">
        <w:rPr>
          <w:rFonts w:ascii="Arial" w:hAnsi="Arial" w:cs="Arial"/>
          <w:sz w:val="22"/>
          <w:szCs w:val="22"/>
        </w:rPr>
        <w:t>financiranja</w:t>
      </w:r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05"/>
        <w:gridCol w:w="1474"/>
        <w:gridCol w:w="1474"/>
        <w:gridCol w:w="1474"/>
        <w:gridCol w:w="1247"/>
        <w:gridCol w:w="1247"/>
      </w:tblGrid>
      <w:tr w:rsidR="00A279ED" w:rsidRPr="00C54EDB" w14:paraId="7575F3C7" w14:textId="77777777">
        <w:trPr>
          <w:tblHeader/>
          <w:jc w:val="center"/>
        </w:trPr>
        <w:tc>
          <w:tcPr>
            <w:tcW w:w="3005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0E71B8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Opis</w:t>
            </w:r>
            <w:proofErr w:type="spellEnd"/>
          </w:p>
        </w:tc>
        <w:tc>
          <w:tcPr>
            <w:tcW w:w="1474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2D9016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I–VI 2025. (EUR)</w:t>
            </w:r>
          </w:p>
        </w:tc>
        <w:tc>
          <w:tcPr>
            <w:tcW w:w="1474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FD79BA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Plan 2026. (EUR)</w:t>
            </w:r>
          </w:p>
        </w:tc>
        <w:tc>
          <w:tcPr>
            <w:tcW w:w="1474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33B754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I–VI 2026. (EUR)</w:t>
            </w:r>
          </w:p>
        </w:tc>
        <w:tc>
          <w:tcPr>
            <w:tcW w:w="1247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0CD46E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Indeks</w:t>
            </w:r>
            <w:proofErr w:type="spellEnd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 xml:space="preserve"> </w:t>
            </w:r>
            <w:proofErr w:type="gramStart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2026./</w:t>
            </w:r>
            <w:proofErr w:type="gramEnd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2025.</w:t>
            </w:r>
          </w:p>
        </w:tc>
        <w:tc>
          <w:tcPr>
            <w:tcW w:w="1247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3E3B4E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Izvršenje</w:t>
            </w:r>
            <w:proofErr w:type="spellEnd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 xml:space="preserve"> plana</w:t>
            </w:r>
          </w:p>
        </w:tc>
      </w:tr>
      <w:tr w:rsidR="00A279ED" w:rsidRPr="00C54EDB" w14:paraId="2B04C498" w14:textId="77777777">
        <w:trPr>
          <w:jc w:val="center"/>
        </w:trPr>
        <w:tc>
          <w:tcPr>
            <w:tcW w:w="3005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160E55" w14:textId="7777777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b/>
                <w:sz w:val="20"/>
                <w:szCs w:val="20"/>
              </w:rPr>
              <w:t>Ukupni</w:t>
            </w:r>
            <w:proofErr w:type="spellEnd"/>
            <w:r w:rsidRPr="00C54EDB">
              <w:rPr>
                <w:rFonts w:cs="Arial"/>
                <w:b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b/>
                <w:sz w:val="20"/>
                <w:szCs w:val="20"/>
              </w:rPr>
              <w:t>prihodi</w:t>
            </w:r>
            <w:proofErr w:type="spellEnd"/>
          </w:p>
        </w:tc>
        <w:tc>
          <w:tcPr>
            <w:tcW w:w="1474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30A23A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sz w:val="20"/>
                <w:szCs w:val="20"/>
              </w:rPr>
              <w:t>2.668.427,61</w:t>
            </w:r>
          </w:p>
        </w:tc>
        <w:tc>
          <w:tcPr>
            <w:tcW w:w="1474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CC729F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sz w:val="20"/>
                <w:szCs w:val="20"/>
              </w:rPr>
              <w:t>7.971.116,60</w:t>
            </w:r>
          </w:p>
        </w:tc>
        <w:tc>
          <w:tcPr>
            <w:tcW w:w="1474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5618CC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sz w:val="20"/>
                <w:szCs w:val="20"/>
              </w:rPr>
              <w:t>3.059.794,38</w:t>
            </w:r>
          </w:p>
        </w:tc>
        <w:tc>
          <w:tcPr>
            <w:tcW w:w="1247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023E8D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sz w:val="20"/>
                <w:szCs w:val="20"/>
              </w:rPr>
              <w:t>114,67 %</w:t>
            </w:r>
          </w:p>
        </w:tc>
        <w:tc>
          <w:tcPr>
            <w:tcW w:w="1247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266531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sz w:val="20"/>
                <w:szCs w:val="20"/>
              </w:rPr>
              <w:t>38,39 %</w:t>
            </w:r>
          </w:p>
        </w:tc>
      </w:tr>
      <w:tr w:rsidR="00A279ED" w:rsidRPr="00C54EDB" w14:paraId="65B982B1" w14:textId="77777777">
        <w:trPr>
          <w:jc w:val="center"/>
        </w:trPr>
        <w:tc>
          <w:tcPr>
            <w:tcW w:w="3005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F6D31B" w14:textId="7777777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b/>
                <w:sz w:val="20"/>
                <w:szCs w:val="20"/>
              </w:rPr>
              <w:t>Ukupni</w:t>
            </w:r>
            <w:proofErr w:type="spellEnd"/>
            <w:r w:rsidRPr="00C54EDB">
              <w:rPr>
                <w:rFonts w:cs="Arial"/>
                <w:b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b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1474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0DB57C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sz w:val="20"/>
                <w:szCs w:val="20"/>
              </w:rPr>
              <w:t>2.691.871,60</w:t>
            </w:r>
          </w:p>
        </w:tc>
        <w:tc>
          <w:tcPr>
            <w:tcW w:w="1474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F8277E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sz w:val="20"/>
                <w:szCs w:val="20"/>
              </w:rPr>
              <w:t>7.971.116,60</w:t>
            </w:r>
          </w:p>
        </w:tc>
        <w:tc>
          <w:tcPr>
            <w:tcW w:w="1474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0FF79F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sz w:val="20"/>
                <w:szCs w:val="20"/>
              </w:rPr>
              <w:t>3.083.273,10</w:t>
            </w:r>
          </w:p>
        </w:tc>
        <w:tc>
          <w:tcPr>
            <w:tcW w:w="1247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9B695A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sz w:val="20"/>
                <w:szCs w:val="20"/>
              </w:rPr>
              <w:t>114,54 %</w:t>
            </w:r>
          </w:p>
        </w:tc>
        <w:tc>
          <w:tcPr>
            <w:tcW w:w="1247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256C52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sz w:val="20"/>
                <w:szCs w:val="20"/>
              </w:rPr>
              <w:t>38,68 %</w:t>
            </w:r>
          </w:p>
        </w:tc>
      </w:tr>
      <w:tr w:rsidR="00A279ED" w:rsidRPr="00C54EDB" w14:paraId="33E494EE" w14:textId="77777777">
        <w:trPr>
          <w:jc w:val="center"/>
        </w:trPr>
        <w:tc>
          <w:tcPr>
            <w:tcW w:w="3005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D7B8B7" w14:textId="7777777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b/>
                <w:sz w:val="20"/>
                <w:szCs w:val="20"/>
              </w:rPr>
              <w:t>Razlika</w:t>
            </w:r>
            <w:proofErr w:type="spellEnd"/>
            <w:r w:rsidRPr="00C54EDB">
              <w:rPr>
                <w:rFonts w:cs="Arial"/>
                <w:b/>
                <w:sz w:val="20"/>
                <w:szCs w:val="20"/>
              </w:rPr>
              <w:t xml:space="preserve"> – </w:t>
            </w:r>
            <w:proofErr w:type="spellStart"/>
            <w:r w:rsidRPr="00C54EDB">
              <w:rPr>
                <w:rFonts w:cs="Arial"/>
                <w:b/>
                <w:sz w:val="20"/>
                <w:szCs w:val="20"/>
              </w:rPr>
              <w:t>višak</w:t>
            </w:r>
            <w:proofErr w:type="spellEnd"/>
            <w:r w:rsidRPr="00C54EDB">
              <w:rPr>
                <w:rFonts w:cs="Arial"/>
                <w:b/>
                <w:sz w:val="20"/>
                <w:szCs w:val="20"/>
              </w:rPr>
              <w:t>/</w:t>
            </w:r>
            <w:proofErr w:type="spellStart"/>
            <w:r w:rsidRPr="00C54EDB">
              <w:rPr>
                <w:rFonts w:cs="Arial"/>
                <w:b/>
                <w:sz w:val="20"/>
                <w:szCs w:val="20"/>
              </w:rPr>
              <w:t>manjak</w:t>
            </w:r>
            <w:proofErr w:type="spellEnd"/>
          </w:p>
        </w:tc>
        <w:tc>
          <w:tcPr>
            <w:tcW w:w="1474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D5F3FD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sz w:val="20"/>
                <w:szCs w:val="20"/>
              </w:rPr>
              <w:t>-23.443,99</w:t>
            </w:r>
          </w:p>
        </w:tc>
        <w:tc>
          <w:tcPr>
            <w:tcW w:w="1474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FDEA87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sz w:val="20"/>
                <w:szCs w:val="20"/>
              </w:rPr>
              <w:t>0,00</w:t>
            </w:r>
          </w:p>
        </w:tc>
        <w:tc>
          <w:tcPr>
            <w:tcW w:w="1474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1B3108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sz w:val="20"/>
                <w:szCs w:val="20"/>
              </w:rPr>
              <w:t>-23.478,72</w:t>
            </w:r>
          </w:p>
        </w:tc>
        <w:tc>
          <w:tcPr>
            <w:tcW w:w="1247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34E0A3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sz w:val="20"/>
                <w:szCs w:val="20"/>
              </w:rPr>
              <w:t>100,15 %</w:t>
            </w:r>
          </w:p>
        </w:tc>
        <w:tc>
          <w:tcPr>
            <w:tcW w:w="1247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9ABA28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sz w:val="20"/>
                <w:szCs w:val="20"/>
              </w:rPr>
              <w:t>—</w:t>
            </w:r>
          </w:p>
        </w:tc>
      </w:tr>
    </w:tbl>
    <w:p w14:paraId="633246CD" w14:textId="77777777" w:rsidR="00A279ED" w:rsidRPr="00C54EDB" w:rsidRDefault="00A279ED">
      <w:pPr>
        <w:spacing w:after="0"/>
        <w:rPr>
          <w:rFonts w:cs="Arial"/>
          <w:sz w:val="20"/>
          <w:szCs w:val="20"/>
        </w:rPr>
      </w:pPr>
    </w:p>
    <w:p w14:paraId="1AD3063C" w14:textId="77777777" w:rsidR="00A279ED" w:rsidRPr="00C54EDB" w:rsidRDefault="00000000">
      <w:pPr>
        <w:rPr>
          <w:rFonts w:cs="Arial"/>
          <w:sz w:val="20"/>
          <w:szCs w:val="20"/>
        </w:rPr>
      </w:pPr>
      <w:r w:rsidRPr="00C54EDB">
        <w:rPr>
          <w:rFonts w:cs="Arial"/>
          <w:sz w:val="20"/>
          <w:szCs w:val="20"/>
        </w:rPr>
        <w:t xml:space="preserve">U </w:t>
      </w:r>
      <w:proofErr w:type="spellStart"/>
      <w:r w:rsidRPr="00C54EDB">
        <w:rPr>
          <w:rFonts w:cs="Arial"/>
          <w:sz w:val="20"/>
          <w:szCs w:val="20"/>
        </w:rPr>
        <w:t>prvom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polugodištu</w:t>
      </w:r>
      <w:proofErr w:type="spellEnd"/>
      <w:r w:rsidRPr="00C54EDB">
        <w:rPr>
          <w:rFonts w:cs="Arial"/>
          <w:sz w:val="20"/>
          <w:szCs w:val="20"/>
        </w:rPr>
        <w:t xml:space="preserve"> 2026. </w:t>
      </w:r>
      <w:proofErr w:type="spellStart"/>
      <w:r w:rsidRPr="00C54EDB">
        <w:rPr>
          <w:rFonts w:cs="Arial"/>
          <w:sz w:val="20"/>
          <w:szCs w:val="20"/>
        </w:rPr>
        <w:t>ostvareni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su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prihodi</w:t>
      </w:r>
      <w:proofErr w:type="spellEnd"/>
      <w:r w:rsidRPr="00C54EDB">
        <w:rPr>
          <w:rFonts w:cs="Arial"/>
          <w:sz w:val="20"/>
          <w:szCs w:val="20"/>
        </w:rPr>
        <w:t xml:space="preserve"> u </w:t>
      </w:r>
      <w:proofErr w:type="spellStart"/>
      <w:r w:rsidRPr="00C54EDB">
        <w:rPr>
          <w:rFonts w:cs="Arial"/>
          <w:sz w:val="20"/>
          <w:szCs w:val="20"/>
        </w:rPr>
        <w:t>iznosu</w:t>
      </w:r>
      <w:proofErr w:type="spellEnd"/>
      <w:r w:rsidRPr="00C54EDB">
        <w:rPr>
          <w:rFonts w:cs="Arial"/>
          <w:sz w:val="20"/>
          <w:szCs w:val="20"/>
        </w:rPr>
        <w:t xml:space="preserve"> od 3.059.794,38 EUR, </w:t>
      </w:r>
      <w:proofErr w:type="spellStart"/>
      <w:r w:rsidRPr="00C54EDB">
        <w:rPr>
          <w:rFonts w:cs="Arial"/>
          <w:sz w:val="20"/>
          <w:szCs w:val="20"/>
        </w:rPr>
        <w:t>što</w:t>
      </w:r>
      <w:proofErr w:type="spellEnd"/>
      <w:r w:rsidRPr="00C54EDB">
        <w:rPr>
          <w:rFonts w:cs="Arial"/>
          <w:sz w:val="20"/>
          <w:szCs w:val="20"/>
        </w:rPr>
        <w:t xml:space="preserve"> je 391.366,77 EUR </w:t>
      </w:r>
      <w:proofErr w:type="spellStart"/>
      <w:r w:rsidRPr="00C54EDB">
        <w:rPr>
          <w:rFonts w:cs="Arial"/>
          <w:sz w:val="20"/>
          <w:szCs w:val="20"/>
        </w:rPr>
        <w:t>ili</w:t>
      </w:r>
      <w:proofErr w:type="spellEnd"/>
      <w:r w:rsidRPr="00C54EDB">
        <w:rPr>
          <w:rFonts w:cs="Arial"/>
          <w:sz w:val="20"/>
          <w:szCs w:val="20"/>
        </w:rPr>
        <w:t xml:space="preserve"> 14,67 % </w:t>
      </w:r>
      <w:proofErr w:type="spellStart"/>
      <w:r w:rsidRPr="00C54EDB">
        <w:rPr>
          <w:rFonts w:cs="Arial"/>
          <w:sz w:val="20"/>
          <w:szCs w:val="20"/>
        </w:rPr>
        <w:t>više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nego</w:t>
      </w:r>
      <w:proofErr w:type="spellEnd"/>
      <w:r w:rsidRPr="00C54EDB">
        <w:rPr>
          <w:rFonts w:cs="Arial"/>
          <w:sz w:val="20"/>
          <w:szCs w:val="20"/>
        </w:rPr>
        <w:t xml:space="preserve"> u </w:t>
      </w:r>
      <w:proofErr w:type="spellStart"/>
      <w:r w:rsidRPr="00C54EDB">
        <w:rPr>
          <w:rFonts w:cs="Arial"/>
          <w:sz w:val="20"/>
          <w:szCs w:val="20"/>
        </w:rPr>
        <w:t>istom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razdoblju</w:t>
      </w:r>
      <w:proofErr w:type="spellEnd"/>
      <w:r w:rsidRPr="00C54EDB">
        <w:rPr>
          <w:rFonts w:cs="Arial"/>
          <w:sz w:val="20"/>
          <w:szCs w:val="20"/>
        </w:rPr>
        <w:t xml:space="preserve"> 2025. </w:t>
      </w:r>
      <w:proofErr w:type="spellStart"/>
      <w:r w:rsidRPr="00C54EDB">
        <w:rPr>
          <w:rFonts w:cs="Arial"/>
          <w:sz w:val="20"/>
          <w:szCs w:val="20"/>
        </w:rPr>
        <w:t>godine</w:t>
      </w:r>
      <w:proofErr w:type="spellEnd"/>
      <w:r w:rsidRPr="00C54EDB">
        <w:rPr>
          <w:rFonts w:cs="Arial"/>
          <w:sz w:val="20"/>
          <w:szCs w:val="20"/>
        </w:rPr>
        <w:t xml:space="preserve">. U </w:t>
      </w:r>
      <w:proofErr w:type="spellStart"/>
      <w:r w:rsidRPr="00C54EDB">
        <w:rPr>
          <w:rFonts w:cs="Arial"/>
          <w:sz w:val="20"/>
          <w:szCs w:val="20"/>
        </w:rPr>
        <w:t>odnosu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na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godišnji</w:t>
      </w:r>
      <w:proofErr w:type="spellEnd"/>
      <w:r w:rsidRPr="00C54EDB">
        <w:rPr>
          <w:rFonts w:cs="Arial"/>
          <w:sz w:val="20"/>
          <w:szCs w:val="20"/>
        </w:rPr>
        <w:t xml:space="preserve"> plan </w:t>
      </w:r>
      <w:proofErr w:type="spellStart"/>
      <w:r w:rsidRPr="00C54EDB">
        <w:rPr>
          <w:rFonts w:cs="Arial"/>
          <w:sz w:val="20"/>
          <w:szCs w:val="20"/>
        </w:rPr>
        <w:t>prihodi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su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ostvareni</w:t>
      </w:r>
      <w:proofErr w:type="spellEnd"/>
      <w:r w:rsidRPr="00C54EDB">
        <w:rPr>
          <w:rFonts w:cs="Arial"/>
          <w:sz w:val="20"/>
          <w:szCs w:val="20"/>
        </w:rPr>
        <w:t xml:space="preserve"> 38,39 %. </w:t>
      </w:r>
      <w:proofErr w:type="spellStart"/>
      <w:r w:rsidRPr="00C54EDB">
        <w:rPr>
          <w:rFonts w:cs="Arial"/>
          <w:sz w:val="20"/>
          <w:szCs w:val="20"/>
        </w:rPr>
        <w:t>Rashodi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su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izvršeni</w:t>
      </w:r>
      <w:proofErr w:type="spellEnd"/>
      <w:r w:rsidRPr="00C54EDB">
        <w:rPr>
          <w:rFonts w:cs="Arial"/>
          <w:sz w:val="20"/>
          <w:szCs w:val="20"/>
        </w:rPr>
        <w:t xml:space="preserve"> u </w:t>
      </w:r>
      <w:proofErr w:type="spellStart"/>
      <w:r w:rsidRPr="00C54EDB">
        <w:rPr>
          <w:rFonts w:cs="Arial"/>
          <w:sz w:val="20"/>
          <w:szCs w:val="20"/>
        </w:rPr>
        <w:t>iznosu</w:t>
      </w:r>
      <w:proofErr w:type="spellEnd"/>
      <w:r w:rsidRPr="00C54EDB">
        <w:rPr>
          <w:rFonts w:cs="Arial"/>
          <w:sz w:val="20"/>
          <w:szCs w:val="20"/>
        </w:rPr>
        <w:t xml:space="preserve"> od 3.083.273,10 EUR, </w:t>
      </w:r>
      <w:proofErr w:type="spellStart"/>
      <w:r w:rsidRPr="00C54EDB">
        <w:rPr>
          <w:rFonts w:cs="Arial"/>
          <w:sz w:val="20"/>
          <w:szCs w:val="20"/>
        </w:rPr>
        <w:t>odnosno</w:t>
      </w:r>
      <w:proofErr w:type="spellEnd"/>
      <w:r w:rsidRPr="00C54EDB">
        <w:rPr>
          <w:rFonts w:cs="Arial"/>
          <w:sz w:val="20"/>
          <w:szCs w:val="20"/>
        </w:rPr>
        <w:t xml:space="preserve"> 391.401,50 EUR </w:t>
      </w:r>
      <w:proofErr w:type="spellStart"/>
      <w:r w:rsidRPr="00C54EDB">
        <w:rPr>
          <w:rFonts w:cs="Arial"/>
          <w:sz w:val="20"/>
          <w:szCs w:val="20"/>
        </w:rPr>
        <w:t>ili</w:t>
      </w:r>
      <w:proofErr w:type="spellEnd"/>
      <w:r w:rsidRPr="00C54EDB">
        <w:rPr>
          <w:rFonts w:cs="Arial"/>
          <w:sz w:val="20"/>
          <w:szCs w:val="20"/>
        </w:rPr>
        <w:t xml:space="preserve"> 14,54 % </w:t>
      </w:r>
      <w:proofErr w:type="spellStart"/>
      <w:r w:rsidRPr="00C54EDB">
        <w:rPr>
          <w:rFonts w:cs="Arial"/>
          <w:sz w:val="20"/>
          <w:szCs w:val="20"/>
        </w:rPr>
        <w:t>više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nego</w:t>
      </w:r>
      <w:proofErr w:type="spellEnd"/>
      <w:r w:rsidRPr="00C54EDB">
        <w:rPr>
          <w:rFonts w:cs="Arial"/>
          <w:sz w:val="20"/>
          <w:szCs w:val="20"/>
        </w:rPr>
        <w:t xml:space="preserve"> u </w:t>
      </w:r>
      <w:proofErr w:type="spellStart"/>
      <w:r w:rsidRPr="00C54EDB">
        <w:rPr>
          <w:rFonts w:cs="Arial"/>
          <w:sz w:val="20"/>
          <w:szCs w:val="20"/>
        </w:rPr>
        <w:t>prvom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polugodištu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prethodne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godine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te</w:t>
      </w:r>
      <w:proofErr w:type="spellEnd"/>
      <w:r w:rsidRPr="00C54EDB">
        <w:rPr>
          <w:rFonts w:cs="Arial"/>
          <w:sz w:val="20"/>
          <w:szCs w:val="20"/>
        </w:rPr>
        <w:t xml:space="preserve"> 38,68 % </w:t>
      </w:r>
      <w:proofErr w:type="spellStart"/>
      <w:r w:rsidRPr="00C54EDB">
        <w:rPr>
          <w:rFonts w:cs="Arial"/>
          <w:sz w:val="20"/>
          <w:szCs w:val="20"/>
        </w:rPr>
        <w:t>godišnjeg</w:t>
      </w:r>
      <w:proofErr w:type="spellEnd"/>
      <w:r w:rsidRPr="00C54EDB">
        <w:rPr>
          <w:rFonts w:cs="Arial"/>
          <w:sz w:val="20"/>
          <w:szCs w:val="20"/>
        </w:rPr>
        <w:t xml:space="preserve"> plana.</w:t>
      </w:r>
    </w:p>
    <w:p w14:paraId="4FC8D8D2" w14:textId="758BC091" w:rsidR="00447B38" w:rsidRDefault="00000000">
      <w:pPr>
        <w:rPr>
          <w:rFonts w:cs="Arial"/>
          <w:sz w:val="20"/>
          <w:szCs w:val="20"/>
        </w:rPr>
      </w:pPr>
      <w:proofErr w:type="spellStart"/>
      <w:r w:rsidRPr="00C54EDB">
        <w:rPr>
          <w:rFonts w:cs="Arial"/>
          <w:sz w:val="20"/>
          <w:szCs w:val="20"/>
        </w:rPr>
        <w:t>Budući</w:t>
      </w:r>
      <w:proofErr w:type="spellEnd"/>
      <w:r w:rsidRPr="00C54EDB">
        <w:rPr>
          <w:rFonts w:cs="Arial"/>
          <w:sz w:val="20"/>
          <w:szCs w:val="20"/>
        </w:rPr>
        <w:t xml:space="preserve"> da </w:t>
      </w:r>
      <w:proofErr w:type="spellStart"/>
      <w:r w:rsidRPr="00C54EDB">
        <w:rPr>
          <w:rFonts w:cs="Arial"/>
          <w:sz w:val="20"/>
          <w:szCs w:val="20"/>
        </w:rPr>
        <w:t>su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rashodi</w:t>
      </w:r>
      <w:proofErr w:type="spellEnd"/>
      <w:r w:rsidRPr="00C54EDB">
        <w:rPr>
          <w:rFonts w:cs="Arial"/>
          <w:sz w:val="20"/>
          <w:szCs w:val="20"/>
        </w:rPr>
        <w:t xml:space="preserve"> u </w:t>
      </w:r>
      <w:proofErr w:type="spellStart"/>
      <w:r w:rsidRPr="00C54EDB">
        <w:rPr>
          <w:rFonts w:cs="Arial"/>
          <w:sz w:val="20"/>
          <w:szCs w:val="20"/>
        </w:rPr>
        <w:t>izvještajnom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razdoblju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bili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veći</w:t>
      </w:r>
      <w:proofErr w:type="spellEnd"/>
      <w:r w:rsidRPr="00C54EDB">
        <w:rPr>
          <w:rFonts w:cs="Arial"/>
          <w:sz w:val="20"/>
          <w:szCs w:val="20"/>
        </w:rPr>
        <w:t xml:space="preserve"> od </w:t>
      </w:r>
      <w:proofErr w:type="spellStart"/>
      <w:r w:rsidRPr="00C54EDB">
        <w:rPr>
          <w:rFonts w:cs="Arial"/>
          <w:sz w:val="20"/>
          <w:szCs w:val="20"/>
        </w:rPr>
        <w:t>prihoda</w:t>
      </w:r>
      <w:proofErr w:type="spellEnd"/>
      <w:r w:rsidRPr="00C54EDB">
        <w:rPr>
          <w:rFonts w:cs="Arial"/>
          <w:sz w:val="20"/>
          <w:szCs w:val="20"/>
        </w:rPr>
        <w:t xml:space="preserve"> za 23.478,72 EUR, </w:t>
      </w:r>
      <w:proofErr w:type="spellStart"/>
      <w:r w:rsidRPr="00C54EDB">
        <w:rPr>
          <w:rFonts w:cs="Arial"/>
          <w:sz w:val="20"/>
          <w:szCs w:val="20"/>
        </w:rPr>
        <w:t>iskazan</w:t>
      </w:r>
      <w:proofErr w:type="spellEnd"/>
      <w:r w:rsidRPr="00C54EDB">
        <w:rPr>
          <w:rFonts w:cs="Arial"/>
          <w:sz w:val="20"/>
          <w:szCs w:val="20"/>
        </w:rPr>
        <w:t xml:space="preserve"> je </w:t>
      </w:r>
      <w:proofErr w:type="spellStart"/>
      <w:r w:rsidRPr="00C54EDB">
        <w:rPr>
          <w:rFonts w:cs="Arial"/>
          <w:sz w:val="20"/>
          <w:szCs w:val="20"/>
        </w:rPr>
        <w:t>manjak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prihoda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nad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rashodima</w:t>
      </w:r>
      <w:proofErr w:type="spellEnd"/>
      <w:r w:rsidRPr="00C54EDB">
        <w:rPr>
          <w:rFonts w:cs="Arial"/>
          <w:sz w:val="20"/>
          <w:szCs w:val="20"/>
        </w:rPr>
        <w:t xml:space="preserve">. </w:t>
      </w:r>
      <w:proofErr w:type="spellStart"/>
      <w:r w:rsidRPr="00C54EDB">
        <w:rPr>
          <w:rFonts w:cs="Arial"/>
          <w:sz w:val="20"/>
          <w:szCs w:val="20"/>
        </w:rPr>
        <w:t>Iznos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manjka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gotovo</w:t>
      </w:r>
      <w:proofErr w:type="spellEnd"/>
      <w:r w:rsidRPr="00C54EDB">
        <w:rPr>
          <w:rFonts w:cs="Arial"/>
          <w:sz w:val="20"/>
          <w:szCs w:val="20"/>
        </w:rPr>
        <w:t xml:space="preserve"> je </w:t>
      </w:r>
      <w:proofErr w:type="spellStart"/>
      <w:r w:rsidRPr="00C54EDB">
        <w:rPr>
          <w:rFonts w:cs="Arial"/>
          <w:sz w:val="20"/>
          <w:szCs w:val="20"/>
        </w:rPr>
        <w:t>jednak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manjku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iz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usporednog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razdoblja</w:t>
      </w:r>
      <w:proofErr w:type="spellEnd"/>
      <w:r w:rsidRPr="00C54EDB">
        <w:rPr>
          <w:rFonts w:cs="Arial"/>
          <w:sz w:val="20"/>
          <w:szCs w:val="20"/>
        </w:rPr>
        <w:t xml:space="preserve"> 2025. </w:t>
      </w:r>
      <w:proofErr w:type="spellStart"/>
      <w:r w:rsidRPr="00C54EDB">
        <w:rPr>
          <w:rFonts w:cs="Arial"/>
          <w:sz w:val="20"/>
          <w:szCs w:val="20"/>
        </w:rPr>
        <w:t>godine</w:t>
      </w:r>
      <w:proofErr w:type="spellEnd"/>
      <w:r w:rsidRPr="00C54EDB">
        <w:rPr>
          <w:rFonts w:cs="Arial"/>
          <w:sz w:val="20"/>
          <w:szCs w:val="20"/>
        </w:rPr>
        <w:t xml:space="preserve">, </w:t>
      </w:r>
      <w:proofErr w:type="spellStart"/>
      <w:r w:rsidRPr="00C54EDB">
        <w:rPr>
          <w:rFonts w:cs="Arial"/>
          <w:sz w:val="20"/>
          <w:szCs w:val="20"/>
        </w:rPr>
        <w:t>što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upućuje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na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ujednačenu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dinamiku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priljeva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prihoda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podmirivanja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rashoda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tijekom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prve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polovice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godine</w:t>
      </w:r>
      <w:proofErr w:type="spellEnd"/>
      <w:r w:rsidRPr="00C54EDB">
        <w:rPr>
          <w:rFonts w:cs="Arial"/>
          <w:sz w:val="20"/>
          <w:szCs w:val="20"/>
        </w:rPr>
        <w:t>.</w:t>
      </w:r>
      <w:r w:rsidR="00447B38" w:rsidRPr="00C54EDB">
        <w:rPr>
          <w:rFonts w:cs="Arial"/>
          <w:sz w:val="20"/>
          <w:szCs w:val="20"/>
        </w:rPr>
        <w:t xml:space="preserve"> </w:t>
      </w:r>
      <w:proofErr w:type="spellStart"/>
      <w:r w:rsidR="00447B38" w:rsidRPr="00C54EDB">
        <w:rPr>
          <w:rFonts w:cs="Arial"/>
          <w:sz w:val="20"/>
          <w:szCs w:val="20"/>
        </w:rPr>
        <w:t>Preneseni</w:t>
      </w:r>
      <w:proofErr w:type="spellEnd"/>
      <w:r w:rsidR="00447B38" w:rsidRPr="00C54EDB">
        <w:rPr>
          <w:rFonts w:cs="Arial"/>
          <w:sz w:val="20"/>
          <w:szCs w:val="20"/>
        </w:rPr>
        <w:t xml:space="preserve"> </w:t>
      </w:r>
      <w:proofErr w:type="spellStart"/>
      <w:r w:rsidR="00447B38" w:rsidRPr="00C54EDB">
        <w:rPr>
          <w:rFonts w:cs="Arial"/>
          <w:sz w:val="20"/>
          <w:szCs w:val="20"/>
        </w:rPr>
        <w:t>manjak</w:t>
      </w:r>
      <w:proofErr w:type="spellEnd"/>
      <w:r w:rsidR="00447B38" w:rsidRPr="00C54EDB">
        <w:rPr>
          <w:rFonts w:cs="Arial"/>
          <w:sz w:val="20"/>
          <w:szCs w:val="20"/>
        </w:rPr>
        <w:t xml:space="preserve"> </w:t>
      </w:r>
      <w:proofErr w:type="spellStart"/>
      <w:r w:rsidR="00447B38" w:rsidRPr="00C54EDB">
        <w:rPr>
          <w:rFonts w:cs="Arial"/>
          <w:sz w:val="20"/>
          <w:szCs w:val="20"/>
        </w:rPr>
        <w:t>iz</w:t>
      </w:r>
      <w:proofErr w:type="spellEnd"/>
      <w:r w:rsidR="00447B38" w:rsidRPr="00C54EDB">
        <w:rPr>
          <w:rFonts w:cs="Arial"/>
          <w:sz w:val="20"/>
          <w:szCs w:val="20"/>
        </w:rPr>
        <w:t xml:space="preserve"> </w:t>
      </w:r>
      <w:proofErr w:type="spellStart"/>
      <w:r w:rsidR="00447B38" w:rsidRPr="00C54EDB">
        <w:rPr>
          <w:rFonts w:cs="Arial"/>
          <w:sz w:val="20"/>
          <w:szCs w:val="20"/>
        </w:rPr>
        <w:t>prijaš</w:t>
      </w:r>
      <w:r w:rsidR="00C54EDB">
        <w:rPr>
          <w:rFonts w:cs="Arial"/>
          <w:sz w:val="20"/>
          <w:szCs w:val="20"/>
        </w:rPr>
        <w:t>n</w:t>
      </w:r>
      <w:r w:rsidR="00447B38" w:rsidRPr="00C54EDB">
        <w:rPr>
          <w:rFonts w:cs="Arial"/>
          <w:sz w:val="20"/>
          <w:szCs w:val="20"/>
        </w:rPr>
        <w:t>jeg</w:t>
      </w:r>
      <w:proofErr w:type="spellEnd"/>
      <w:r w:rsidR="00447B38" w:rsidRPr="00C54EDB">
        <w:rPr>
          <w:rFonts w:cs="Arial"/>
          <w:sz w:val="20"/>
          <w:szCs w:val="20"/>
        </w:rPr>
        <w:t xml:space="preserve"> </w:t>
      </w:r>
      <w:proofErr w:type="spellStart"/>
      <w:r w:rsidR="00447B38" w:rsidRPr="00C54EDB">
        <w:rPr>
          <w:rFonts w:cs="Arial"/>
          <w:sz w:val="20"/>
          <w:szCs w:val="20"/>
        </w:rPr>
        <w:t>razdoblja</w:t>
      </w:r>
      <w:proofErr w:type="spellEnd"/>
      <w:r w:rsidR="00447B38" w:rsidRPr="00C54EDB">
        <w:rPr>
          <w:rFonts w:cs="Arial"/>
          <w:sz w:val="20"/>
          <w:szCs w:val="20"/>
        </w:rPr>
        <w:t xml:space="preserve"> </w:t>
      </w:r>
      <w:proofErr w:type="spellStart"/>
      <w:r w:rsidR="00447B38" w:rsidRPr="00C54EDB">
        <w:rPr>
          <w:rFonts w:cs="Arial"/>
          <w:sz w:val="20"/>
          <w:szCs w:val="20"/>
        </w:rPr>
        <w:t>iznosi</w:t>
      </w:r>
      <w:proofErr w:type="spellEnd"/>
      <w:r w:rsidR="00447B38" w:rsidRPr="00C54EDB">
        <w:rPr>
          <w:rFonts w:cs="Arial"/>
          <w:sz w:val="20"/>
          <w:szCs w:val="20"/>
        </w:rPr>
        <w:t xml:space="preserve"> 296.533,93 EUR.</w:t>
      </w:r>
    </w:p>
    <w:p w14:paraId="6145D4EF" w14:textId="76F0BFF8" w:rsidR="009E3581" w:rsidRDefault="009E3581">
      <w:pPr>
        <w:rPr>
          <w:rFonts w:cs="Arial"/>
          <w:sz w:val="20"/>
          <w:szCs w:val="20"/>
        </w:rPr>
      </w:pPr>
      <w:proofErr w:type="spellStart"/>
      <w:r>
        <w:rPr>
          <w:rFonts w:cs="Arial"/>
          <w:sz w:val="20"/>
          <w:szCs w:val="20"/>
        </w:rPr>
        <w:t>Manjak</w:t>
      </w:r>
      <w:proofErr w:type="spellEnd"/>
      <w:r>
        <w:rPr>
          <w:rFonts w:cs="Arial"/>
          <w:sz w:val="20"/>
          <w:szCs w:val="20"/>
        </w:rPr>
        <w:t xml:space="preserve"> </w:t>
      </w:r>
      <w:proofErr w:type="spellStart"/>
      <w:r>
        <w:rPr>
          <w:rFonts w:cs="Arial"/>
          <w:sz w:val="20"/>
          <w:szCs w:val="20"/>
        </w:rPr>
        <w:t>prihoda</w:t>
      </w:r>
      <w:proofErr w:type="spellEnd"/>
      <w:r>
        <w:rPr>
          <w:rFonts w:cs="Arial"/>
          <w:sz w:val="20"/>
          <w:szCs w:val="20"/>
        </w:rPr>
        <w:t xml:space="preserve"> u </w:t>
      </w:r>
      <w:proofErr w:type="spellStart"/>
      <w:r>
        <w:rPr>
          <w:rFonts w:cs="Arial"/>
          <w:sz w:val="20"/>
          <w:szCs w:val="20"/>
        </w:rPr>
        <w:t>iznosu</w:t>
      </w:r>
      <w:proofErr w:type="spellEnd"/>
      <w:r>
        <w:rPr>
          <w:rFonts w:cs="Arial"/>
          <w:sz w:val="20"/>
          <w:szCs w:val="20"/>
        </w:rPr>
        <w:t xml:space="preserve"> od 23.478, 72 EUR</w:t>
      </w:r>
      <w:r w:rsidR="00647BB9">
        <w:rPr>
          <w:rFonts w:cs="Arial"/>
          <w:sz w:val="20"/>
          <w:szCs w:val="20"/>
        </w:rPr>
        <w:t xml:space="preserve"> </w:t>
      </w:r>
      <w:proofErr w:type="spellStart"/>
      <w:r w:rsidR="00647BB9">
        <w:rPr>
          <w:rFonts w:cs="Arial"/>
          <w:sz w:val="20"/>
          <w:szCs w:val="20"/>
        </w:rPr>
        <w:t>prema</w:t>
      </w:r>
      <w:proofErr w:type="spellEnd"/>
      <w:r w:rsidR="00647BB9">
        <w:rPr>
          <w:rFonts w:cs="Arial"/>
          <w:sz w:val="20"/>
          <w:szCs w:val="20"/>
        </w:rPr>
        <w:t xml:space="preserve"> </w:t>
      </w:r>
      <w:proofErr w:type="spellStart"/>
      <w:r w:rsidR="00647BB9">
        <w:rPr>
          <w:rFonts w:cs="Arial"/>
          <w:sz w:val="20"/>
          <w:szCs w:val="20"/>
        </w:rPr>
        <w:t>izvorima</w:t>
      </w:r>
      <w:proofErr w:type="spellEnd"/>
      <w:r w:rsidR="00647BB9">
        <w:rPr>
          <w:rFonts w:cs="Arial"/>
          <w:sz w:val="20"/>
          <w:szCs w:val="20"/>
        </w:rPr>
        <w:t xml:space="preserve"> </w:t>
      </w:r>
      <w:proofErr w:type="spellStart"/>
      <w:proofErr w:type="gramStart"/>
      <w:r w:rsidR="00647BB9">
        <w:rPr>
          <w:rFonts w:cs="Arial"/>
          <w:sz w:val="20"/>
          <w:szCs w:val="20"/>
        </w:rPr>
        <w:t>financiranja</w:t>
      </w:r>
      <w:proofErr w:type="spellEnd"/>
      <w:r w:rsidR="00647BB9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 xml:space="preserve"> </w:t>
      </w:r>
      <w:proofErr w:type="spellStart"/>
      <w:r w:rsidR="00647BB9">
        <w:rPr>
          <w:rFonts w:cs="Arial"/>
          <w:sz w:val="20"/>
          <w:szCs w:val="20"/>
        </w:rPr>
        <w:t>sastoji</w:t>
      </w:r>
      <w:proofErr w:type="spellEnd"/>
      <w:proofErr w:type="gramEnd"/>
      <w:r w:rsidR="00647BB9">
        <w:rPr>
          <w:rFonts w:cs="Arial"/>
          <w:sz w:val="20"/>
          <w:szCs w:val="20"/>
        </w:rPr>
        <w:t xml:space="preserve"> se od</w:t>
      </w:r>
    </w:p>
    <w:p w14:paraId="37B86F8C" w14:textId="6154C9C0" w:rsidR="009E3581" w:rsidRDefault="009E3581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Izvor 11 </w:t>
      </w:r>
      <w:proofErr w:type="spellStart"/>
      <w:r>
        <w:rPr>
          <w:rFonts w:cs="Arial"/>
          <w:sz w:val="20"/>
          <w:szCs w:val="20"/>
        </w:rPr>
        <w:t>Opći</w:t>
      </w:r>
      <w:proofErr w:type="spellEnd"/>
      <w:r>
        <w:rPr>
          <w:rFonts w:cs="Arial"/>
          <w:sz w:val="20"/>
          <w:szCs w:val="20"/>
        </w:rPr>
        <w:t xml:space="preserve"> </w:t>
      </w:r>
      <w:proofErr w:type="spellStart"/>
      <w:r>
        <w:rPr>
          <w:rFonts w:cs="Arial"/>
          <w:sz w:val="20"/>
          <w:szCs w:val="20"/>
        </w:rPr>
        <w:t>prihodi</w:t>
      </w:r>
      <w:proofErr w:type="spellEnd"/>
      <w:r>
        <w:rPr>
          <w:rFonts w:cs="Arial"/>
          <w:sz w:val="20"/>
          <w:szCs w:val="20"/>
        </w:rPr>
        <w:t xml:space="preserve"> </w:t>
      </w:r>
      <w:proofErr w:type="spellStart"/>
      <w:r w:rsidR="00F245A7">
        <w:rPr>
          <w:rFonts w:cs="Arial"/>
          <w:sz w:val="20"/>
          <w:szCs w:val="20"/>
        </w:rPr>
        <w:t>i</w:t>
      </w:r>
      <w:proofErr w:type="spellEnd"/>
      <w:r>
        <w:rPr>
          <w:rFonts w:cs="Arial"/>
          <w:sz w:val="20"/>
          <w:szCs w:val="20"/>
        </w:rPr>
        <w:t xml:space="preserve"> </w:t>
      </w:r>
      <w:proofErr w:type="spellStart"/>
      <w:r>
        <w:rPr>
          <w:rFonts w:cs="Arial"/>
          <w:sz w:val="20"/>
          <w:szCs w:val="20"/>
        </w:rPr>
        <w:t>primici</w:t>
      </w:r>
      <w:proofErr w:type="spellEnd"/>
      <w:r>
        <w:rPr>
          <w:rFonts w:cs="Arial"/>
          <w:sz w:val="20"/>
          <w:szCs w:val="20"/>
        </w:rPr>
        <w:t xml:space="preserve"> u </w:t>
      </w:r>
      <w:proofErr w:type="spellStart"/>
      <w:r>
        <w:rPr>
          <w:rFonts w:cs="Arial"/>
          <w:sz w:val="20"/>
          <w:szCs w:val="20"/>
        </w:rPr>
        <w:t>iznosu</w:t>
      </w:r>
      <w:proofErr w:type="spellEnd"/>
      <w:r>
        <w:rPr>
          <w:rFonts w:cs="Arial"/>
          <w:sz w:val="20"/>
          <w:szCs w:val="20"/>
        </w:rPr>
        <w:t xml:space="preserve"> od 817,07 EUR</w:t>
      </w:r>
    </w:p>
    <w:p w14:paraId="687246CB" w14:textId="051030CF" w:rsidR="009E3581" w:rsidRDefault="009E3581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Izvor 31 </w:t>
      </w:r>
      <w:proofErr w:type="spellStart"/>
      <w:r>
        <w:rPr>
          <w:rFonts w:cs="Arial"/>
          <w:sz w:val="20"/>
          <w:szCs w:val="20"/>
        </w:rPr>
        <w:t>Vlastiti</w:t>
      </w:r>
      <w:proofErr w:type="spellEnd"/>
      <w:r>
        <w:rPr>
          <w:rFonts w:cs="Arial"/>
          <w:sz w:val="20"/>
          <w:szCs w:val="20"/>
        </w:rPr>
        <w:t xml:space="preserve"> </w:t>
      </w:r>
      <w:proofErr w:type="spellStart"/>
      <w:r>
        <w:rPr>
          <w:rFonts w:cs="Arial"/>
          <w:sz w:val="20"/>
          <w:szCs w:val="20"/>
        </w:rPr>
        <w:t>prihodi</w:t>
      </w:r>
      <w:proofErr w:type="spellEnd"/>
      <w:r>
        <w:rPr>
          <w:rFonts w:cs="Arial"/>
          <w:sz w:val="20"/>
          <w:szCs w:val="20"/>
        </w:rPr>
        <w:t xml:space="preserve"> u </w:t>
      </w:r>
      <w:proofErr w:type="spellStart"/>
      <w:r>
        <w:rPr>
          <w:rFonts w:cs="Arial"/>
          <w:sz w:val="20"/>
          <w:szCs w:val="20"/>
        </w:rPr>
        <w:t>iznosu</w:t>
      </w:r>
      <w:proofErr w:type="spellEnd"/>
      <w:r>
        <w:rPr>
          <w:rFonts w:cs="Arial"/>
          <w:sz w:val="20"/>
          <w:szCs w:val="20"/>
        </w:rPr>
        <w:t xml:space="preserve"> od 14.943,56 EUR</w:t>
      </w:r>
    </w:p>
    <w:p w14:paraId="32310108" w14:textId="1DE288F6" w:rsidR="009E3581" w:rsidRPr="00C54EDB" w:rsidRDefault="009E3581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Izvor 41 </w:t>
      </w:r>
      <w:proofErr w:type="spellStart"/>
      <w:r w:rsidR="00647BB9">
        <w:rPr>
          <w:rFonts w:cs="Arial"/>
          <w:sz w:val="20"/>
          <w:szCs w:val="20"/>
        </w:rPr>
        <w:t>Prihodi</w:t>
      </w:r>
      <w:proofErr w:type="spellEnd"/>
      <w:r w:rsidR="00647BB9">
        <w:rPr>
          <w:rFonts w:cs="Arial"/>
          <w:sz w:val="20"/>
          <w:szCs w:val="20"/>
        </w:rPr>
        <w:t xml:space="preserve"> za </w:t>
      </w:r>
      <w:proofErr w:type="spellStart"/>
      <w:r w:rsidR="00647BB9">
        <w:rPr>
          <w:rFonts w:cs="Arial"/>
          <w:sz w:val="20"/>
          <w:szCs w:val="20"/>
        </w:rPr>
        <w:t>posebne</w:t>
      </w:r>
      <w:proofErr w:type="spellEnd"/>
      <w:r w:rsidR="00647BB9">
        <w:rPr>
          <w:rFonts w:cs="Arial"/>
          <w:sz w:val="20"/>
          <w:szCs w:val="20"/>
        </w:rPr>
        <w:t xml:space="preserve"> </w:t>
      </w:r>
      <w:proofErr w:type="spellStart"/>
      <w:r w:rsidR="00647BB9">
        <w:rPr>
          <w:rFonts w:cs="Arial"/>
          <w:sz w:val="20"/>
          <w:szCs w:val="20"/>
        </w:rPr>
        <w:t>namjene</w:t>
      </w:r>
      <w:proofErr w:type="spellEnd"/>
      <w:r w:rsidR="00647BB9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 xml:space="preserve">u </w:t>
      </w:r>
      <w:proofErr w:type="spellStart"/>
      <w:r>
        <w:rPr>
          <w:rFonts w:cs="Arial"/>
          <w:sz w:val="20"/>
          <w:szCs w:val="20"/>
        </w:rPr>
        <w:t>iznosu</w:t>
      </w:r>
      <w:proofErr w:type="spellEnd"/>
      <w:r>
        <w:rPr>
          <w:rFonts w:cs="Arial"/>
          <w:sz w:val="20"/>
          <w:szCs w:val="20"/>
        </w:rPr>
        <w:t xml:space="preserve"> od 7.718,09 EUR.</w:t>
      </w:r>
    </w:p>
    <w:p w14:paraId="1884A9D7" w14:textId="77777777" w:rsidR="000F478C" w:rsidRPr="00C54EDB" w:rsidRDefault="000F478C">
      <w:pPr>
        <w:rPr>
          <w:rFonts w:cs="Arial"/>
          <w:sz w:val="20"/>
          <w:szCs w:val="20"/>
        </w:rPr>
      </w:pPr>
    </w:p>
    <w:p w14:paraId="0025890E" w14:textId="1A01CAA4" w:rsidR="00A279ED" w:rsidRPr="00C54EDB" w:rsidRDefault="00447B38">
      <w:pPr>
        <w:pStyle w:val="Heading2"/>
        <w:rPr>
          <w:rFonts w:ascii="Arial" w:hAnsi="Arial" w:cs="Arial"/>
          <w:sz w:val="20"/>
          <w:szCs w:val="20"/>
        </w:rPr>
      </w:pPr>
      <w:r w:rsidRPr="00C54EDB">
        <w:rPr>
          <w:rFonts w:ascii="Arial" w:hAnsi="Arial" w:cs="Arial"/>
          <w:sz w:val="20"/>
          <w:szCs w:val="20"/>
        </w:rPr>
        <w:t xml:space="preserve">1.2. </w:t>
      </w:r>
      <w:proofErr w:type="spellStart"/>
      <w:r w:rsidRPr="00C54EDB">
        <w:rPr>
          <w:rFonts w:ascii="Arial" w:hAnsi="Arial" w:cs="Arial"/>
          <w:sz w:val="20"/>
          <w:szCs w:val="20"/>
        </w:rPr>
        <w:t>Račun</w:t>
      </w:r>
      <w:proofErr w:type="spellEnd"/>
      <w:r w:rsidRPr="00C54EDB">
        <w:rPr>
          <w:rFonts w:ascii="Arial" w:hAnsi="Arial" w:cs="Arial"/>
          <w:sz w:val="20"/>
          <w:szCs w:val="20"/>
        </w:rPr>
        <w:t xml:space="preserve"> Prihoda </w:t>
      </w:r>
      <w:proofErr w:type="spellStart"/>
      <w:r w:rsidRPr="00C54EDB">
        <w:rPr>
          <w:rFonts w:ascii="Arial" w:hAnsi="Arial" w:cs="Arial"/>
          <w:sz w:val="20"/>
          <w:szCs w:val="20"/>
        </w:rPr>
        <w:t>i</w:t>
      </w:r>
      <w:proofErr w:type="spellEnd"/>
      <w:r w:rsidRPr="00C54E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54EDB">
        <w:rPr>
          <w:rFonts w:ascii="Arial" w:hAnsi="Arial" w:cs="Arial"/>
          <w:sz w:val="20"/>
          <w:szCs w:val="20"/>
        </w:rPr>
        <w:t>rashoda</w:t>
      </w:r>
      <w:proofErr w:type="spellEnd"/>
    </w:p>
    <w:p w14:paraId="77EEBEBD" w14:textId="0C363595" w:rsidR="00447B38" w:rsidRPr="00C54EDB" w:rsidRDefault="001E1C92" w:rsidP="00447B38">
      <w:pPr>
        <w:rPr>
          <w:rFonts w:cs="Arial"/>
          <w:sz w:val="20"/>
          <w:szCs w:val="20"/>
        </w:rPr>
      </w:pPr>
      <w:r w:rsidRPr="00C54EDB">
        <w:rPr>
          <w:rFonts w:cs="Arial"/>
          <w:sz w:val="20"/>
          <w:szCs w:val="20"/>
        </w:rPr>
        <w:t xml:space="preserve">1.1. </w:t>
      </w:r>
      <w:proofErr w:type="spellStart"/>
      <w:r w:rsidRPr="00C54EDB">
        <w:rPr>
          <w:rFonts w:cs="Arial"/>
          <w:sz w:val="20"/>
          <w:szCs w:val="20"/>
        </w:rPr>
        <w:t>Prihodi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poslovanja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prema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ekonomskoj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klasifikaciji</w:t>
      </w:r>
      <w:proofErr w:type="spellEnd"/>
    </w:p>
    <w:p w14:paraId="4BAB35B9" w14:textId="08857812" w:rsidR="00447B38" w:rsidRDefault="00447B38" w:rsidP="00447B38">
      <w:pPr>
        <w:rPr>
          <w:rFonts w:cs="Arial"/>
          <w:sz w:val="20"/>
          <w:szCs w:val="20"/>
        </w:rPr>
      </w:pPr>
      <w:proofErr w:type="spellStart"/>
      <w:r w:rsidRPr="00C54EDB">
        <w:rPr>
          <w:rFonts w:cs="Arial"/>
          <w:sz w:val="20"/>
          <w:szCs w:val="20"/>
        </w:rPr>
        <w:t>Izvršenje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prihoda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rashoda</w:t>
      </w:r>
      <w:proofErr w:type="spellEnd"/>
      <w:r w:rsidRPr="00C54EDB">
        <w:rPr>
          <w:rFonts w:cs="Arial"/>
          <w:sz w:val="20"/>
          <w:szCs w:val="20"/>
        </w:rPr>
        <w:t xml:space="preserve"> po </w:t>
      </w:r>
      <w:proofErr w:type="spellStart"/>
      <w:r w:rsidRPr="00C54EDB">
        <w:rPr>
          <w:rFonts w:cs="Arial"/>
          <w:sz w:val="20"/>
          <w:szCs w:val="20"/>
        </w:rPr>
        <w:t>ekonomskoj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klasifikaciji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iskazuje</w:t>
      </w:r>
      <w:proofErr w:type="spellEnd"/>
      <w:r w:rsidRPr="00C54EDB">
        <w:rPr>
          <w:rFonts w:cs="Arial"/>
          <w:sz w:val="20"/>
          <w:szCs w:val="20"/>
        </w:rPr>
        <w:t xml:space="preserve"> se u </w:t>
      </w:r>
      <w:proofErr w:type="spellStart"/>
      <w:r w:rsidRPr="00C54EDB">
        <w:rPr>
          <w:rFonts w:cs="Arial"/>
          <w:sz w:val="20"/>
          <w:szCs w:val="20"/>
        </w:rPr>
        <w:t>tablici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koja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sadrži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brojčanu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oznaku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naziv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računa</w:t>
      </w:r>
      <w:proofErr w:type="spellEnd"/>
      <w:r w:rsidRPr="00C54EDB">
        <w:rPr>
          <w:rFonts w:cs="Arial"/>
          <w:sz w:val="20"/>
          <w:szCs w:val="20"/>
        </w:rPr>
        <w:t xml:space="preserve">, </w:t>
      </w:r>
      <w:proofErr w:type="spellStart"/>
      <w:r w:rsidRPr="00C54EDB">
        <w:rPr>
          <w:rFonts w:cs="Arial"/>
          <w:sz w:val="20"/>
          <w:szCs w:val="20"/>
        </w:rPr>
        <w:t>izvršenje</w:t>
      </w:r>
      <w:proofErr w:type="spellEnd"/>
      <w:r w:rsidRPr="00C54EDB">
        <w:rPr>
          <w:rFonts w:cs="Arial"/>
          <w:sz w:val="20"/>
          <w:szCs w:val="20"/>
        </w:rPr>
        <w:t xml:space="preserve"> od </w:t>
      </w:r>
      <w:proofErr w:type="gramStart"/>
      <w:r w:rsidRPr="00C54EDB">
        <w:rPr>
          <w:rFonts w:cs="Arial"/>
          <w:sz w:val="20"/>
          <w:szCs w:val="20"/>
        </w:rPr>
        <w:t>01.siječnja</w:t>
      </w:r>
      <w:proofErr w:type="gramEnd"/>
      <w:r w:rsidRPr="00C54EDB">
        <w:rPr>
          <w:rFonts w:cs="Arial"/>
          <w:sz w:val="20"/>
          <w:szCs w:val="20"/>
        </w:rPr>
        <w:t xml:space="preserve"> – 30. </w:t>
      </w:r>
      <w:proofErr w:type="spellStart"/>
      <w:r w:rsidRPr="00C54EDB">
        <w:rPr>
          <w:rFonts w:cs="Arial"/>
          <w:sz w:val="20"/>
          <w:szCs w:val="20"/>
        </w:rPr>
        <w:t>lipnja</w:t>
      </w:r>
      <w:proofErr w:type="spellEnd"/>
      <w:r w:rsidRPr="00C54EDB">
        <w:rPr>
          <w:rFonts w:cs="Arial"/>
          <w:sz w:val="20"/>
          <w:szCs w:val="20"/>
        </w:rPr>
        <w:t xml:space="preserve"> 2025., plan za 2026., </w:t>
      </w:r>
      <w:proofErr w:type="spellStart"/>
      <w:r w:rsidRPr="00C54EDB">
        <w:rPr>
          <w:rFonts w:cs="Arial"/>
          <w:sz w:val="20"/>
          <w:szCs w:val="20"/>
        </w:rPr>
        <w:t>izvršenje</w:t>
      </w:r>
      <w:proofErr w:type="spellEnd"/>
      <w:r w:rsidRPr="00C54EDB">
        <w:rPr>
          <w:rFonts w:cs="Arial"/>
          <w:sz w:val="20"/>
          <w:szCs w:val="20"/>
        </w:rPr>
        <w:t xml:space="preserve"> od </w:t>
      </w:r>
      <w:proofErr w:type="gramStart"/>
      <w:r w:rsidRPr="00C54EDB">
        <w:rPr>
          <w:rFonts w:cs="Arial"/>
          <w:sz w:val="20"/>
          <w:szCs w:val="20"/>
        </w:rPr>
        <w:t>01.siječnja</w:t>
      </w:r>
      <w:proofErr w:type="gramEnd"/>
      <w:r w:rsidRPr="00C54EDB">
        <w:rPr>
          <w:rFonts w:cs="Arial"/>
          <w:sz w:val="20"/>
          <w:szCs w:val="20"/>
        </w:rPr>
        <w:t xml:space="preserve"> – 30. </w:t>
      </w:r>
      <w:proofErr w:type="spellStart"/>
      <w:r w:rsidRPr="00C54EDB">
        <w:rPr>
          <w:rFonts w:cs="Arial"/>
          <w:sz w:val="20"/>
          <w:szCs w:val="20"/>
        </w:rPr>
        <w:t>lipnja</w:t>
      </w:r>
      <w:proofErr w:type="spellEnd"/>
      <w:r w:rsidRPr="00C54EDB">
        <w:rPr>
          <w:rFonts w:cs="Arial"/>
          <w:sz w:val="20"/>
          <w:szCs w:val="20"/>
        </w:rPr>
        <w:t xml:space="preserve"> 2026. </w:t>
      </w:r>
      <w:proofErr w:type="spellStart"/>
      <w:r w:rsidRPr="00C54EDB">
        <w:rPr>
          <w:rFonts w:cs="Arial"/>
          <w:sz w:val="20"/>
          <w:szCs w:val="20"/>
        </w:rPr>
        <w:t>godine</w:t>
      </w:r>
      <w:proofErr w:type="spellEnd"/>
      <w:r w:rsidRPr="00C54EDB">
        <w:rPr>
          <w:rFonts w:cs="Arial"/>
          <w:sz w:val="20"/>
          <w:szCs w:val="20"/>
        </w:rPr>
        <w:t xml:space="preserve"> do </w:t>
      </w:r>
      <w:proofErr w:type="spellStart"/>
      <w:r w:rsidRPr="00C54EDB">
        <w:rPr>
          <w:rFonts w:cs="Arial"/>
          <w:sz w:val="20"/>
          <w:szCs w:val="20"/>
        </w:rPr>
        <w:t>razine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odjeljka</w:t>
      </w:r>
      <w:proofErr w:type="spellEnd"/>
      <w:r w:rsidRPr="00C54EDB">
        <w:rPr>
          <w:rFonts w:cs="Arial"/>
          <w:sz w:val="20"/>
          <w:szCs w:val="20"/>
        </w:rPr>
        <w:t xml:space="preserve"> (4. </w:t>
      </w:r>
      <w:proofErr w:type="spellStart"/>
      <w:r w:rsidRPr="00C54EDB">
        <w:rPr>
          <w:rFonts w:cs="Arial"/>
          <w:sz w:val="20"/>
          <w:szCs w:val="20"/>
        </w:rPr>
        <w:t>razine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računskog</w:t>
      </w:r>
      <w:proofErr w:type="spellEnd"/>
      <w:r w:rsidRPr="00C54EDB">
        <w:rPr>
          <w:rFonts w:cs="Arial"/>
          <w:sz w:val="20"/>
          <w:szCs w:val="20"/>
        </w:rPr>
        <w:t xml:space="preserve"> plana) </w:t>
      </w:r>
      <w:proofErr w:type="spellStart"/>
      <w:r w:rsidRPr="00C54EDB">
        <w:rPr>
          <w:rFonts w:cs="Arial"/>
          <w:sz w:val="20"/>
          <w:szCs w:val="20"/>
        </w:rPr>
        <w:t>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indeks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izvršenja</w:t>
      </w:r>
      <w:proofErr w:type="spellEnd"/>
      <w:r w:rsidRPr="00C54EDB">
        <w:rPr>
          <w:rFonts w:cs="Arial"/>
          <w:sz w:val="20"/>
          <w:szCs w:val="20"/>
        </w:rPr>
        <w:t xml:space="preserve"> u </w:t>
      </w:r>
      <w:proofErr w:type="spellStart"/>
      <w:r w:rsidRPr="00C54EDB">
        <w:rPr>
          <w:rFonts w:cs="Arial"/>
          <w:sz w:val="20"/>
          <w:szCs w:val="20"/>
        </w:rPr>
        <w:t>odnosu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na</w:t>
      </w:r>
      <w:proofErr w:type="spellEnd"/>
      <w:r w:rsidRPr="00C54EDB">
        <w:rPr>
          <w:rFonts w:cs="Arial"/>
          <w:sz w:val="20"/>
          <w:szCs w:val="20"/>
        </w:rPr>
        <w:t xml:space="preserve"> 2025. </w:t>
      </w:r>
      <w:proofErr w:type="spellStart"/>
      <w:r w:rsidRPr="00C54EDB">
        <w:rPr>
          <w:rFonts w:cs="Arial"/>
          <w:sz w:val="20"/>
          <w:szCs w:val="20"/>
        </w:rPr>
        <w:t>godinu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</w:t>
      </w:r>
      <w:proofErr w:type="spellEnd"/>
      <w:r w:rsidRPr="00C54EDB">
        <w:rPr>
          <w:rFonts w:cs="Arial"/>
          <w:sz w:val="20"/>
          <w:szCs w:val="20"/>
        </w:rPr>
        <w:t xml:space="preserve"> u </w:t>
      </w:r>
      <w:proofErr w:type="spellStart"/>
      <w:r w:rsidRPr="00C54EDB">
        <w:rPr>
          <w:rFonts w:cs="Arial"/>
          <w:sz w:val="20"/>
          <w:szCs w:val="20"/>
        </w:rPr>
        <w:t>odnosu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na</w:t>
      </w:r>
      <w:proofErr w:type="spellEnd"/>
      <w:r w:rsidRPr="00C54EDB">
        <w:rPr>
          <w:rFonts w:cs="Arial"/>
          <w:sz w:val="20"/>
          <w:szCs w:val="20"/>
        </w:rPr>
        <w:t xml:space="preserve"> plan 2026. </w:t>
      </w:r>
      <w:proofErr w:type="spellStart"/>
      <w:r w:rsidRPr="00C54EDB">
        <w:rPr>
          <w:rFonts w:cs="Arial"/>
          <w:sz w:val="20"/>
          <w:szCs w:val="20"/>
        </w:rPr>
        <w:t>godine</w:t>
      </w:r>
      <w:proofErr w:type="spellEnd"/>
      <w:r w:rsidRPr="00C54EDB">
        <w:rPr>
          <w:rFonts w:cs="Arial"/>
          <w:sz w:val="20"/>
          <w:szCs w:val="20"/>
        </w:rPr>
        <w:t>.</w:t>
      </w:r>
    </w:p>
    <w:p w14:paraId="552FA381" w14:textId="77777777" w:rsidR="00C54EDB" w:rsidRPr="00C54EDB" w:rsidRDefault="00C54EDB" w:rsidP="00447B38">
      <w:pPr>
        <w:rPr>
          <w:rFonts w:cs="Arial"/>
          <w:sz w:val="20"/>
          <w:szCs w:val="20"/>
        </w:rPr>
      </w:pPr>
    </w:p>
    <w:p w14:paraId="496DDE0C" w14:textId="77777777" w:rsidR="001E1C92" w:rsidRPr="00C54EDB" w:rsidRDefault="001E1C92" w:rsidP="00447B38">
      <w:pPr>
        <w:rPr>
          <w:rFonts w:cs="Arial"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61"/>
        <w:gridCol w:w="1361"/>
        <w:gridCol w:w="1417"/>
        <w:gridCol w:w="1417"/>
        <w:gridCol w:w="1304"/>
        <w:gridCol w:w="1247"/>
      </w:tblGrid>
      <w:tr w:rsidR="00A279ED" w:rsidRPr="00C54EDB" w14:paraId="283A9C25" w14:textId="77777777">
        <w:trPr>
          <w:tblHeader/>
          <w:jc w:val="center"/>
        </w:trPr>
        <w:tc>
          <w:tcPr>
            <w:tcW w:w="3061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077D2F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lastRenderedPageBreak/>
              <w:t>Vrsta</w:t>
            </w:r>
            <w:proofErr w:type="spellEnd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prihoda</w:t>
            </w:r>
            <w:proofErr w:type="spellEnd"/>
          </w:p>
        </w:tc>
        <w:tc>
          <w:tcPr>
            <w:tcW w:w="1361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5A362A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I–VI 2025.</w:t>
            </w:r>
          </w:p>
        </w:tc>
        <w:tc>
          <w:tcPr>
            <w:tcW w:w="1417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DCB311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Plan 2026.</w:t>
            </w:r>
          </w:p>
        </w:tc>
        <w:tc>
          <w:tcPr>
            <w:tcW w:w="1417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CE436F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I–VI 2026.</w:t>
            </w:r>
          </w:p>
        </w:tc>
        <w:tc>
          <w:tcPr>
            <w:tcW w:w="1304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FDABE8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Promjena</w:t>
            </w:r>
            <w:proofErr w:type="spellEnd"/>
          </w:p>
        </w:tc>
        <w:tc>
          <w:tcPr>
            <w:tcW w:w="1247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B887B3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Izvršenje</w:t>
            </w:r>
            <w:proofErr w:type="spellEnd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 xml:space="preserve"> plana</w:t>
            </w:r>
          </w:p>
        </w:tc>
      </w:tr>
      <w:tr w:rsidR="00A279ED" w:rsidRPr="00C54EDB" w14:paraId="1CBC31B4" w14:textId="77777777">
        <w:trPr>
          <w:jc w:val="center"/>
        </w:trPr>
        <w:tc>
          <w:tcPr>
            <w:tcW w:w="30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850CAC" w14:textId="7777777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sz w:val="20"/>
                <w:szCs w:val="20"/>
              </w:rPr>
              <w:t>Pomoći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iz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drugih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proračuna</w:t>
            </w:r>
            <w:proofErr w:type="spellEnd"/>
          </w:p>
        </w:tc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4400C8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880,00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DED63E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CDDD57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30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B14420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-880,00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8F3A4C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—</w:t>
            </w:r>
          </w:p>
        </w:tc>
      </w:tr>
      <w:tr w:rsidR="00A279ED" w:rsidRPr="00C54EDB" w14:paraId="12646B94" w14:textId="77777777">
        <w:trPr>
          <w:jc w:val="center"/>
        </w:trPr>
        <w:tc>
          <w:tcPr>
            <w:tcW w:w="30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CB93CA" w14:textId="7777777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sz w:val="20"/>
                <w:szCs w:val="20"/>
              </w:rPr>
              <w:t>Prihodi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od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imovine</w:t>
            </w:r>
            <w:proofErr w:type="spellEnd"/>
          </w:p>
        </w:tc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F19E92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5D4059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1.000,00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7A732C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30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A1147C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9BA70C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0,00 %</w:t>
            </w:r>
          </w:p>
        </w:tc>
      </w:tr>
      <w:tr w:rsidR="00A279ED" w:rsidRPr="00C54EDB" w14:paraId="465C18AD" w14:textId="77777777">
        <w:trPr>
          <w:jc w:val="center"/>
        </w:trPr>
        <w:tc>
          <w:tcPr>
            <w:tcW w:w="30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7FB5C1" w14:textId="7777777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sz w:val="20"/>
                <w:szCs w:val="20"/>
              </w:rPr>
              <w:t>Prihodi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po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posebnim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propisima</w:t>
            </w:r>
            <w:proofErr w:type="spellEnd"/>
          </w:p>
        </w:tc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6C6E4E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240.528,88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D05ADC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500.000,00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3A906D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271.883,22</w:t>
            </w:r>
          </w:p>
        </w:tc>
        <w:tc>
          <w:tcPr>
            <w:tcW w:w="130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C36BA8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31.354,34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05DF80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54,38 %</w:t>
            </w:r>
          </w:p>
        </w:tc>
      </w:tr>
      <w:tr w:rsidR="00A279ED" w:rsidRPr="00C54EDB" w14:paraId="526330DB" w14:textId="77777777">
        <w:trPr>
          <w:jc w:val="center"/>
        </w:trPr>
        <w:tc>
          <w:tcPr>
            <w:tcW w:w="30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2B8342" w14:textId="47789CA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sz w:val="20"/>
                <w:szCs w:val="20"/>
              </w:rPr>
              <w:t>Prihodi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od </w:t>
            </w:r>
            <w:proofErr w:type="spellStart"/>
            <w:r w:rsidR="00447B38" w:rsidRPr="00C54EDB">
              <w:rPr>
                <w:rFonts w:cs="Arial"/>
                <w:sz w:val="20"/>
                <w:szCs w:val="20"/>
              </w:rPr>
              <w:t>prodaje</w:t>
            </w:r>
            <w:proofErr w:type="spellEnd"/>
            <w:r w:rsidR="00447B38"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447B38" w:rsidRPr="00C54EDB">
              <w:rPr>
                <w:rFonts w:cs="Arial"/>
                <w:sz w:val="20"/>
                <w:szCs w:val="20"/>
              </w:rPr>
              <w:t>proiz</w:t>
            </w:r>
            <w:r w:rsidR="001E1C92" w:rsidRPr="00C54EDB">
              <w:rPr>
                <w:rFonts w:cs="Arial"/>
                <w:sz w:val="20"/>
                <w:szCs w:val="20"/>
              </w:rPr>
              <w:t>voda</w:t>
            </w:r>
            <w:proofErr w:type="spellEnd"/>
            <w:r w:rsidR="001E1C92"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1E1C92" w:rsidRPr="00C54EDB">
              <w:rPr>
                <w:rFonts w:cs="Arial"/>
                <w:sz w:val="20"/>
                <w:szCs w:val="20"/>
              </w:rPr>
              <w:t>i</w:t>
            </w:r>
            <w:proofErr w:type="spellEnd"/>
            <w:r w:rsidR="001E1C92"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447B38" w:rsidRPr="00C54EDB">
              <w:rPr>
                <w:rFonts w:cs="Arial"/>
                <w:sz w:val="20"/>
                <w:szCs w:val="20"/>
              </w:rPr>
              <w:t>roba</w:t>
            </w:r>
            <w:proofErr w:type="spellEnd"/>
          </w:p>
        </w:tc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574FB8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7.002,37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9A3064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19.000,00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3F5167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2.192,24</w:t>
            </w:r>
          </w:p>
        </w:tc>
        <w:tc>
          <w:tcPr>
            <w:tcW w:w="130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22DDE5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-4.810,13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A76F3D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11,54 %</w:t>
            </w:r>
          </w:p>
        </w:tc>
      </w:tr>
      <w:tr w:rsidR="00A279ED" w:rsidRPr="00C54EDB" w14:paraId="7C1C5A98" w14:textId="77777777">
        <w:trPr>
          <w:jc w:val="center"/>
        </w:trPr>
        <w:tc>
          <w:tcPr>
            <w:tcW w:w="30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561627" w14:textId="7777777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sz w:val="20"/>
                <w:szCs w:val="20"/>
              </w:rPr>
              <w:t>Prihodi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iz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nadležnog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proračuna</w:t>
            </w:r>
            <w:proofErr w:type="spellEnd"/>
          </w:p>
        </w:tc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9CB2C7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2.420.016,36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83699D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5.642.116,60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778679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2.785.718,92</w:t>
            </w:r>
          </w:p>
        </w:tc>
        <w:tc>
          <w:tcPr>
            <w:tcW w:w="130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6EB303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365.702,56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D658E0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49,37 %</w:t>
            </w:r>
          </w:p>
        </w:tc>
      </w:tr>
      <w:tr w:rsidR="00A279ED" w:rsidRPr="00C54EDB" w14:paraId="45BDDEAB" w14:textId="77777777">
        <w:trPr>
          <w:jc w:val="center"/>
        </w:trPr>
        <w:tc>
          <w:tcPr>
            <w:tcW w:w="3061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CC7586" w14:textId="7777777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b/>
                <w:sz w:val="20"/>
                <w:szCs w:val="20"/>
              </w:rPr>
              <w:t>Ukupni</w:t>
            </w:r>
            <w:proofErr w:type="spellEnd"/>
            <w:r w:rsidRPr="00C54EDB">
              <w:rPr>
                <w:rFonts w:cs="Arial"/>
                <w:b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b/>
                <w:sz w:val="20"/>
                <w:szCs w:val="20"/>
              </w:rPr>
              <w:t>prihodi</w:t>
            </w:r>
            <w:proofErr w:type="spellEnd"/>
          </w:p>
        </w:tc>
        <w:tc>
          <w:tcPr>
            <w:tcW w:w="1361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C57CB5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sz w:val="20"/>
                <w:szCs w:val="20"/>
              </w:rPr>
              <w:t>2.668.427,61</w:t>
            </w:r>
          </w:p>
        </w:tc>
        <w:tc>
          <w:tcPr>
            <w:tcW w:w="1417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4DFC3A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sz w:val="20"/>
                <w:szCs w:val="20"/>
              </w:rPr>
              <w:t>7.971.116,60</w:t>
            </w:r>
          </w:p>
        </w:tc>
        <w:tc>
          <w:tcPr>
            <w:tcW w:w="1417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D21A0E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sz w:val="20"/>
                <w:szCs w:val="20"/>
              </w:rPr>
              <w:t>3.059.794,38</w:t>
            </w:r>
          </w:p>
        </w:tc>
        <w:tc>
          <w:tcPr>
            <w:tcW w:w="1304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3E74E4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sz w:val="20"/>
                <w:szCs w:val="20"/>
              </w:rPr>
              <w:t>391.366,77</w:t>
            </w:r>
          </w:p>
        </w:tc>
        <w:tc>
          <w:tcPr>
            <w:tcW w:w="1247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16EE38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sz w:val="20"/>
                <w:szCs w:val="20"/>
              </w:rPr>
              <w:t>38,39 %</w:t>
            </w:r>
          </w:p>
        </w:tc>
      </w:tr>
    </w:tbl>
    <w:p w14:paraId="201425CF" w14:textId="77777777" w:rsidR="00A279ED" w:rsidRPr="00C54EDB" w:rsidRDefault="00A279ED">
      <w:pPr>
        <w:spacing w:after="0"/>
        <w:rPr>
          <w:rFonts w:cs="Arial"/>
          <w:sz w:val="20"/>
          <w:szCs w:val="20"/>
        </w:rPr>
      </w:pPr>
    </w:p>
    <w:p w14:paraId="108C7B39" w14:textId="33D7A275" w:rsidR="00A279ED" w:rsidRPr="00C54EDB" w:rsidRDefault="00000000">
      <w:pPr>
        <w:rPr>
          <w:rFonts w:cs="Arial"/>
          <w:sz w:val="20"/>
          <w:szCs w:val="20"/>
        </w:rPr>
      </w:pPr>
      <w:proofErr w:type="spellStart"/>
      <w:r w:rsidRPr="00C54EDB">
        <w:rPr>
          <w:rFonts w:cs="Arial"/>
          <w:sz w:val="20"/>
          <w:szCs w:val="20"/>
        </w:rPr>
        <w:t>Najznačajniji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izvor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prihoda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čine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prihodi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iz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nadležnog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proračuna</w:t>
      </w:r>
      <w:proofErr w:type="spellEnd"/>
      <w:r w:rsidRPr="00C54EDB">
        <w:rPr>
          <w:rFonts w:cs="Arial"/>
          <w:sz w:val="20"/>
          <w:szCs w:val="20"/>
        </w:rPr>
        <w:t xml:space="preserve"> Grada Zadra, </w:t>
      </w:r>
      <w:proofErr w:type="spellStart"/>
      <w:r w:rsidRPr="00C54EDB">
        <w:rPr>
          <w:rFonts w:cs="Arial"/>
          <w:sz w:val="20"/>
          <w:szCs w:val="20"/>
        </w:rPr>
        <w:t>ostvareni</w:t>
      </w:r>
      <w:proofErr w:type="spellEnd"/>
      <w:r w:rsidRPr="00C54EDB">
        <w:rPr>
          <w:rFonts w:cs="Arial"/>
          <w:sz w:val="20"/>
          <w:szCs w:val="20"/>
        </w:rPr>
        <w:t xml:space="preserve"> u </w:t>
      </w:r>
      <w:proofErr w:type="spellStart"/>
      <w:r w:rsidRPr="00C54EDB">
        <w:rPr>
          <w:rFonts w:cs="Arial"/>
          <w:sz w:val="20"/>
          <w:szCs w:val="20"/>
        </w:rPr>
        <w:t>iznosu</w:t>
      </w:r>
      <w:proofErr w:type="spellEnd"/>
      <w:r w:rsidRPr="00C54EDB">
        <w:rPr>
          <w:rFonts w:cs="Arial"/>
          <w:sz w:val="20"/>
          <w:szCs w:val="20"/>
        </w:rPr>
        <w:t xml:space="preserve"> od 2.785.718,92 EUR. Oni </w:t>
      </w:r>
      <w:proofErr w:type="spellStart"/>
      <w:r w:rsidRPr="00C54EDB">
        <w:rPr>
          <w:rFonts w:cs="Arial"/>
          <w:sz w:val="20"/>
          <w:szCs w:val="20"/>
        </w:rPr>
        <w:t>čine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približno</w:t>
      </w:r>
      <w:proofErr w:type="spellEnd"/>
      <w:r w:rsidRPr="00C54EDB">
        <w:rPr>
          <w:rFonts w:cs="Arial"/>
          <w:sz w:val="20"/>
          <w:szCs w:val="20"/>
        </w:rPr>
        <w:t xml:space="preserve"> 91,04 % </w:t>
      </w:r>
      <w:proofErr w:type="spellStart"/>
      <w:r w:rsidRPr="00C54EDB">
        <w:rPr>
          <w:rFonts w:cs="Arial"/>
          <w:sz w:val="20"/>
          <w:szCs w:val="20"/>
        </w:rPr>
        <w:t>ukupno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ostvarenih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prihoda</w:t>
      </w:r>
      <w:proofErr w:type="spellEnd"/>
      <w:r w:rsidRPr="00C54EDB">
        <w:rPr>
          <w:rFonts w:cs="Arial"/>
          <w:sz w:val="20"/>
          <w:szCs w:val="20"/>
        </w:rPr>
        <w:t xml:space="preserve">. U </w:t>
      </w:r>
      <w:proofErr w:type="spellStart"/>
      <w:r w:rsidRPr="00C54EDB">
        <w:rPr>
          <w:rFonts w:cs="Arial"/>
          <w:sz w:val="20"/>
          <w:szCs w:val="20"/>
        </w:rPr>
        <w:t>odnosu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na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isto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razdoblje</w:t>
      </w:r>
      <w:proofErr w:type="spellEnd"/>
      <w:r w:rsidRPr="00C54EDB">
        <w:rPr>
          <w:rFonts w:cs="Arial"/>
          <w:sz w:val="20"/>
          <w:szCs w:val="20"/>
        </w:rPr>
        <w:t xml:space="preserve"> 2025. </w:t>
      </w:r>
      <w:proofErr w:type="spellStart"/>
      <w:r w:rsidRPr="00C54EDB">
        <w:rPr>
          <w:rFonts w:cs="Arial"/>
          <w:sz w:val="20"/>
          <w:szCs w:val="20"/>
        </w:rPr>
        <w:t>godine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veći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su</w:t>
      </w:r>
      <w:proofErr w:type="spellEnd"/>
      <w:r w:rsidRPr="00C54EDB">
        <w:rPr>
          <w:rFonts w:cs="Arial"/>
          <w:sz w:val="20"/>
          <w:szCs w:val="20"/>
        </w:rPr>
        <w:t xml:space="preserve"> za 365.702,56 EUR </w:t>
      </w:r>
      <w:proofErr w:type="spellStart"/>
      <w:r w:rsidRPr="00C54EDB">
        <w:rPr>
          <w:rFonts w:cs="Arial"/>
          <w:sz w:val="20"/>
          <w:szCs w:val="20"/>
        </w:rPr>
        <w:t>ili</w:t>
      </w:r>
      <w:proofErr w:type="spellEnd"/>
      <w:r w:rsidRPr="00C54EDB">
        <w:rPr>
          <w:rFonts w:cs="Arial"/>
          <w:sz w:val="20"/>
          <w:szCs w:val="20"/>
        </w:rPr>
        <w:t xml:space="preserve"> 15,11 %, a u </w:t>
      </w:r>
      <w:proofErr w:type="spellStart"/>
      <w:r w:rsidRPr="00C54EDB">
        <w:rPr>
          <w:rFonts w:cs="Arial"/>
          <w:sz w:val="20"/>
          <w:szCs w:val="20"/>
        </w:rPr>
        <w:t>odnosu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na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godišnji</w:t>
      </w:r>
      <w:proofErr w:type="spellEnd"/>
      <w:r w:rsidRPr="00C54EDB">
        <w:rPr>
          <w:rFonts w:cs="Arial"/>
          <w:sz w:val="20"/>
          <w:szCs w:val="20"/>
        </w:rPr>
        <w:t xml:space="preserve"> plan </w:t>
      </w:r>
      <w:proofErr w:type="spellStart"/>
      <w:r w:rsidRPr="00C54EDB">
        <w:rPr>
          <w:rFonts w:cs="Arial"/>
          <w:sz w:val="20"/>
          <w:szCs w:val="20"/>
        </w:rPr>
        <w:t>ostvareni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su</w:t>
      </w:r>
      <w:proofErr w:type="spellEnd"/>
      <w:r w:rsidRPr="00C54EDB">
        <w:rPr>
          <w:rFonts w:cs="Arial"/>
          <w:sz w:val="20"/>
          <w:szCs w:val="20"/>
        </w:rPr>
        <w:t xml:space="preserve"> 49,37 %. Od </w:t>
      </w:r>
      <w:proofErr w:type="spellStart"/>
      <w:r w:rsidRPr="00C54EDB">
        <w:rPr>
          <w:rFonts w:cs="Arial"/>
          <w:sz w:val="20"/>
          <w:szCs w:val="20"/>
        </w:rPr>
        <w:t>navedenog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iznosa</w:t>
      </w:r>
      <w:proofErr w:type="spellEnd"/>
      <w:r w:rsidRPr="00C54EDB">
        <w:rPr>
          <w:rFonts w:cs="Arial"/>
          <w:sz w:val="20"/>
          <w:szCs w:val="20"/>
        </w:rPr>
        <w:t xml:space="preserve"> 2.413.692,13 EUR </w:t>
      </w:r>
      <w:proofErr w:type="spellStart"/>
      <w:r w:rsidRPr="00C54EDB">
        <w:rPr>
          <w:rFonts w:cs="Arial"/>
          <w:sz w:val="20"/>
          <w:szCs w:val="20"/>
        </w:rPr>
        <w:t>odnosi</w:t>
      </w:r>
      <w:proofErr w:type="spellEnd"/>
      <w:r w:rsidRPr="00C54EDB">
        <w:rPr>
          <w:rFonts w:cs="Arial"/>
          <w:sz w:val="20"/>
          <w:szCs w:val="20"/>
        </w:rPr>
        <w:t xml:space="preserve"> se </w:t>
      </w:r>
      <w:proofErr w:type="spellStart"/>
      <w:r w:rsidRPr="00C54EDB">
        <w:rPr>
          <w:rFonts w:cs="Arial"/>
          <w:sz w:val="20"/>
          <w:szCs w:val="20"/>
        </w:rPr>
        <w:t>na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financiranje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rashoda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poslovanja</w:t>
      </w:r>
      <w:proofErr w:type="spellEnd"/>
      <w:r w:rsidRPr="00C54EDB">
        <w:rPr>
          <w:rFonts w:cs="Arial"/>
          <w:sz w:val="20"/>
          <w:szCs w:val="20"/>
        </w:rPr>
        <w:t xml:space="preserve">, a 372.026,79 EUR </w:t>
      </w:r>
      <w:proofErr w:type="spellStart"/>
      <w:r w:rsidRPr="00C54EDB">
        <w:rPr>
          <w:rFonts w:cs="Arial"/>
          <w:sz w:val="20"/>
          <w:szCs w:val="20"/>
        </w:rPr>
        <w:t>na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financiranje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rashoda</w:t>
      </w:r>
      <w:proofErr w:type="spellEnd"/>
      <w:r w:rsidRPr="00C54EDB">
        <w:rPr>
          <w:rFonts w:cs="Arial"/>
          <w:sz w:val="20"/>
          <w:szCs w:val="20"/>
        </w:rPr>
        <w:t xml:space="preserve"> za </w:t>
      </w:r>
      <w:proofErr w:type="spellStart"/>
      <w:r w:rsidRPr="00C54EDB">
        <w:rPr>
          <w:rFonts w:cs="Arial"/>
          <w:sz w:val="20"/>
          <w:szCs w:val="20"/>
        </w:rPr>
        <w:t>nabavu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nefinancijske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imovine</w:t>
      </w:r>
      <w:proofErr w:type="spellEnd"/>
      <w:r w:rsidRPr="00C54EDB">
        <w:rPr>
          <w:rFonts w:cs="Arial"/>
          <w:sz w:val="20"/>
          <w:szCs w:val="20"/>
        </w:rPr>
        <w:t>.</w:t>
      </w:r>
      <w:r w:rsidR="00F245A7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Prihodi</w:t>
      </w:r>
      <w:proofErr w:type="spellEnd"/>
      <w:r w:rsidRPr="00C54EDB">
        <w:rPr>
          <w:rFonts w:cs="Arial"/>
          <w:sz w:val="20"/>
          <w:szCs w:val="20"/>
        </w:rPr>
        <w:t xml:space="preserve"> po </w:t>
      </w:r>
      <w:proofErr w:type="spellStart"/>
      <w:r w:rsidRPr="00C54EDB">
        <w:rPr>
          <w:rFonts w:cs="Arial"/>
          <w:sz w:val="20"/>
          <w:szCs w:val="20"/>
        </w:rPr>
        <w:t>posebnim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propisima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ostvareni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su</w:t>
      </w:r>
      <w:proofErr w:type="spellEnd"/>
      <w:r w:rsidRPr="00C54EDB">
        <w:rPr>
          <w:rFonts w:cs="Arial"/>
          <w:sz w:val="20"/>
          <w:szCs w:val="20"/>
        </w:rPr>
        <w:t xml:space="preserve"> u </w:t>
      </w:r>
      <w:proofErr w:type="spellStart"/>
      <w:r w:rsidRPr="00C54EDB">
        <w:rPr>
          <w:rFonts w:cs="Arial"/>
          <w:sz w:val="20"/>
          <w:szCs w:val="20"/>
        </w:rPr>
        <w:t>iznosu</w:t>
      </w:r>
      <w:proofErr w:type="spellEnd"/>
      <w:r w:rsidRPr="00C54EDB">
        <w:rPr>
          <w:rFonts w:cs="Arial"/>
          <w:sz w:val="20"/>
          <w:szCs w:val="20"/>
        </w:rPr>
        <w:t xml:space="preserve"> od 271.883,22 EUR, </w:t>
      </w:r>
      <w:proofErr w:type="spellStart"/>
      <w:r w:rsidRPr="00C54EDB">
        <w:rPr>
          <w:rFonts w:cs="Arial"/>
          <w:sz w:val="20"/>
          <w:szCs w:val="20"/>
        </w:rPr>
        <w:t>što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predstavlja</w:t>
      </w:r>
      <w:proofErr w:type="spellEnd"/>
      <w:r w:rsidRPr="00C54EDB">
        <w:rPr>
          <w:rFonts w:cs="Arial"/>
          <w:sz w:val="20"/>
          <w:szCs w:val="20"/>
        </w:rPr>
        <w:t xml:space="preserve"> 54,38 % </w:t>
      </w:r>
      <w:proofErr w:type="spellStart"/>
      <w:r w:rsidRPr="00C54EDB">
        <w:rPr>
          <w:rFonts w:cs="Arial"/>
          <w:sz w:val="20"/>
          <w:szCs w:val="20"/>
        </w:rPr>
        <w:t>godišnjeg</w:t>
      </w:r>
      <w:proofErr w:type="spellEnd"/>
      <w:r w:rsidRPr="00C54EDB">
        <w:rPr>
          <w:rFonts w:cs="Arial"/>
          <w:sz w:val="20"/>
          <w:szCs w:val="20"/>
        </w:rPr>
        <w:t xml:space="preserve"> plana </w:t>
      </w:r>
      <w:proofErr w:type="spellStart"/>
      <w:r w:rsidRPr="00C54EDB">
        <w:rPr>
          <w:rFonts w:cs="Arial"/>
          <w:sz w:val="20"/>
          <w:szCs w:val="20"/>
        </w:rPr>
        <w:t>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povećanje</w:t>
      </w:r>
      <w:proofErr w:type="spellEnd"/>
      <w:r w:rsidRPr="00C54EDB">
        <w:rPr>
          <w:rFonts w:cs="Arial"/>
          <w:sz w:val="20"/>
          <w:szCs w:val="20"/>
        </w:rPr>
        <w:t xml:space="preserve"> od 31.354,34 EUR </w:t>
      </w:r>
      <w:proofErr w:type="spellStart"/>
      <w:r w:rsidRPr="00C54EDB">
        <w:rPr>
          <w:rFonts w:cs="Arial"/>
          <w:sz w:val="20"/>
          <w:szCs w:val="20"/>
        </w:rPr>
        <w:t>ili</w:t>
      </w:r>
      <w:proofErr w:type="spellEnd"/>
      <w:r w:rsidRPr="00C54EDB">
        <w:rPr>
          <w:rFonts w:cs="Arial"/>
          <w:sz w:val="20"/>
          <w:szCs w:val="20"/>
        </w:rPr>
        <w:t xml:space="preserve"> 13,04 % u </w:t>
      </w:r>
      <w:proofErr w:type="spellStart"/>
      <w:r w:rsidRPr="00C54EDB">
        <w:rPr>
          <w:rFonts w:cs="Arial"/>
          <w:sz w:val="20"/>
          <w:szCs w:val="20"/>
        </w:rPr>
        <w:t>odnosu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na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prvo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polugodište</w:t>
      </w:r>
      <w:proofErr w:type="spellEnd"/>
      <w:r w:rsidRPr="00C54EDB">
        <w:rPr>
          <w:rFonts w:cs="Arial"/>
          <w:sz w:val="20"/>
          <w:szCs w:val="20"/>
        </w:rPr>
        <w:t xml:space="preserve"> 2025. </w:t>
      </w:r>
      <w:proofErr w:type="spellStart"/>
      <w:r w:rsidRPr="00C54EDB">
        <w:rPr>
          <w:rFonts w:cs="Arial"/>
          <w:sz w:val="20"/>
          <w:szCs w:val="20"/>
        </w:rPr>
        <w:t>godine</w:t>
      </w:r>
      <w:proofErr w:type="spellEnd"/>
      <w:r w:rsidRPr="00C54EDB">
        <w:rPr>
          <w:rFonts w:cs="Arial"/>
          <w:sz w:val="20"/>
          <w:szCs w:val="20"/>
        </w:rPr>
        <w:t xml:space="preserve">. </w:t>
      </w:r>
      <w:proofErr w:type="spellStart"/>
      <w:r w:rsidRPr="00C54EDB">
        <w:rPr>
          <w:rFonts w:cs="Arial"/>
          <w:sz w:val="20"/>
          <w:szCs w:val="20"/>
        </w:rPr>
        <w:t>Riječ</w:t>
      </w:r>
      <w:proofErr w:type="spellEnd"/>
      <w:r w:rsidRPr="00C54EDB">
        <w:rPr>
          <w:rFonts w:cs="Arial"/>
          <w:sz w:val="20"/>
          <w:szCs w:val="20"/>
        </w:rPr>
        <w:t xml:space="preserve"> je </w:t>
      </w:r>
      <w:proofErr w:type="spellStart"/>
      <w:r w:rsidRPr="00C54EDB">
        <w:rPr>
          <w:rFonts w:cs="Arial"/>
          <w:sz w:val="20"/>
          <w:szCs w:val="20"/>
        </w:rPr>
        <w:t>prvenstveno</w:t>
      </w:r>
      <w:proofErr w:type="spellEnd"/>
      <w:r w:rsidRPr="00C54EDB">
        <w:rPr>
          <w:rFonts w:cs="Arial"/>
          <w:sz w:val="20"/>
          <w:szCs w:val="20"/>
        </w:rPr>
        <w:t xml:space="preserve"> o </w:t>
      </w:r>
      <w:proofErr w:type="spellStart"/>
      <w:r w:rsidRPr="00C54EDB">
        <w:rPr>
          <w:rFonts w:cs="Arial"/>
          <w:sz w:val="20"/>
          <w:szCs w:val="20"/>
        </w:rPr>
        <w:t>namjenskim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prihodima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povezanim</w:t>
      </w:r>
      <w:proofErr w:type="spellEnd"/>
      <w:r w:rsidRPr="00C54EDB">
        <w:rPr>
          <w:rFonts w:cs="Arial"/>
          <w:sz w:val="20"/>
          <w:szCs w:val="20"/>
        </w:rPr>
        <w:t xml:space="preserve"> s </w:t>
      </w:r>
      <w:proofErr w:type="spellStart"/>
      <w:r w:rsidRPr="00C54EDB">
        <w:rPr>
          <w:rFonts w:cs="Arial"/>
          <w:sz w:val="20"/>
          <w:szCs w:val="20"/>
        </w:rPr>
        <w:t>participacijama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drugim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prihodima</w:t>
      </w:r>
      <w:proofErr w:type="spellEnd"/>
      <w:r w:rsidRPr="00C54EDB">
        <w:rPr>
          <w:rFonts w:cs="Arial"/>
          <w:sz w:val="20"/>
          <w:szCs w:val="20"/>
        </w:rPr>
        <w:t xml:space="preserve"> za </w:t>
      </w:r>
      <w:proofErr w:type="spellStart"/>
      <w:r w:rsidRPr="00C54EDB">
        <w:rPr>
          <w:rFonts w:cs="Arial"/>
          <w:sz w:val="20"/>
          <w:szCs w:val="20"/>
        </w:rPr>
        <w:t>posebne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namjene</w:t>
      </w:r>
      <w:proofErr w:type="spellEnd"/>
      <w:r w:rsidRPr="00C54EDB">
        <w:rPr>
          <w:rFonts w:cs="Arial"/>
          <w:sz w:val="20"/>
          <w:szCs w:val="20"/>
        </w:rPr>
        <w:t xml:space="preserve">, koji se </w:t>
      </w:r>
      <w:proofErr w:type="spellStart"/>
      <w:r w:rsidRPr="00C54EDB">
        <w:rPr>
          <w:rFonts w:cs="Arial"/>
          <w:sz w:val="20"/>
          <w:szCs w:val="20"/>
        </w:rPr>
        <w:t>koriste</w:t>
      </w:r>
      <w:proofErr w:type="spellEnd"/>
      <w:r w:rsidRPr="00C54EDB">
        <w:rPr>
          <w:rFonts w:cs="Arial"/>
          <w:sz w:val="20"/>
          <w:szCs w:val="20"/>
        </w:rPr>
        <w:t xml:space="preserve"> za </w:t>
      </w:r>
      <w:proofErr w:type="spellStart"/>
      <w:r w:rsidRPr="00C54EDB">
        <w:rPr>
          <w:rFonts w:cs="Arial"/>
          <w:sz w:val="20"/>
          <w:szCs w:val="20"/>
        </w:rPr>
        <w:t>financiranje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materijalnih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troškova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redovitog</w:t>
      </w:r>
      <w:proofErr w:type="spellEnd"/>
      <w:r w:rsidRPr="00C54EDB">
        <w:rPr>
          <w:rFonts w:cs="Arial"/>
          <w:sz w:val="20"/>
          <w:szCs w:val="20"/>
        </w:rPr>
        <w:t xml:space="preserve"> rada </w:t>
      </w:r>
      <w:proofErr w:type="spellStart"/>
      <w:r w:rsidRPr="00C54EDB">
        <w:rPr>
          <w:rFonts w:cs="Arial"/>
          <w:sz w:val="20"/>
          <w:szCs w:val="20"/>
        </w:rPr>
        <w:t>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prehrane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djece</w:t>
      </w:r>
      <w:proofErr w:type="spellEnd"/>
      <w:r w:rsidRPr="00C54EDB">
        <w:rPr>
          <w:rFonts w:cs="Arial"/>
          <w:sz w:val="20"/>
          <w:szCs w:val="20"/>
        </w:rPr>
        <w:t>.</w:t>
      </w:r>
      <w:r w:rsidR="00F245A7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Vlastiti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proofErr w:type="gramStart"/>
      <w:r w:rsidRPr="00C54EDB">
        <w:rPr>
          <w:rFonts w:cs="Arial"/>
          <w:sz w:val="20"/>
          <w:szCs w:val="20"/>
        </w:rPr>
        <w:t>prihodi</w:t>
      </w:r>
      <w:proofErr w:type="spellEnd"/>
      <w:r w:rsidRPr="00C54EDB">
        <w:rPr>
          <w:rFonts w:cs="Arial"/>
          <w:sz w:val="20"/>
          <w:szCs w:val="20"/>
        </w:rPr>
        <w:t xml:space="preserve">  </w:t>
      </w:r>
      <w:proofErr w:type="spellStart"/>
      <w:r w:rsidRPr="00C54EDB">
        <w:rPr>
          <w:rFonts w:cs="Arial"/>
          <w:sz w:val="20"/>
          <w:szCs w:val="20"/>
        </w:rPr>
        <w:t>ostvareni</w:t>
      </w:r>
      <w:proofErr w:type="spellEnd"/>
      <w:proofErr w:type="gram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su</w:t>
      </w:r>
      <w:proofErr w:type="spellEnd"/>
      <w:r w:rsidRPr="00C54EDB">
        <w:rPr>
          <w:rFonts w:cs="Arial"/>
          <w:sz w:val="20"/>
          <w:szCs w:val="20"/>
        </w:rPr>
        <w:t xml:space="preserve"> u </w:t>
      </w:r>
      <w:proofErr w:type="spellStart"/>
      <w:r w:rsidRPr="00C54EDB">
        <w:rPr>
          <w:rFonts w:cs="Arial"/>
          <w:sz w:val="20"/>
          <w:szCs w:val="20"/>
        </w:rPr>
        <w:t>iznosu</w:t>
      </w:r>
      <w:proofErr w:type="spellEnd"/>
      <w:r w:rsidRPr="00C54EDB">
        <w:rPr>
          <w:rFonts w:cs="Arial"/>
          <w:sz w:val="20"/>
          <w:szCs w:val="20"/>
        </w:rPr>
        <w:t xml:space="preserve"> od 2.192,24 EUR, </w:t>
      </w:r>
      <w:proofErr w:type="spellStart"/>
      <w:r w:rsidRPr="00C54EDB">
        <w:rPr>
          <w:rFonts w:cs="Arial"/>
          <w:sz w:val="20"/>
          <w:szCs w:val="20"/>
        </w:rPr>
        <w:t>odnosno</w:t>
      </w:r>
      <w:proofErr w:type="spellEnd"/>
      <w:r w:rsidRPr="00C54EDB">
        <w:rPr>
          <w:rFonts w:cs="Arial"/>
          <w:sz w:val="20"/>
          <w:szCs w:val="20"/>
        </w:rPr>
        <w:t xml:space="preserve"> 11,54 % plana. </w:t>
      </w:r>
      <w:proofErr w:type="spellStart"/>
      <w:r w:rsidRPr="00C54EDB">
        <w:rPr>
          <w:rFonts w:cs="Arial"/>
          <w:sz w:val="20"/>
          <w:szCs w:val="20"/>
        </w:rPr>
        <w:t>Ostvarenje</w:t>
      </w:r>
      <w:proofErr w:type="spellEnd"/>
      <w:r w:rsidRPr="00C54EDB">
        <w:rPr>
          <w:rFonts w:cs="Arial"/>
          <w:sz w:val="20"/>
          <w:szCs w:val="20"/>
        </w:rPr>
        <w:t xml:space="preserve"> je </w:t>
      </w:r>
      <w:proofErr w:type="spellStart"/>
      <w:r w:rsidRPr="00C54EDB">
        <w:rPr>
          <w:rFonts w:cs="Arial"/>
          <w:sz w:val="20"/>
          <w:szCs w:val="20"/>
        </w:rPr>
        <w:t>niže</w:t>
      </w:r>
      <w:proofErr w:type="spellEnd"/>
      <w:r w:rsidRPr="00C54EDB">
        <w:rPr>
          <w:rFonts w:cs="Arial"/>
          <w:sz w:val="20"/>
          <w:szCs w:val="20"/>
        </w:rPr>
        <w:t xml:space="preserve"> za 4.810,13 EUR u </w:t>
      </w:r>
      <w:proofErr w:type="spellStart"/>
      <w:r w:rsidRPr="00C54EDB">
        <w:rPr>
          <w:rFonts w:cs="Arial"/>
          <w:sz w:val="20"/>
          <w:szCs w:val="20"/>
        </w:rPr>
        <w:t>odnosu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na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usporedno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razdoblje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prethodne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godine</w:t>
      </w:r>
      <w:proofErr w:type="spellEnd"/>
      <w:r w:rsidRPr="00C54EDB">
        <w:rPr>
          <w:rFonts w:cs="Arial"/>
          <w:sz w:val="20"/>
          <w:szCs w:val="20"/>
        </w:rPr>
        <w:t xml:space="preserve">. </w:t>
      </w:r>
    </w:p>
    <w:p w14:paraId="6719B62A" w14:textId="1FA05F30" w:rsidR="001E1C92" w:rsidRPr="00C54EDB" w:rsidRDefault="001E1C92" w:rsidP="00C54EDB">
      <w:pPr>
        <w:pStyle w:val="Heading3"/>
        <w:rPr>
          <w:rFonts w:ascii="Arial" w:hAnsi="Arial" w:cs="Arial"/>
          <w:b w:val="0"/>
          <w:bCs w:val="0"/>
          <w:sz w:val="20"/>
          <w:szCs w:val="20"/>
        </w:rPr>
      </w:pPr>
      <w:r w:rsidRPr="00C54EDB">
        <w:rPr>
          <w:rFonts w:ascii="Arial" w:hAnsi="Arial" w:cs="Arial"/>
          <w:b w:val="0"/>
          <w:bCs w:val="0"/>
          <w:sz w:val="20"/>
          <w:szCs w:val="20"/>
        </w:rPr>
        <w:t xml:space="preserve">2.1. </w:t>
      </w:r>
      <w:proofErr w:type="spellStart"/>
      <w:r w:rsidRPr="00C54EDB">
        <w:rPr>
          <w:rFonts w:ascii="Arial" w:hAnsi="Arial" w:cs="Arial"/>
          <w:b w:val="0"/>
          <w:bCs w:val="0"/>
          <w:sz w:val="20"/>
          <w:szCs w:val="20"/>
        </w:rPr>
        <w:t>Prihodi</w:t>
      </w:r>
      <w:proofErr w:type="spellEnd"/>
      <w:r w:rsidRPr="00C54EDB">
        <w:rPr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C54EDB">
        <w:rPr>
          <w:rFonts w:ascii="Arial" w:hAnsi="Arial" w:cs="Arial"/>
          <w:b w:val="0"/>
          <w:bCs w:val="0"/>
          <w:sz w:val="20"/>
          <w:szCs w:val="20"/>
        </w:rPr>
        <w:t>poslovanja</w:t>
      </w:r>
      <w:proofErr w:type="spellEnd"/>
      <w:r w:rsidRPr="00C54EDB">
        <w:rPr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C54EDB">
        <w:rPr>
          <w:rFonts w:ascii="Arial" w:hAnsi="Arial" w:cs="Arial"/>
          <w:b w:val="0"/>
          <w:bCs w:val="0"/>
          <w:sz w:val="20"/>
          <w:szCs w:val="20"/>
        </w:rPr>
        <w:t>prema</w:t>
      </w:r>
      <w:proofErr w:type="spellEnd"/>
      <w:r w:rsidRPr="00C54EDB">
        <w:rPr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C54EDB">
        <w:rPr>
          <w:rFonts w:ascii="Arial" w:hAnsi="Arial" w:cs="Arial"/>
          <w:b w:val="0"/>
          <w:bCs w:val="0"/>
          <w:sz w:val="20"/>
          <w:szCs w:val="20"/>
        </w:rPr>
        <w:t>izvorima</w:t>
      </w:r>
      <w:proofErr w:type="spellEnd"/>
      <w:r w:rsidRPr="00C54EDB">
        <w:rPr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C54EDB">
        <w:rPr>
          <w:rFonts w:ascii="Arial" w:hAnsi="Arial" w:cs="Arial"/>
          <w:b w:val="0"/>
          <w:bCs w:val="0"/>
          <w:sz w:val="20"/>
          <w:szCs w:val="20"/>
        </w:rPr>
        <w:t>financiranja</w:t>
      </w:r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91"/>
        <w:gridCol w:w="1361"/>
        <w:gridCol w:w="1417"/>
        <w:gridCol w:w="1417"/>
        <w:gridCol w:w="1247"/>
        <w:gridCol w:w="1247"/>
      </w:tblGrid>
      <w:tr w:rsidR="00A279ED" w:rsidRPr="00C54EDB" w14:paraId="5598048B" w14:textId="77777777">
        <w:trPr>
          <w:tblHeader/>
          <w:jc w:val="center"/>
        </w:trPr>
        <w:tc>
          <w:tcPr>
            <w:tcW w:w="2891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D29674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 xml:space="preserve">Izvor </w:t>
            </w:r>
            <w:proofErr w:type="spellStart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financiranja</w:t>
            </w:r>
            <w:proofErr w:type="spellEnd"/>
          </w:p>
        </w:tc>
        <w:tc>
          <w:tcPr>
            <w:tcW w:w="1361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E29351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I–VI 2025.</w:t>
            </w:r>
          </w:p>
        </w:tc>
        <w:tc>
          <w:tcPr>
            <w:tcW w:w="1417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3A6696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Plan 2026.</w:t>
            </w:r>
          </w:p>
        </w:tc>
        <w:tc>
          <w:tcPr>
            <w:tcW w:w="1417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7E725D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I–VI 2026.</w:t>
            </w:r>
          </w:p>
        </w:tc>
        <w:tc>
          <w:tcPr>
            <w:tcW w:w="1247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F64CF3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Indeks</w:t>
            </w:r>
            <w:proofErr w:type="spellEnd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 xml:space="preserve"> 26/25</w:t>
            </w:r>
          </w:p>
        </w:tc>
        <w:tc>
          <w:tcPr>
            <w:tcW w:w="1247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F2E715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Izvršenje</w:t>
            </w:r>
            <w:proofErr w:type="spellEnd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 xml:space="preserve"> plana</w:t>
            </w:r>
          </w:p>
        </w:tc>
      </w:tr>
      <w:tr w:rsidR="00A279ED" w:rsidRPr="00C54EDB" w14:paraId="3E16424E" w14:textId="77777777">
        <w:trPr>
          <w:jc w:val="center"/>
        </w:trPr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F32243" w14:textId="7777777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 xml:space="preserve">1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Opći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prihodi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i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primici</w:t>
            </w:r>
            <w:proofErr w:type="spellEnd"/>
          </w:p>
        </w:tc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762F0B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2.327.504,16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F79683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5.392.174,16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55C713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2.785.718,92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C3198A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119,69 %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B7A3DE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51,66 %</w:t>
            </w:r>
          </w:p>
        </w:tc>
      </w:tr>
      <w:tr w:rsidR="00A279ED" w:rsidRPr="00C54EDB" w14:paraId="109AAEB8" w14:textId="77777777">
        <w:trPr>
          <w:jc w:val="center"/>
        </w:trPr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FA8F30" w14:textId="7777777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 xml:space="preserve">3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Vlastiti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prihodi</w:t>
            </w:r>
            <w:proofErr w:type="spellEnd"/>
          </w:p>
        </w:tc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541103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7.002,37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1D5B36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20.000,00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40E628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2.192,24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CA6792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31,31 %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F41A1D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10,96 %</w:t>
            </w:r>
          </w:p>
        </w:tc>
      </w:tr>
      <w:tr w:rsidR="00A279ED" w:rsidRPr="00C54EDB" w14:paraId="2A9BEBC1" w14:textId="77777777">
        <w:trPr>
          <w:jc w:val="center"/>
        </w:trPr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2D76B4" w14:textId="7777777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 xml:space="preserve">4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Prihodi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za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posebne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namjene</w:t>
            </w:r>
            <w:proofErr w:type="spellEnd"/>
          </w:p>
        </w:tc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2F912A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240.528,88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E0AD75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550.000,00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6B39FF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271.883,22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9CC15A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113,04 %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B2921B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49,43 %</w:t>
            </w:r>
          </w:p>
        </w:tc>
      </w:tr>
      <w:tr w:rsidR="00A279ED" w:rsidRPr="00C54EDB" w14:paraId="217FF006" w14:textId="77777777">
        <w:trPr>
          <w:jc w:val="center"/>
        </w:trPr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B00BB4" w14:textId="7777777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 xml:space="preserve">5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Pomoći</w:t>
            </w:r>
            <w:proofErr w:type="spellEnd"/>
          </w:p>
        </w:tc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BDC1E6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93.392,20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C44F4D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199.942,44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230009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C5228D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0,00 %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CB476D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0,00 %</w:t>
            </w:r>
          </w:p>
        </w:tc>
      </w:tr>
      <w:tr w:rsidR="00A279ED" w:rsidRPr="00C54EDB" w14:paraId="7E356447" w14:textId="77777777">
        <w:trPr>
          <w:jc w:val="center"/>
        </w:trPr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27DE56" w14:textId="7777777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 xml:space="preserve">92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Preneseni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višak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Grada Zadra</w:t>
            </w:r>
          </w:p>
        </w:tc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896002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35139A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1.809.000,00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3DE3D8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5ABAB3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—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B927B6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0,00 %</w:t>
            </w:r>
          </w:p>
        </w:tc>
      </w:tr>
      <w:tr w:rsidR="00A279ED" w:rsidRPr="00C54EDB" w14:paraId="2A64AB77" w14:textId="77777777">
        <w:trPr>
          <w:jc w:val="center"/>
        </w:trPr>
        <w:tc>
          <w:tcPr>
            <w:tcW w:w="2891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54FF09" w14:textId="7777777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b/>
                <w:sz w:val="20"/>
                <w:szCs w:val="20"/>
              </w:rPr>
              <w:t>Ukupni</w:t>
            </w:r>
            <w:proofErr w:type="spellEnd"/>
            <w:r w:rsidRPr="00C54EDB">
              <w:rPr>
                <w:rFonts w:cs="Arial"/>
                <w:b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b/>
                <w:sz w:val="20"/>
                <w:szCs w:val="20"/>
              </w:rPr>
              <w:t>prihodi</w:t>
            </w:r>
            <w:proofErr w:type="spellEnd"/>
          </w:p>
        </w:tc>
        <w:tc>
          <w:tcPr>
            <w:tcW w:w="1361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C8F73B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sz w:val="20"/>
                <w:szCs w:val="20"/>
              </w:rPr>
              <w:t>2.668.427,61</w:t>
            </w:r>
          </w:p>
        </w:tc>
        <w:tc>
          <w:tcPr>
            <w:tcW w:w="1417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C148AE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sz w:val="20"/>
                <w:szCs w:val="20"/>
              </w:rPr>
              <w:t>7.971.116,60</w:t>
            </w:r>
          </w:p>
        </w:tc>
        <w:tc>
          <w:tcPr>
            <w:tcW w:w="1417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0E2889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sz w:val="20"/>
                <w:szCs w:val="20"/>
              </w:rPr>
              <w:t>3.059.794,38</w:t>
            </w:r>
          </w:p>
        </w:tc>
        <w:tc>
          <w:tcPr>
            <w:tcW w:w="1247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35C3D9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sz w:val="20"/>
                <w:szCs w:val="20"/>
              </w:rPr>
              <w:t>114,67 %</w:t>
            </w:r>
          </w:p>
        </w:tc>
        <w:tc>
          <w:tcPr>
            <w:tcW w:w="1247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A71886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sz w:val="20"/>
                <w:szCs w:val="20"/>
              </w:rPr>
              <w:t>38,39 %</w:t>
            </w:r>
          </w:p>
        </w:tc>
      </w:tr>
    </w:tbl>
    <w:p w14:paraId="7312C573" w14:textId="77777777" w:rsidR="00A279ED" w:rsidRPr="00C54EDB" w:rsidRDefault="00A279ED">
      <w:pPr>
        <w:spacing w:after="0"/>
        <w:rPr>
          <w:rFonts w:cs="Arial"/>
          <w:sz w:val="20"/>
          <w:szCs w:val="20"/>
        </w:rPr>
      </w:pPr>
    </w:p>
    <w:p w14:paraId="33E3D2A7" w14:textId="77777777" w:rsidR="00A279ED" w:rsidRPr="00C54EDB" w:rsidRDefault="00A279ED">
      <w:pPr>
        <w:spacing w:after="0"/>
        <w:rPr>
          <w:rFonts w:cs="Arial"/>
          <w:sz w:val="20"/>
          <w:szCs w:val="20"/>
        </w:rPr>
      </w:pPr>
    </w:p>
    <w:p w14:paraId="4615226A" w14:textId="77777777" w:rsidR="00A279ED" w:rsidRPr="00C54EDB" w:rsidRDefault="00000000">
      <w:pPr>
        <w:rPr>
          <w:rFonts w:cs="Arial"/>
          <w:sz w:val="20"/>
          <w:szCs w:val="20"/>
        </w:rPr>
      </w:pPr>
      <w:proofErr w:type="spellStart"/>
      <w:r w:rsidRPr="00C54EDB">
        <w:rPr>
          <w:rFonts w:cs="Arial"/>
          <w:sz w:val="20"/>
          <w:szCs w:val="20"/>
        </w:rPr>
        <w:t>Rashodi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poslovanja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izvršeni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su</w:t>
      </w:r>
      <w:proofErr w:type="spellEnd"/>
      <w:r w:rsidRPr="00C54EDB">
        <w:rPr>
          <w:rFonts w:cs="Arial"/>
          <w:sz w:val="20"/>
          <w:szCs w:val="20"/>
        </w:rPr>
        <w:t xml:space="preserve"> u </w:t>
      </w:r>
      <w:proofErr w:type="spellStart"/>
      <w:r w:rsidRPr="00C54EDB">
        <w:rPr>
          <w:rFonts w:cs="Arial"/>
          <w:sz w:val="20"/>
          <w:szCs w:val="20"/>
        </w:rPr>
        <w:t>iznosu</w:t>
      </w:r>
      <w:proofErr w:type="spellEnd"/>
      <w:r w:rsidRPr="00C54EDB">
        <w:rPr>
          <w:rFonts w:cs="Arial"/>
          <w:sz w:val="20"/>
          <w:szCs w:val="20"/>
        </w:rPr>
        <w:t xml:space="preserve"> od 2.732.877,32 EUR </w:t>
      </w:r>
      <w:proofErr w:type="spellStart"/>
      <w:r w:rsidRPr="00C54EDB">
        <w:rPr>
          <w:rFonts w:cs="Arial"/>
          <w:sz w:val="20"/>
          <w:szCs w:val="20"/>
        </w:rPr>
        <w:t>ili</w:t>
      </w:r>
      <w:proofErr w:type="spellEnd"/>
      <w:r w:rsidRPr="00C54EDB">
        <w:rPr>
          <w:rFonts w:cs="Arial"/>
          <w:sz w:val="20"/>
          <w:szCs w:val="20"/>
        </w:rPr>
        <w:t xml:space="preserve"> 47,24 % plana. </w:t>
      </w:r>
      <w:proofErr w:type="spellStart"/>
      <w:r w:rsidRPr="00C54EDB">
        <w:rPr>
          <w:rFonts w:cs="Arial"/>
          <w:sz w:val="20"/>
          <w:szCs w:val="20"/>
        </w:rPr>
        <w:t>Njihovo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izvršenje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prati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očekivanu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polugodišnju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dinamiku</w:t>
      </w:r>
      <w:proofErr w:type="spellEnd"/>
      <w:r w:rsidRPr="00C54EDB">
        <w:rPr>
          <w:rFonts w:cs="Arial"/>
          <w:sz w:val="20"/>
          <w:szCs w:val="20"/>
        </w:rPr>
        <w:t xml:space="preserve">. </w:t>
      </w:r>
      <w:proofErr w:type="spellStart"/>
      <w:r w:rsidRPr="00C54EDB">
        <w:rPr>
          <w:rFonts w:cs="Arial"/>
          <w:sz w:val="20"/>
          <w:szCs w:val="20"/>
        </w:rPr>
        <w:t>Rashodi</w:t>
      </w:r>
      <w:proofErr w:type="spellEnd"/>
      <w:r w:rsidRPr="00C54EDB">
        <w:rPr>
          <w:rFonts w:cs="Arial"/>
          <w:sz w:val="20"/>
          <w:szCs w:val="20"/>
        </w:rPr>
        <w:t xml:space="preserve"> za </w:t>
      </w:r>
      <w:proofErr w:type="spellStart"/>
      <w:r w:rsidRPr="00C54EDB">
        <w:rPr>
          <w:rFonts w:cs="Arial"/>
          <w:sz w:val="20"/>
          <w:szCs w:val="20"/>
        </w:rPr>
        <w:t>nabavu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nefinancijske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imovine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iznose</w:t>
      </w:r>
      <w:proofErr w:type="spellEnd"/>
      <w:r w:rsidRPr="00C54EDB">
        <w:rPr>
          <w:rFonts w:cs="Arial"/>
          <w:sz w:val="20"/>
          <w:szCs w:val="20"/>
        </w:rPr>
        <w:t xml:space="preserve"> 350.395,78 EUR </w:t>
      </w:r>
      <w:proofErr w:type="spellStart"/>
      <w:r w:rsidRPr="00C54EDB">
        <w:rPr>
          <w:rFonts w:cs="Arial"/>
          <w:sz w:val="20"/>
          <w:szCs w:val="20"/>
        </w:rPr>
        <w:t>ili</w:t>
      </w:r>
      <w:proofErr w:type="spellEnd"/>
      <w:r w:rsidRPr="00C54EDB">
        <w:rPr>
          <w:rFonts w:cs="Arial"/>
          <w:sz w:val="20"/>
          <w:szCs w:val="20"/>
        </w:rPr>
        <w:t xml:space="preserve"> 16,03 % plana. </w:t>
      </w:r>
      <w:proofErr w:type="spellStart"/>
      <w:r w:rsidRPr="00C54EDB">
        <w:rPr>
          <w:rFonts w:cs="Arial"/>
          <w:sz w:val="20"/>
          <w:szCs w:val="20"/>
        </w:rPr>
        <w:t>Niži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postotak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izvršenja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kapitalnih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rashoda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posljedica</w:t>
      </w:r>
      <w:proofErr w:type="spellEnd"/>
      <w:r w:rsidRPr="00C54EDB">
        <w:rPr>
          <w:rFonts w:cs="Arial"/>
          <w:sz w:val="20"/>
          <w:szCs w:val="20"/>
        </w:rPr>
        <w:t xml:space="preserve"> je </w:t>
      </w:r>
      <w:proofErr w:type="spellStart"/>
      <w:r w:rsidRPr="00C54EDB">
        <w:rPr>
          <w:rFonts w:cs="Arial"/>
          <w:sz w:val="20"/>
          <w:szCs w:val="20"/>
        </w:rPr>
        <w:t>činjenice</w:t>
      </w:r>
      <w:proofErr w:type="spellEnd"/>
      <w:r w:rsidRPr="00C54EDB">
        <w:rPr>
          <w:rFonts w:cs="Arial"/>
          <w:sz w:val="20"/>
          <w:szCs w:val="20"/>
        </w:rPr>
        <w:t xml:space="preserve"> da se </w:t>
      </w:r>
      <w:proofErr w:type="spellStart"/>
      <w:r w:rsidRPr="00C54EDB">
        <w:rPr>
          <w:rFonts w:cs="Arial"/>
          <w:sz w:val="20"/>
          <w:szCs w:val="20"/>
        </w:rPr>
        <w:t>veći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dio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nabava</w:t>
      </w:r>
      <w:proofErr w:type="spellEnd"/>
      <w:r w:rsidRPr="00C54EDB">
        <w:rPr>
          <w:rFonts w:cs="Arial"/>
          <w:sz w:val="20"/>
          <w:szCs w:val="20"/>
        </w:rPr>
        <w:t xml:space="preserve">, </w:t>
      </w:r>
      <w:proofErr w:type="spellStart"/>
      <w:r w:rsidRPr="00C54EDB">
        <w:rPr>
          <w:rFonts w:cs="Arial"/>
          <w:sz w:val="20"/>
          <w:szCs w:val="20"/>
        </w:rPr>
        <w:t>ulaganja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plaćanja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ugovorenih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radova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realizira</w:t>
      </w:r>
      <w:proofErr w:type="spellEnd"/>
      <w:r w:rsidRPr="00C54EDB">
        <w:rPr>
          <w:rFonts w:cs="Arial"/>
          <w:sz w:val="20"/>
          <w:szCs w:val="20"/>
        </w:rPr>
        <w:t xml:space="preserve"> u </w:t>
      </w:r>
      <w:proofErr w:type="spellStart"/>
      <w:r w:rsidRPr="00C54EDB">
        <w:rPr>
          <w:rFonts w:cs="Arial"/>
          <w:sz w:val="20"/>
          <w:szCs w:val="20"/>
        </w:rPr>
        <w:t>drugom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dijelu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godine</w:t>
      </w:r>
      <w:proofErr w:type="spellEnd"/>
      <w:r w:rsidRPr="00C54EDB">
        <w:rPr>
          <w:rFonts w:cs="Arial"/>
          <w:sz w:val="20"/>
          <w:szCs w:val="20"/>
        </w:rPr>
        <w:t>.</w:t>
      </w:r>
    </w:p>
    <w:p w14:paraId="33D61CDE" w14:textId="77777777" w:rsidR="00A279ED" w:rsidRPr="00C54EDB" w:rsidRDefault="00000000">
      <w:pPr>
        <w:pStyle w:val="Heading3"/>
        <w:rPr>
          <w:rFonts w:ascii="Arial" w:hAnsi="Arial" w:cs="Arial"/>
          <w:b w:val="0"/>
          <w:bCs w:val="0"/>
          <w:sz w:val="20"/>
          <w:szCs w:val="20"/>
        </w:rPr>
      </w:pPr>
      <w:r w:rsidRPr="00C54EDB">
        <w:rPr>
          <w:rFonts w:ascii="Arial" w:hAnsi="Arial" w:cs="Arial"/>
          <w:b w:val="0"/>
          <w:bCs w:val="0"/>
          <w:sz w:val="20"/>
          <w:szCs w:val="20"/>
        </w:rPr>
        <w:t xml:space="preserve">3.1. </w:t>
      </w:r>
      <w:proofErr w:type="spellStart"/>
      <w:r w:rsidRPr="00C54EDB">
        <w:rPr>
          <w:rFonts w:ascii="Arial" w:hAnsi="Arial" w:cs="Arial"/>
          <w:b w:val="0"/>
          <w:bCs w:val="0"/>
          <w:sz w:val="20"/>
          <w:szCs w:val="20"/>
        </w:rPr>
        <w:t>Rashodi</w:t>
      </w:r>
      <w:proofErr w:type="spellEnd"/>
      <w:r w:rsidRPr="00C54EDB">
        <w:rPr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C54EDB">
        <w:rPr>
          <w:rFonts w:ascii="Arial" w:hAnsi="Arial" w:cs="Arial"/>
          <w:b w:val="0"/>
          <w:bCs w:val="0"/>
          <w:sz w:val="20"/>
          <w:szCs w:val="20"/>
        </w:rPr>
        <w:t>poslovanja</w:t>
      </w:r>
      <w:proofErr w:type="spellEnd"/>
      <w:r w:rsidRPr="00C54EDB">
        <w:rPr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C54EDB">
        <w:rPr>
          <w:rFonts w:ascii="Arial" w:hAnsi="Arial" w:cs="Arial"/>
          <w:b w:val="0"/>
          <w:bCs w:val="0"/>
          <w:sz w:val="20"/>
          <w:szCs w:val="20"/>
        </w:rPr>
        <w:t>prema</w:t>
      </w:r>
      <w:proofErr w:type="spellEnd"/>
      <w:r w:rsidRPr="00C54EDB">
        <w:rPr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C54EDB">
        <w:rPr>
          <w:rFonts w:ascii="Arial" w:hAnsi="Arial" w:cs="Arial"/>
          <w:b w:val="0"/>
          <w:bCs w:val="0"/>
          <w:sz w:val="20"/>
          <w:szCs w:val="20"/>
        </w:rPr>
        <w:t>ekonomskoj</w:t>
      </w:r>
      <w:proofErr w:type="spellEnd"/>
      <w:r w:rsidRPr="00C54EDB">
        <w:rPr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C54EDB">
        <w:rPr>
          <w:rFonts w:ascii="Arial" w:hAnsi="Arial" w:cs="Arial"/>
          <w:b w:val="0"/>
          <w:bCs w:val="0"/>
          <w:sz w:val="20"/>
          <w:szCs w:val="20"/>
        </w:rPr>
        <w:t>klasifikaciji</w:t>
      </w:r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48"/>
        <w:gridCol w:w="1361"/>
        <w:gridCol w:w="1417"/>
        <w:gridCol w:w="1417"/>
        <w:gridCol w:w="1361"/>
        <w:gridCol w:w="1247"/>
      </w:tblGrid>
      <w:tr w:rsidR="00A279ED" w:rsidRPr="00C54EDB" w14:paraId="1E858E4C" w14:textId="77777777">
        <w:trPr>
          <w:tblHeader/>
          <w:jc w:val="center"/>
        </w:trPr>
        <w:tc>
          <w:tcPr>
            <w:tcW w:w="2948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1E3AC1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Skupina</w:t>
            </w:r>
            <w:proofErr w:type="spellEnd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rashoda</w:t>
            </w:r>
            <w:proofErr w:type="spellEnd"/>
          </w:p>
        </w:tc>
        <w:tc>
          <w:tcPr>
            <w:tcW w:w="1361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C0CA3D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I–VI 2025.</w:t>
            </w:r>
          </w:p>
        </w:tc>
        <w:tc>
          <w:tcPr>
            <w:tcW w:w="1417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1B74FA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Plan 2026.</w:t>
            </w:r>
          </w:p>
        </w:tc>
        <w:tc>
          <w:tcPr>
            <w:tcW w:w="1417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638D8A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I–VI 2026.</w:t>
            </w:r>
          </w:p>
        </w:tc>
        <w:tc>
          <w:tcPr>
            <w:tcW w:w="1361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399E21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Promjena</w:t>
            </w:r>
            <w:proofErr w:type="spellEnd"/>
          </w:p>
        </w:tc>
        <w:tc>
          <w:tcPr>
            <w:tcW w:w="1247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743E43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Izvršenje</w:t>
            </w:r>
            <w:proofErr w:type="spellEnd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 xml:space="preserve"> plana</w:t>
            </w:r>
          </w:p>
        </w:tc>
      </w:tr>
      <w:tr w:rsidR="00A279ED" w:rsidRPr="00C54EDB" w14:paraId="26CB3E0D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B0BA20" w14:textId="7777777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lastRenderedPageBreak/>
              <w:t xml:space="preserve">31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Rashodi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za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zaposlene</w:t>
            </w:r>
            <w:proofErr w:type="spellEnd"/>
          </w:p>
        </w:tc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E1202A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2.153.079,66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9BAA1F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5.024.316,60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DA504F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2.366.316,83</w:t>
            </w:r>
          </w:p>
        </w:tc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47DA03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213.237,17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8393D5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47,10 %</w:t>
            </w:r>
          </w:p>
        </w:tc>
      </w:tr>
      <w:tr w:rsidR="00A279ED" w:rsidRPr="00C54EDB" w14:paraId="06194398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18533C" w14:textId="7777777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 xml:space="preserve">32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Materijalni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3E0ED2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461.121,94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CB68F3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761.000,00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862A3E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366.560,49</w:t>
            </w:r>
          </w:p>
        </w:tc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0F38A9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-94.561,45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FD5E59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48,17 %</w:t>
            </w:r>
          </w:p>
        </w:tc>
      </w:tr>
      <w:tr w:rsidR="00A279ED" w:rsidRPr="00C54EDB" w14:paraId="166C4E17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42C7BB" w14:textId="7777777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 xml:space="preserve">34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Financijski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F51C8A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54982D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5EB91B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F03AF1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120C3C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—</w:t>
            </w:r>
          </w:p>
        </w:tc>
      </w:tr>
      <w:tr w:rsidR="00A279ED" w:rsidRPr="00C54EDB" w14:paraId="01DD28A3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FC783C" w14:textId="7777777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 xml:space="preserve">38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Ostali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9D7243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352D5D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1A0507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3FB8E1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A479B0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—</w:t>
            </w:r>
          </w:p>
        </w:tc>
      </w:tr>
      <w:tr w:rsidR="00A279ED" w:rsidRPr="00C54EDB" w14:paraId="6CE42F2F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6CA492" w14:textId="7777777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sz w:val="20"/>
                <w:szCs w:val="20"/>
              </w:rPr>
              <w:t>Rashodi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poslovanja</w:t>
            </w:r>
            <w:proofErr w:type="spellEnd"/>
          </w:p>
        </w:tc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F24717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2.614.201,60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9E03DC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5.785.316,60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070C33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2.732.877,32</w:t>
            </w:r>
          </w:p>
        </w:tc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6BF557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118.675,72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AFEB56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47,24 %</w:t>
            </w:r>
          </w:p>
        </w:tc>
      </w:tr>
    </w:tbl>
    <w:p w14:paraId="08F3227A" w14:textId="77777777" w:rsidR="00A279ED" w:rsidRPr="00C54EDB" w:rsidRDefault="00A279ED">
      <w:pPr>
        <w:spacing w:after="0"/>
        <w:rPr>
          <w:rFonts w:cs="Arial"/>
          <w:sz w:val="20"/>
          <w:szCs w:val="20"/>
        </w:rPr>
      </w:pPr>
    </w:p>
    <w:p w14:paraId="727E544B" w14:textId="77777777" w:rsidR="00A279ED" w:rsidRDefault="00000000">
      <w:pPr>
        <w:rPr>
          <w:rFonts w:cs="Arial"/>
          <w:sz w:val="20"/>
          <w:szCs w:val="20"/>
        </w:rPr>
      </w:pPr>
      <w:proofErr w:type="spellStart"/>
      <w:r w:rsidRPr="00C54EDB">
        <w:rPr>
          <w:rFonts w:cs="Arial"/>
          <w:sz w:val="20"/>
          <w:szCs w:val="20"/>
        </w:rPr>
        <w:t>Rashodi</w:t>
      </w:r>
      <w:proofErr w:type="spellEnd"/>
      <w:r w:rsidRPr="00C54EDB">
        <w:rPr>
          <w:rFonts w:cs="Arial"/>
          <w:sz w:val="20"/>
          <w:szCs w:val="20"/>
        </w:rPr>
        <w:t xml:space="preserve"> za </w:t>
      </w:r>
      <w:proofErr w:type="spellStart"/>
      <w:r w:rsidRPr="00C54EDB">
        <w:rPr>
          <w:rFonts w:cs="Arial"/>
          <w:sz w:val="20"/>
          <w:szCs w:val="20"/>
        </w:rPr>
        <w:t>zaposlene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predstavljaju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najveću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kategoriju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rashoda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</w:t>
      </w:r>
      <w:proofErr w:type="spellEnd"/>
      <w:r w:rsidRPr="00C54EDB">
        <w:rPr>
          <w:rFonts w:cs="Arial"/>
          <w:sz w:val="20"/>
          <w:szCs w:val="20"/>
        </w:rPr>
        <w:t xml:space="preserve"> u </w:t>
      </w:r>
      <w:proofErr w:type="spellStart"/>
      <w:r w:rsidRPr="00C54EDB">
        <w:rPr>
          <w:rFonts w:cs="Arial"/>
          <w:sz w:val="20"/>
          <w:szCs w:val="20"/>
        </w:rPr>
        <w:t>prvom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polugodištu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iznose</w:t>
      </w:r>
      <w:proofErr w:type="spellEnd"/>
      <w:r w:rsidRPr="00C54EDB">
        <w:rPr>
          <w:rFonts w:cs="Arial"/>
          <w:sz w:val="20"/>
          <w:szCs w:val="20"/>
        </w:rPr>
        <w:t xml:space="preserve"> 2.366.316,83 EUR, </w:t>
      </w:r>
      <w:proofErr w:type="spellStart"/>
      <w:r w:rsidRPr="00C54EDB">
        <w:rPr>
          <w:rFonts w:cs="Arial"/>
          <w:sz w:val="20"/>
          <w:szCs w:val="20"/>
        </w:rPr>
        <w:t>odnosno</w:t>
      </w:r>
      <w:proofErr w:type="spellEnd"/>
      <w:r w:rsidRPr="00C54EDB">
        <w:rPr>
          <w:rFonts w:cs="Arial"/>
          <w:sz w:val="20"/>
          <w:szCs w:val="20"/>
        </w:rPr>
        <w:t xml:space="preserve"> 86,59 % </w:t>
      </w:r>
      <w:proofErr w:type="spellStart"/>
      <w:r w:rsidRPr="00C54EDB">
        <w:rPr>
          <w:rFonts w:cs="Arial"/>
          <w:sz w:val="20"/>
          <w:szCs w:val="20"/>
        </w:rPr>
        <w:t>rashoda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poslovanja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</w:t>
      </w:r>
      <w:proofErr w:type="spellEnd"/>
      <w:r w:rsidRPr="00C54EDB">
        <w:rPr>
          <w:rFonts w:cs="Arial"/>
          <w:sz w:val="20"/>
          <w:szCs w:val="20"/>
        </w:rPr>
        <w:t xml:space="preserve"> 76,75 % </w:t>
      </w:r>
      <w:proofErr w:type="spellStart"/>
      <w:r w:rsidRPr="00C54EDB">
        <w:rPr>
          <w:rFonts w:cs="Arial"/>
          <w:sz w:val="20"/>
          <w:szCs w:val="20"/>
        </w:rPr>
        <w:t>ukupnih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rashoda</w:t>
      </w:r>
      <w:proofErr w:type="spellEnd"/>
      <w:r w:rsidRPr="00C54EDB">
        <w:rPr>
          <w:rFonts w:cs="Arial"/>
          <w:sz w:val="20"/>
          <w:szCs w:val="20"/>
        </w:rPr>
        <w:t xml:space="preserve">. U </w:t>
      </w:r>
      <w:proofErr w:type="spellStart"/>
      <w:r w:rsidRPr="00C54EDB">
        <w:rPr>
          <w:rFonts w:cs="Arial"/>
          <w:sz w:val="20"/>
          <w:szCs w:val="20"/>
        </w:rPr>
        <w:t>odnosu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na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prvo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polugodište</w:t>
      </w:r>
      <w:proofErr w:type="spellEnd"/>
      <w:r w:rsidRPr="00C54EDB">
        <w:rPr>
          <w:rFonts w:cs="Arial"/>
          <w:sz w:val="20"/>
          <w:szCs w:val="20"/>
        </w:rPr>
        <w:t xml:space="preserve"> 2025. </w:t>
      </w:r>
      <w:proofErr w:type="spellStart"/>
      <w:r w:rsidRPr="00C54EDB">
        <w:rPr>
          <w:rFonts w:cs="Arial"/>
          <w:sz w:val="20"/>
          <w:szCs w:val="20"/>
        </w:rPr>
        <w:t>godine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veći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su</w:t>
      </w:r>
      <w:proofErr w:type="spellEnd"/>
      <w:r w:rsidRPr="00C54EDB">
        <w:rPr>
          <w:rFonts w:cs="Arial"/>
          <w:sz w:val="20"/>
          <w:szCs w:val="20"/>
        </w:rPr>
        <w:t xml:space="preserve"> za 213.237,17 EUR </w:t>
      </w:r>
      <w:proofErr w:type="spellStart"/>
      <w:r w:rsidRPr="00C54EDB">
        <w:rPr>
          <w:rFonts w:cs="Arial"/>
          <w:sz w:val="20"/>
          <w:szCs w:val="20"/>
        </w:rPr>
        <w:t>ili</w:t>
      </w:r>
      <w:proofErr w:type="spellEnd"/>
      <w:r w:rsidRPr="00C54EDB">
        <w:rPr>
          <w:rFonts w:cs="Arial"/>
          <w:sz w:val="20"/>
          <w:szCs w:val="20"/>
        </w:rPr>
        <w:t xml:space="preserve"> 9,90 %. </w:t>
      </w:r>
      <w:proofErr w:type="spellStart"/>
      <w:r w:rsidRPr="00C54EDB">
        <w:rPr>
          <w:rFonts w:cs="Arial"/>
          <w:sz w:val="20"/>
          <w:szCs w:val="20"/>
        </w:rPr>
        <w:t>Povećanje</w:t>
      </w:r>
      <w:proofErr w:type="spellEnd"/>
      <w:r w:rsidRPr="00C54EDB">
        <w:rPr>
          <w:rFonts w:cs="Arial"/>
          <w:sz w:val="20"/>
          <w:szCs w:val="20"/>
        </w:rPr>
        <w:t xml:space="preserve"> je </w:t>
      </w:r>
      <w:proofErr w:type="spellStart"/>
      <w:r w:rsidRPr="00C54EDB">
        <w:rPr>
          <w:rFonts w:cs="Arial"/>
          <w:sz w:val="20"/>
          <w:szCs w:val="20"/>
        </w:rPr>
        <w:t>povezano</w:t>
      </w:r>
      <w:proofErr w:type="spellEnd"/>
      <w:r w:rsidRPr="00C54EDB">
        <w:rPr>
          <w:rFonts w:cs="Arial"/>
          <w:sz w:val="20"/>
          <w:szCs w:val="20"/>
        </w:rPr>
        <w:t xml:space="preserve"> s </w:t>
      </w:r>
      <w:proofErr w:type="spellStart"/>
      <w:r w:rsidRPr="00C54EDB">
        <w:rPr>
          <w:rFonts w:cs="Arial"/>
          <w:sz w:val="20"/>
          <w:szCs w:val="20"/>
        </w:rPr>
        <w:t>kretanjem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plaća</w:t>
      </w:r>
      <w:proofErr w:type="spellEnd"/>
      <w:r w:rsidRPr="00C54EDB">
        <w:rPr>
          <w:rFonts w:cs="Arial"/>
          <w:sz w:val="20"/>
          <w:szCs w:val="20"/>
        </w:rPr>
        <w:t xml:space="preserve">, </w:t>
      </w:r>
      <w:proofErr w:type="spellStart"/>
      <w:r w:rsidRPr="00C54EDB">
        <w:rPr>
          <w:rFonts w:cs="Arial"/>
          <w:sz w:val="20"/>
          <w:szCs w:val="20"/>
        </w:rPr>
        <w:t>obračunom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doprinosa</w:t>
      </w:r>
      <w:proofErr w:type="spellEnd"/>
      <w:r w:rsidRPr="00C54EDB">
        <w:rPr>
          <w:rFonts w:cs="Arial"/>
          <w:sz w:val="20"/>
          <w:szCs w:val="20"/>
        </w:rPr>
        <w:t xml:space="preserve">, </w:t>
      </w:r>
      <w:proofErr w:type="spellStart"/>
      <w:r w:rsidRPr="00C54EDB">
        <w:rPr>
          <w:rFonts w:cs="Arial"/>
          <w:sz w:val="20"/>
          <w:szCs w:val="20"/>
        </w:rPr>
        <w:t>brojem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zaposlenih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provedbom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prava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iz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važećih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propisa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kolektivnih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akata</w:t>
      </w:r>
      <w:proofErr w:type="spellEnd"/>
      <w:r w:rsidRPr="00C54EDB">
        <w:rPr>
          <w:rFonts w:cs="Arial"/>
          <w:sz w:val="20"/>
          <w:szCs w:val="20"/>
        </w:rPr>
        <w:t>.</w:t>
      </w:r>
    </w:p>
    <w:p w14:paraId="0D5A6805" w14:textId="77777777" w:rsidR="00647BB9" w:rsidRPr="00C54EDB" w:rsidRDefault="00647BB9">
      <w:pPr>
        <w:rPr>
          <w:rFonts w:cs="Arial"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48"/>
        <w:gridCol w:w="1361"/>
        <w:gridCol w:w="1417"/>
        <w:gridCol w:w="1417"/>
        <w:gridCol w:w="1247"/>
        <w:gridCol w:w="1247"/>
      </w:tblGrid>
      <w:tr w:rsidR="00A279ED" w:rsidRPr="00C54EDB" w14:paraId="06FB05DD" w14:textId="77777777">
        <w:trPr>
          <w:tblHeader/>
          <w:jc w:val="center"/>
        </w:trPr>
        <w:tc>
          <w:tcPr>
            <w:tcW w:w="2948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74C75D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Podskupina</w:t>
            </w:r>
            <w:proofErr w:type="spellEnd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rashoda</w:t>
            </w:r>
            <w:proofErr w:type="spellEnd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 xml:space="preserve"> za </w:t>
            </w:r>
            <w:proofErr w:type="spellStart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zaposlene</w:t>
            </w:r>
            <w:proofErr w:type="spellEnd"/>
          </w:p>
        </w:tc>
        <w:tc>
          <w:tcPr>
            <w:tcW w:w="1361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114061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I–VI 2025.</w:t>
            </w:r>
          </w:p>
        </w:tc>
        <w:tc>
          <w:tcPr>
            <w:tcW w:w="1417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DFC458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Plan 2026.</w:t>
            </w:r>
          </w:p>
        </w:tc>
        <w:tc>
          <w:tcPr>
            <w:tcW w:w="1417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7C4E85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I–VI 2026.</w:t>
            </w:r>
          </w:p>
        </w:tc>
        <w:tc>
          <w:tcPr>
            <w:tcW w:w="1247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DD0309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Indeks</w:t>
            </w:r>
            <w:proofErr w:type="spellEnd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 xml:space="preserve"> 26/25</w:t>
            </w:r>
          </w:p>
        </w:tc>
        <w:tc>
          <w:tcPr>
            <w:tcW w:w="1247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CA2506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Izvršenje</w:t>
            </w:r>
            <w:proofErr w:type="spellEnd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 xml:space="preserve"> plana</w:t>
            </w:r>
          </w:p>
        </w:tc>
      </w:tr>
      <w:tr w:rsidR="00A279ED" w:rsidRPr="00C54EDB" w14:paraId="4B2D1426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1CA8FA" w14:textId="7777777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 xml:space="preserve">311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Plaće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(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bruto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8B79C7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1.699.870,79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CBA3E7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4.044.316,60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5BC23E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1.936.593,45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377898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113,93 %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1A68A2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47,88 %</w:t>
            </w:r>
          </w:p>
        </w:tc>
      </w:tr>
      <w:tr w:rsidR="00A279ED" w:rsidRPr="00C54EDB" w14:paraId="1FD2BAAF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6AD50B" w14:textId="7777777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 xml:space="preserve">312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Ostali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rashodi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za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zaposlene</w:t>
            </w:r>
            <w:proofErr w:type="spellEnd"/>
          </w:p>
        </w:tc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7BB54D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173.225,11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E72E8D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320.000,00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F1C080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111.719,28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72A9D9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64,49 %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EA97EB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34,91 %</w:t>
            </w:r>
          </w:p>
        </w:tc>
      </w:tr>
      <w:tr w:rsidR="00A279ED" w:rsidRPr="00C54EDB" w14:paraId="3478A13E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509AC6" w14:textId="7777777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 xml:space="preserve">313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Doprinosi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na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plaće</w:t>
            </w:r>
            <w:proofErr w:type="spellEnd"/>
          </w:p>
        </w:tc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4E8E8D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279.983,76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BF6AFF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660.000,00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78A62E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318.004,10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8C2220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113,58 %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0629A7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48,18 %</w:t>
            </w:r>
          </w:p>
        </w:tc>
      </w:tr>
    </w:tbl>
    <w:p w14:paraId="12CE9C7F" w14:textId="77777777" w:rsidR="00A279ED" w:rsidRPr="00C54EDB" w:rsidRDefault="00A279ED">
      <w:pPr>
        <w:spacing w:after="0"/>
        <w:rPr>
          <w:rFonts w:cs="Arial"/>
          <w:sz w:val="20"/>
          <w:szCs w:val="20"/>
        </w:rPr>
      </w:pPr>
    </w:p>
    <w:p w14:paraId="1B5666DE" w14:textId="77777777" w:rsidR="00A279ED" w:rsidRPr="00C54EDB" w:rsidRDefault="00000000">
      <w:pPr>
        <w:rPr>
          <w:rFonts w:cs="Arial"/>
          <w:sz w:val="20"/>
          <w:szCs w:val="20"/>
        </w:rPr>
      </w:pPr>
      <w:proofErr w:type="spellStart"/>
      <w:r w:rsidRPr="00C54EDB">
        <w:rPr>
          <w:rFonts w:cs="Arial"/>
          <w:sz w:val="20"/>
          <w:szCs w:val="20"/>
        </w:rPr>
        <w:t>Plaće</w:t>
      </w:r>
      <w:proofErr w:type="spellEnd"/>
      <w:r w:rsidRPr="00C54EDB">
        <w:rPr>
          <w:rFonts w:cs="Arial"/>
          <w:sz w:val="20"/>
          <w:szCs w:val="20"/>
        </w:rPr>
        <w:t xml:space="preserve"> za </w:t>
      </w:r>
      <w:proofErr w:type="spellStart"/>
      <w:r w:rsidRPr="00C54EDB">
        <w:rPr>
          <w:rFonts w:cs="Arial"/>
          <w:sz w:val="20"/>
          <w:szCs w:val="20"/>
        </w:rPr>
        <w:t>redovan</w:t>
      </w:r>
      <w:proofErr w:type="spellEnd"/>
      <w:r w:rsidRPr="00C54EDB">
        <w:rPr>
          <w:rFonts w:cs="Arial"/>
          <w:sz w:val="20"/>
          <w:szCs w:val="20"/>
        </w:rPr>
        <w:t xml:space="preserve"> rad </w:t>
      </w:r>
      <w:proofErr w:type="spellStart"/>
      <w:r w:rsidRPr="00C54EDB">
        <w:rPr>
          <w:rFonts w:cs="Arial"/>
          <w:sz w:val="20"/>
          <w:szCs w:val="20"/>
        </w:rPr>
        <w:t>izvršene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su</w:t>
      </w:r>
      <w:proofErr w:type="spellEnd"/>
      <w:r w:rsidRPr="00C54EDB">
        <w:rPr>
          <w:rFonts w:cs="Arial"/>
          <w:sz w:val="20"/>
          <w:szCs w:val="20"/>
        </w:rPr>
        <w:t xml:space="preserve"> 47,88 % plana, </w:t>
      </w:r>
      <w:proofErr w:type="spellStart"/>
      <w:r w:rsidRPr="00C54EDB">
        <w:rPr>
          <w:rFonts w:cs="Arial"/>
          <w:sz w:val="20"/>
          <w:szCs w:val="20"/>
        </w:rPr>
        <w:t>dok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su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doprinosi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na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plaće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izvršeni</w:t>
      </w:r>
      <w:proofErr w:type="spellEnd"/>
      <w:r w:rsidRPr="00C54EDB">
        <w:rPr>
          <w:rFonts w:cs="Arial"/>
          <w:sz w:val="20"/>
          <w:szCs w:val="20"/>
        </w:rPr>
        <w:t xml:space="preserve"> 48,18 % plana. </w:t>
      </w:r>
      <w:proofErr w:type="spellStart"/>
      <w:r w:rsidRPr="00C54EDB">
        <w:rPr>
          <w:rFonts w:cs="Arial"/>
          <w:sz w:val="20"/>
          <w:szCs w:val="20"/>
        </w:rPr>
        <w:t>Ostali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rashodi</w:t>
      </w:r>
      <w:proofErr w:type="spellEnd"/>
      <w:r w:rsidRPr="00C54EDB">
        <w:rPr>
          <w:rFonts w:cs="Arial"/>
          <w:sz w:val="20"/>
          <w:szCs w:val="20"/>
        </w:rPr>
        <w:t xml:space="preserve"> za </w:t>
      </w:r>
      <w:proofErr w:type="spellStart"/>
      <w:r w:rsidRPr="00C54EDB">
        <w:rPr>
          <w:rFonts w:cs="Arial"/>
          <w:sz w:val="20"/>
          <w:szCs w:val="20"/>
        </w:rPr>
        <w:t>zaposlene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izvršeni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su</w:t>
      </w:r>
      <w:proofErr w:type="spellEnd"/>
      <w:r w:rsidRPr="00C54EDB">
        <w:rPr>
          <w:rFonts w:cs="Arial"/>
          <w:sz w:val="20"/>
          <w:szCs w:val="20"/>
        </w:rPr>
        <w:t xml:space="preserve"> 34,91 % plana, a </w:t>
      </w:r>
      <w:proofErr w:type="spellStart"/>
      <w:r w:rsidRPr="00C54EDB">
        <w:rPr>
          <w:rFonts w:cs="Arial"/>
          <w:sz w:val="20"/>
          <w:szCs w:val="20"/>
        </w:rPr>
        <w:t>njihova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realizacija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ovisi</w:t>
      </w:r>
      <w:proofErr w:type="spellEnd"/>
      <w:r w:rsidRPr="00C54EDB">
        <w:rPr>
          <w:rFonts w:cs="Arial"/>
          <w:sz w:val="20"/>
          <w:szCs w:val="20"/>
        </w:rPr>
        <w:t xml:space="preserve"> o </w:t>
      </w:r>
      <w:proofErr w:type="spellStart"/>
      <w:r w:rsidRPr="00C54EDB">
        <w:rPr>
          <w:rFonts w:cs="Arial"/>
          <w:sz w:val="20"/>
          <w:szCs w:val="20"/>
        </w:rPr>
        <w:t>vremenu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isplate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pojedinih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prava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zaposlenika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tijekom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godine</w:t>
      </w:r>
      <w:proofErr w:type="spellEnd"/>
      <w:r w:rsidRPr="00C54EDB">
        <w:rPr>
          <w:rFonts w:cs="Arial"/>
          <w:sz w:val="20"/>
          <w:szCs w:val="20"/>
        </w:rPr>
        <w:t>.</w:t>
      </w:r>
    </w:p>
    <w:p w14:paraId="5CB50500" w14:textId="4EF24733" w:rsidR="00A279ED" w:rsidRPr="00C54EDB" w:rsidRDefault="00A279ED">
      <w:pPr>
        <w:pStyle w:val="Heading3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91"/>
        <w:gridCol w:w="1361"/>
        <w:gridCol w:w="1417"/>
        <w:gridCol w:w="1417"/>
        <w:gridCol w:w="1247"/>
        <w:gridCol w:w="1247"/>
      </w:tblGrid>
      <w:tr w:rsidR="00A279ED" w:rsidRPr="00C54EDB" w14:paraId="721E1F58" w14:textId="77777777">
        <w:trPr>
          <w:tblHeader/>
          <w:jc w:val="center"/>
        </w:trPr>
        <w:tc>
          <w:tcPr>
            <w:tcW w:w="2891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8DAD3D" w14:textId="277F0512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Podskupina</w:t>
            </w:r>
            <w:proofErr w:type="spellEnd"/>
            <w:r w:rsidR="006F388A" w:rsidRPr="00C54EDB">
              <w:rPr>
                <w:rFonts w:cs="Arial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="006F388A" w:rsidRPr="00C54EDB">
              <w:rPr>
                <w:rFonts w:cs="Arial"/>
                <w:b/>
                <w:color w:val="FFFFFF"/>
                <w:sz w:val="20"/>
                <w:szCs w:val="20"/>
              </w:rPr>
              <w:t>materijalnih</w:t>
            </w:r>
            <w:proofErr w:type="spellEnd"/>
            <w:r w:rsidR="006F388A" w:rsidRPr="00C54EDB">
              <w:rPr>
                <w:rFonts w:cs="Arial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="006F388A" w:rsidRPr="00C54EDB">
              <w:rPr>
                <w:rFonts w:cs="Arial"/>
                <w:b/>
                <w:color w:val="FFFFFF"/>
                <w:sz w:val="20"/>
                <w:szCs w:val="20"/>
              </w:rPr>
              <w:t>rashoda</w:t>
            </w:r>
            <w:proofErr w:type="spellEnd"/>
          </w:p>
        </w:tc>
        <w:tc>
          <w:tcPr>
            <w:tcW w:w="1361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3BC7A5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I–VI 2025.</w:t>
            </w:r>
          </w:p>
        </w:tc>
        <w:tc>
          <w:tcPr>
            <w:tcW w:w="1417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66A72E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Plan 2026.</w:t>
            </w:r>
          </w:p>
        </w:tc>
        <w:tc>
          <w:tcPr>
            <w:tcW w:w="1417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28904B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I–VI 2026.</w:t>
            </w:r>
          </w:p>
        </w:tc>
        <w:tc>
          <w:tcPr>
            <w:tcW w:w="1247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344093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Indeks</w:t>
            </w:r>
            <w:proofErr w:type="spellEnd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 xml:space="preserve"> 26/25</w:t>
            </w:r>
          </w:p>
        </w:tc>
        <w:tc>
          <w:tcPr>
            <w:tcW w:w="1247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9E0B23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Izvršenje</w:t>
            </w:r>
            <w:proofErr w:type="spellEnd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 xml:space="preserve"> plana</w:t>
            </w:r>
          </w:p>
        </w:tc>
      </w:tr>
      <w:tr w:rsidR="00A279ED" w:rsidRPr="00C54EDB" w14:paraId="0220FDA3" w14:textId="77777777">
        <w:trPr>
          <w:jc w:val="center"/>
        </w:trPr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A566D0" w14:textId="7777777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 xml:space="preserve">321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Naknade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troškova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zaposlenima</w:t>
            </w:r>
            <w:proofErr w:type="spellEnd"/>
          </w:p>
        </w:tc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65E625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66.251,69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3AF633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173.800,00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03FDC8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62.562,02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2BDA38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94,43 %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5F53DC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36,00 %</w:t>
            </w:r>
          </w:p>
        </w:tc>
      </w:tr>
      <w:tr w:rsidR="00A279ED" w:rsidRPr="00C54EDB" w14:paraId="51C5F0AF" w14:textId="77777777">
        <w:trPr>
          <w:jc w:val="center"/>
        </w:trPr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AEFA1B" w14:textId="7777777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 xml:space="preserve">322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Materijal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i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energija</w:t>
            </w:r>
            <w:proofErr w:type="spellEnd"/>
          </w:p>
        </w:tc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BDB7E0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239.418,71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43E398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412.100,00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7F022E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213.314,18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836EE2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89,10 %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41BB95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51,76 %</w:t>
            </w:r>
          </w:p>
        </w:tc>
      </w:tr>
      <w:tr w:rsidR="00A279ED" w:rsidRPr="00C54EDB" w14:paraId="620EDCE1" w14:textId="77777777">
        <w:trPr>
          <w:jc w:val="center"/>
        </w:trPr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AF5433" w14:textId="7777777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 xml:space="preserve">323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Rashodi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za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usluge</w:t>
            </w:r>
            <w:proofErr w:type="spellEnd"/>
          </w:p>
        </w:tc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3DF9AD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126.833,30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A030D3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123.100,00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7DD35D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50.893,01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225FEB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40,13 %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C678A4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41,34 %</w:t>
            </w:r>
          </w:p>
        </w:tc>
      </w:tr>
      <w:tr w:rsidR="00A279ED" w:rsidRPr="00C54EDB" w14:paraId="1692E7F3" w14:textId="77777777">
        <w:trPr>
          <w:jc w:val="center"/>
        </w:trPr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3C9181" w14:textId="7777777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 xml:space="preserve">329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Ostali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nespomenuti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A7060A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28.618,24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9F70FD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52.000,00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BEA56E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39.791,28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DD3439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139,04 %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291837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76,52 %</w:t>
            </w:r>
          </w:p>
        </w:tc>
      </w:tr>
      <w:tr w:rsidR="00A279ED" w:rsidRPr="00C54EDB" w14:paraId="71E94906" w14:textId="77777777">
        <w:trPr>
          <w:jc w:val="center"/>
        </w:trPr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D91365" w14:textId="7777777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sz w:val="20"/>
                <w:szCs w:val="20"/>
              </w:rPr>
              <w:t>Materijalni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C9D36C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461.121,94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C0A5E2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761.000,00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A8AC2A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366.560,49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E191A9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79,49 %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9DE866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48,17 %</w:t>
            </w:r>
          </w:p>
        </w:tc>
      </w:tr>
    </w:tbl>
    <w:p w14:paraId="1DA35F52" w14:textId="77777777" w:rsidR="00A279ED" w:rsidRPr="00C54EDB" w:rsidRDefault="00A279ED">
      <w:pPr>
        <w:spacing w:after="0"/>
        <w:rPr>
          <w:rFonts w:cs="Arial"/>
          <w:sz w:val="20"/>
          <w:szCs w:val="20"/>
        </w:rPr>
      </w:pPr>
    </w:p>
    <w:p w14:paraId="1F8C953F" w14:textId="77777777" w:rsidR="00A279ED" w:rsidRPr="00C54EDB" w:rsidRDefault="00000000">
      <w:pPr>
        <w:rPr>
          <w:rFonts w:cs="Arial"/>
          <w:sz w:val="20"/>
          <w:szCs w:val="20"/>
        </w:rPr>
      </w:pPr>
      <w:proofErr w:type="spellStart"/>
      <w:r w:rsidRPr="00C54EDB">
        <w:rPr>
          <w:rFonts w:cs="Arial"/>
          <w:sz w:val="20"/>
          <w:szCs w:val="20"/>
        </w:rPr>
        <w:t>Materijalni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rashodi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izvršeni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su</w:t>
      </w:r>
      <w:proofErr w:type="spellEnd"/>
      <w:r w:rsidRPr="00C54EDB">
        <w:rPr>
          <w:rFonts w:cs="Arial"/>
          <w:sz w:val="20"/>
          <w:szCs w:val="20"/>
        </w:rPr>
        <w:t xml:space="preserve"> u </w:t>
      </w:r>
      <w:proofErr w:type="spellStart"/>
      <w:r w:rsidRPr="00C54EDB">
        <w:rPr>
          <w:rFonts w:cs="Arial"/>
          <w:sz w:val="20"/>
          <w:szCs w:val="20"/>
        </w:rPr>
        <w:t>iznosu</w:t>
      </w:r>
      <w:proofErr w:type="spellEnd"/>
      <w:r w:rsidRPr="00C54EDB">
        <w:rPr>
          <w:rFonts w:cs="Arial"/>
          <w:sz w:val="20"/>
          <w:szCs w:val="20"/>
        </w:rPr>
        <w:t xml:space="preserve"> od 366.560,49 EUR </w:t>
      </w:r>
      <w:proofErr w:type="spellStart"/>
      <w:r w:rsidRPr="00C54EDB">
        <w:rPr>
          <w:rFonts w:cs="Arial"/>
          <w:sz w:val="20"/>
          <w:szCs w:val="20"/>
        </w:rPr>
        <w:t>ili</w:t>
      </w:r>
      <w:proofErr w:type="spellEnd"/>
      <w:r w:rsidRPr="00C54EDB">
        <w:rPr>
          <w:rFonts w:cs="Arial"/>
          <w:sz w:val="20"/>
          <w:szCs w:val="20"/>
        </w:rPr>
        <w:t xml:space="preserve"> 48,17 % plana </w:t>
      </w:r>
      <w:proofErr w:type="spellStart"/>
      <w:r w:rsidRPr="00C54EDB">
        <w:rPr>
          <w:rFonts w:cs="Arial"/>
          <w:sz w:val="20"/>
          <w:szCs w:val="20"/>
        </w:rPr>
        <w:t>te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su</w:t>
      </w:r>
      <w:proofErr w:type="spellEnd"/>
      <w:r w:rsidRPr="00C54EDB">
        <w:rPr>
          <w:rFonts w:cs="Arial"/>
          <w:sz w:val="20"/>
          <w:szCs w:val="20"/>
        </w:rPr>
        <w:t xml:space="preserve"> za 94.561,45 EUR </w:t>
      </w:r>
      <w:proofErr w:type="spellStart"/>
      <w:r w:rsidRPr="00C54EDB">
        <w:rPr>
          <w:rFonts w:cs="Arial"/>
          <w:sz w:val="20"/>
          <w:szCs w:val="20"/>
        </w:rPr>
        <w:t>niži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nego</w:t>
      </w:r>
      <w:proofErr w:type="spellEnd"/>
      <w:r w:rsidRPr="00C54EDB">
        <w:rPr>
          <w:rFonts w:cs="Arial"/>
          <w:sz w:val="20"/>
          <w:szCs w:val="20"/>
        </w:rPr>
        <w:t xml:space="preserve"> u </w:t>
      </w:r>
      <w:proofErr w:type="spellStart"/>
      <w:r w:rsidRPr="00C54EDB">
        <w:rPr>
          <w:rFonts w:cs="Arial"/>
          <w:sz w:val="20"/>
          <w:szCs w:val="20"/>
        </w:rPr>
        <w:t>istom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razdoblju</w:t>
      </w:r>
      <w:proofErr w:type="spellEnd"/>
      <w:r w:rsidRPr="00C54EDB">
        <w:rPr>
          <w:rFonts w:cs="Arial"/>
          <w:sz w:val="20"/>
          <w:szCs w:val="20"/>
        </w:rPr>
        <w:t xml:space="preserve"> 2025. </w:t>
      </w:r>
      <w:proofErr w:type="spellStart"/>
      <w:r w:rsidRPr="00C54EDB">
        <w:rPr>
          <w:rFonts w:cs="Arial"/>
          <w:sz w:val="20"/>
          <w:szCs w:val="20"/>
        </w:rPr>
        <w:t>godine</w:t>
      </w:r>
      <w:proofErr w:type="spellEnd"/>
      <w:r w:rsidRPr="00C54EDB">
        <w:rPr>
          <w:rFonts w:cs="Arial"/>
          <w:sz w:val="20"/>
          <w:szCs w:val="20"/>
        </w:rPr>
        <w:t xml:space="preserve">. </w:t>
      </w:r>
      <w:proofErr w:type="spellStart"/>
      <w:r w:rsidRPr="00C54EDB">
        <w:rPr>
          <w:rFonts w:cs="Arial"/>
          <w:sz w:val="20"/>
          <w:szCs w:val="20"/>
        </w:rPr>
        <w:t>Rashodi</w:t>
      </w:r>
      <w:proofErr w:type="spellEnd"/>
      <w:r w:rsidRPr="00C54EDB">
        <w:rPr>
          <w:rFonts w:cs="Arial"/>
          <w:sz w:val="20"/>
          <w:szCs w:val="20"/>
        </w:rPr>
        <w:t xml:space="preserve"> za </w:t>
      </w:r>
      <w:proofErr w:type="spellStart"/>
      <w:r w:rsidRPr="00C54EDB">
        <w:rPr>
          <w:rFonts w:cs="Arial"/>
          <w:sz w:val="20"/>
          <w:szCs w:val="20"/>
        </w:rPr>
        <w:t>materijal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energiju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iznose</w:t>
      </w:r>
      <w:proofErr w:type="spellEnd"/>
      <w:r w:rsidRPr="00C54EDB">
        <w:rPr>
          <w:rFonts w:cs="Arial"/>
          <w:sz w:val="20"/>
          <w:szCs w:val="20"/>
        </w:rPr>
        <w:t xml:space="preserve"> 213.314,18 EUR </w:t>
      </w:r>
      <w:proofErr w:type="spellStart"/>
      <w:r w:rsidRPr="00C54EDB">
        <w:rPr>
          <w:rFonts w:cs="Arial"/>
          <w:sz w:val="20"/>
          <w:szCs w:val="20"/>
        </w:rPr>
        <w:t>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izvršeni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su</w:t>
      </w:r>
      <w:proofErr w:type="spellEnd"/>
      <w:r w:rsidRPr="00C54EDB">
        <w:rPr>
          <w:rFonts w:cs="Arial"/>
          <w:sz w:val="20"/>
          <w:szCs w:val="20"/>
        </w:rPr>
        <w:t xml:space="preserve"> 51,76 % plana. U </w:t>
      </w:r>
      <w:proofErr w:type="spellStart"/>
      <w:r w:rsidRPr="00C54EDB">
        <w:rPr>
          <w:rFonts w:cs="Arial"/>
          <w:sz w:val="20"/>
          <w:szCs w:val="20"/>
        </w:rPr>
        <w:t>toj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skupini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najveći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su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rashodi</w:t>
      </w:r>
      <w:proofErr w:type="spellEnd"/>
      <w:r w:rsidRPr="00C54EDB">
        <w:rPr>
          <w:rFonts w:cs="Arial"/>
          <w:sz w:val="20"/>
          <w:szCs w:val="20"/>
        </w:rPr>
        <w:t xml:space="preserve"> za </w:t>
      </w:r>
      <w:proofErr w:type="spellStart"/>
      <w:r w:rsidRPr="00C54EDB">
        <w:rPr>
          <w:rFonts w:cs="Arial"/>
          <w:sz w:val="20"/>
          <w:szCs w:val="20"/>
        </w:rPr>
        <w:t>materijal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sirovine</w:t>
      </w:r>
      <w:proofErr w:type="spellEnd"/>
      <w:r w:rsidRPr="00C54EDB">
        <w:rPr>
          <w:rFonts w:cs="Arial"/>
          <w:sz w:val="20"/>
          <w:szCs w:val="20"/>
        </w:rPr>
        <w:t xml:space="preserve">, </w:t>
      </w:r>
      <w:proofErr w:type="spellStart"/>
      <w:r w:rsidRPr="00C54EDB">
        <w:rPr>
          <w:rFonts w:cs="Arial"/>
          <w:sz w:val="20"/>
          <w:szCs w:val="20"/>
        </w:rPr>
        <w:t>prvenstveno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prehrambene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namirnice</w:t>
      </w:r>
      <w:proofErr w:type="spellEnd"/>
      <w:r w:rsidRPr="00C54EDB">
        <w:rPr>
          <w:rFonts w:cs="Arial"/>
          <w:sz w:val="20"/>
          <w:szCs w:val="20"/>
        </w:rPr>
        <w:t xml:space="preserve">, u </w:t>
      </w:r>
      <w:proofErr w:type="spellStart"/>
      <w:r w:rsidRPr="00C54EDB">
        <w:rPr>
          <w:rFonts w:cs="Arial"/>
          <w:sz w:val="20"/>
          <w:szCs w:val="20"/>
        </w:rPr>
        <w:t>iznosu</w:t>
      </w:r>
      <w:proofErr w:type="spellEnd"/>
      <w:r w:rsidRPr="00C54EDB">
        <w:rPr>
          <w:rFonts w:cs="Arial"/>
          <w:sz w:val="20"/>
          <w:szCs w:val="20"/>
        </w:rPr>
        <w:t xml:space="preserve"> od 120.775,66 EUR, </w:t>
      </w:r>
      <w:proofErr w:type="spellStart"/>
      <w:r w:rsidRPr="00C54EDB">
        <w:rPr>
          <w:rFonts w:cs="Arial"/>
          <w:sz w:val="20"/>
          <w:szCs w:val="20"/>
        </w:rPr>
        <w:t>te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rashodi</w:t>
      </w:r>
      <w:proofErr w:type="spellEnd"/>
      <w:r w:rsidRPr="00C54EDB">
        <w:rPr>
          <w:rFonts w:cs="Arial"/>
          <w:sz w:val="20"/>
          <w:szCs w:val="20"/>
        </w:rPr>
        <w:t xml:space="preserve"> za </w:t>
      </w:r>
      <w:proofErr w:type="spellStart"/>
      <w:r w:rsidRPr="00C54EDB">
        <w:rPr>
          <w:rFonts w:cs="Arial"/>
          <w:sz w:val="20"/>
          <w:szCs w:val="20"/>
        </w:rPr>
        <w:t>energiju</w:t>
      </w:r>
      <w:proofErr w:type="spellEnd"/>
      <w:r w:rsidRPr="00C54EDB">
        <w:rPr>
          <w:rFonts w:cs="Arial"/>
          <w:sz w:val="20"/>
          <w:szCs w:val="20"/>
        </w:rPr>
        <w:t xml:space="preserve"> u </w:t>
      </w:r>
      <w:proofErr w:type="spellStart"/>
      <w:r w:rsidRPr="00C54EDB">
        <w:rPr>
          <w:rFonts w:cs="Arial"/>
          <w:sz w:val="20"/>
          <w:szCs w:val="20"/>
        </w:rPr>
        <w:t>iznosu</w:t>
      </w:r>
      <w:proofErr w:type="spellEnd"/>
      <w:r w:rsidRPr="00C54EDB">
        <w:rPr>
          <w:rFonts w:cs="Arial"/>
          <w:sz w:val="20"/>
          <w:szCs w:val="20"/>
        </w:rPr>
        <w:t xml:space="preserve"> od 43.556,98 EUR.</w:t>
      </w:r>
    </w:p>
    <w:p w14:paraId="6F465E29" w14:textId="463720C6" w:rsidR="00A279ED" w:rsidRPr="00C54EDB" w:rsidRDefault="00000000">
      <w:pPr>
        <w:rPr>
          <w:rFonts w:cs="Arial"/>
          <w:sz w:val="20"/>
          <w:szCs w:val="20"/>
        </w:rPr>
      </w:pPr>
      <w:proofErr w:type="spellStart"/>
      <w:r w:rsidRPr="00C54EDB">
        <w:rPr>
          <w:rFonts w:cs="Arial"/>
          <w:sz w:val="20"/>
          <w:szCs w:val="20"/>
        </w:rPr>
        <w:t>Rashodi</w:t>
      </w:r>
      <w:proofErr w:type="spellEnd"/>
      <w:r w:rsidRPr="00C54EDB">
        <w:rPr>
          <w:rFonts w:cs="Arial"/>
          <w:sz w:val="20"/>
          <w:szCs w:val="20"/>
        </w:rPr>
        <w:t xml:space="preserve"> za </w:t>
      </w:r>
      <w:proofErr w:type="spellStart"/>
      <w:r w:rsidRPr="00C54EDB">
        <w:rPr>
          <w:rFonts w:cs="Arial"/>
          <w:sz w:val="20"/>
          <w:szCs w:val="20"/>
        </w:rPr>
        <w:t>usluge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iznose</w:t>
      </w:r>
      <w:proofErr w:type="spellEnd"/>
      <w:r w:rsidRPr="00C54EDB">
        <w:rPr>
          <w:rFonts w:cs="Arial"/>
          <w:sz w:val="20"/>
          <w:szCs w:val="20"/>
        </w:rPr>
        <w:t xml:space="preserve"> 50.893,01 EUR </w:t>
      </w:r>
      <w:proofErr w:type="spellStart"/>
      <w:r w:rsidRPr="00C54EDB">
        <w:rPr>
          <w:rFonts w:cs="Arial"/>
          <w:sz w:val="20"/>
          <w:szCs w:val="20"/>
        </w:rPr>
        <w:t>ili</w:t>
      </w:r>
      <w:proofErr w:type="spellEnd"/>
      <w:r w:rsidRPr="00C54EDB">
        <w:rPr>
          <w:rFonts w:cs="Arial"/>
          <w:sz w:val="20"/>
          <w:szCs w:val="20"/>
        </w:rPr>
        <w:t xml:space="preserve"> 41,34 % plana. </w:t>
      </w:r>
    </w:p>
    <w:p w14:paraId="799747A6" w14:textId="19E9BE6E" w:rsidR="00A279ED" w:rsidRPr="00C54EDB" w:rsidRDefault="00000000">
      <w:pPr>
        <w:rPr>
          <w:rFonts w:cs="Arial"/>
          <w:sz w:val="20"/>
          <w:szCs w:val="20"/>
        </w:rPr>
      </w:pPr>
      <w:proofErr w:type="spellStart"/>
      <w:r w:rsidRPr="00C54EDB">
        <w:rPr>
          <w:rFonts w:cs="Arial"/>
          <w:sz w:val="20"/>
          <w:szCs w:val="20"/>
        </w:rPr>
        <w:lastRenderedPageBreak/>
        <w:t>Ostali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nespomenuti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rashodi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poslovanja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izvršeni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su</w:t>
      </w:r>
      <w:proofErr w:type="spellEnd"/>
      <w:r w:rsidRPr="00C54EDB">
        <w:rPr>
          <w:rFonts w:cs="Arial"/>
          <w:sz w:val="20"/>
          <w:szCs w:val="20"/>
        </w:rPr>
        <w:t xml:space="preserve"> 76,52 % plana. </w:t>
      </w:r>
      <w:proofErr w:type="spellStart"/>
      <w:r w:rsidRPr="00C54EDB">
        <w:rPr>
          <w:rFonts w:cs="Arial"/>
          <w:sz w:val="20"/>
          <w:szCs w:val="20"/>
        </w:rPr>
        <w:t>Najznačajniji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su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rashodi</w:t>
      </w:r>
      <w:proofErr w:type="spellEnd"/>
      <w:r w:rsidRPr="00C54EDB">
        <w:rPr>
          <w:rFonts w:cs="Arial"/>
          <w:sz w:val="20"/>
          <w:szCs w:val="20"/>
        </w:rPr>
        <w:t xml:space="preserve"> za </w:t>
      </w:r>
      <w:proofErr w:type="spellStart"/>
      <w:r w:rsidRPr="00C54EDB">
        <w:rPr>
          <w:rFonts w:cs="Arial"/>
          <w:sz w:val="20"/>
          <w:szCs w:val="20"/>
        </w:rPr>
        <w:t>premije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osiguranja</w:t>
      </w:r>
      <w:proofErr w:type="spellEnd"/>
      <w:r w:rsidRPr="00C54EDB">
        <w:rPr>
          <w:rFonts w:cs="Arial"/>
          <w:sz w:val="20"/>
          <w:szCs w:val="20"/>
        </w:rPr>
        <w:t xml:space="preserve"> od 17.701,50 EUR, </w:t>
      </w:r>
      <w:proofErr w:type="spellStart"/>
      <w:r w:rsidRPr="00C54EDB">
        <w:rPr>
          <w:rFonts w:cs="Arial"/>
          <w:sz w:val="20"/>
          <w:szCs w:val="20"/>
        </w:rPr>
        <w:t>naknade</w:t>
      </w:r>
      <w:proofErr w:type="spellEnd"/>
      <w:r w:rsidRPr="00C54EDB">
        <w:rPr>
          <w:rFonts w:cs="Arial"/>
          <w:sz w:val="20"/>
          <w:szCs w:val="20"/>
        </w:rPr>
        <w:t xml:space="preserve"> za rad </w:t>
      </w:r>
      <w:proofErr w:type="spellStart"/>
      <w:r w:rsidRPr="00C54EDB">
        <w:rPr>
          <w:rFonts w:cs="Arial"/>
          <w:sz w:val="20"/>
          <w:szCs w:val="20"/>
        </w:rPr>
        <w:t>predstavničkih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izvršnih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tijela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povjerenstava</w:t>
      </w:r>
      <w:proofErr w:type="spellEnd"/>
      <w:r w:rsidRPr="00C54EDB">
        <w:rPr>
          <w:rFonts w:cs="Arial"/>
          <w:sz w:val="20"/>
          <w:szCs w:val="20"/>
        </w:rPr>
        <w:t xml:space="preserve"> od 11.191,97 EUR </w:t>
      </w:r>
      <w:proofErr w:type="spellStart"/>
      <w:r w:rsidRPr="00C54EDB">
        <w:rPr>
          <w:rFonts w:cs="Arial"/>
          <w:sz w:val="20"/>
          <w:szCs w:val="20"/>
        </w:rPr>
        <w:t>te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pristojbe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naknade</w:t>
      </w:r>
      <w:proofErr w:type="spellEnd"/>
      <w:r w:rsidRPr="00C54EDB">
        <w:rPr>
          <w:rFonts w:cs="Arial"/>
          <w:sz w:val="20"/>
          <w:szCs w:val="20"/>
        </w:rPr>
        <w:t xml:space="preserve"> od 10.695,23 EUR. </w:t>
      </w:r>
    </w:p>
    <w:p w14:paraId="3BA495C7" w14:textId="769D8ADB" w:rsidR="00A279ED" w:rsidRPr="00C54EDB" w:rsidRDefault="00A279ED">
      <w:pPr>
        <w:pStyle w:val="Heading3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05"/>
        <w:gridCol w:w="1304"/>
        <w:gridCol w:w="1417"/>
        <w:gridCol w:w="1417"/>
        <w:gridCol w:w="1247"/>
        <w:gridCol w:w="1247"/>
      </w:tblGrid>
      <w:tr w:rsidR="00A279ED" w:rsidRPr="00C54EDB" w14:paraId="15B51966" w14:textId="77777777">
        <w:trPr>
          <w:tblHeader/>
          <w:jc w:val="center"/>
        </w:trPr>
        <w:tc>
          <w:tcPr>
            <w:tcW w:w="3005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12D17B" w14:textId="5F2136B5" w:rsidR="00A279ED" w:rsidRPr="00C54EDB" w:rsidRDefault="006F388A">
            <w:pPr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color w:val="FFFFFF" w:themeColor="background1"/>
                <w:sz w:val="20"/>
                <w:szCs w:val="20"/>
              </w:rPr>
              <w:t>Rashodi</w:t>
            </w:r>
            <w:proofErr w:type="spellEnd"/>
            <w:r w:rsidRPr="00C54EDB">
              <w:rPr>
                <w:rFonts w:cs="Arial"/>
                <w:color w:val="FFFFFF" w:themeColor="background1"/>
                <w:sz w:val="20"/>
                <w:szCs w:val="20"/>
              </w:rPr>
              <w:t xml:space="preserve"> za </w:t>
            </w:r>
            <w:proofErr w:type="spellStart"/>
            <w:r w:rsidRPr="00C54EDB">
              <w:rPr>
                <w:rFonts w:cs="Arial"/>
                <w:color w:val="FFFFFF" w:themeColor="background1"/>
                <w:sz w:val="20"/>
                <w:szCs w:val="20"/>
              </w:rPr>
              <w:t>nabavu</w:t>
            </w:r>
            <w:proofErr w:type="spellEnd"/>
            <w:r w:rsidRPr="00C54EDB">
              <w:rPr>
                <w:rFonts w:cs="Arial"/>
                <w:color w:val="FFFFFF" w:themeColor="background1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color w:val="FFFFFF" w:themeColor="background1"/>
                <w:sz w:val="20"/>
                <w:szCs w:val="20"/>
              </w:rPr>
              <w:t>nefinancijske</w:t>
            </w:r>
            <w:proofErr w:type="spellEnd"/>
            <w:r w:rsidRPr="00C54EDB">
              <w:rPr>
                <w:rFonts w:cs="Arial"/>
                <w:color w:val="FFFFFF" w:themeColor="background1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color w:val="FFFFFF" w:themeColor="background1"/>
                <w:sz w:val="20"/>
                <w:szCs w:val="20"/>
              </w:rPr>
              <w:t>imovine</w:t>
            </w:r>
            <w:proofErr w:type="spellEnd"/>
          </w:p>
        </w:tc>
        <w:tc>
          <w:tcPr>
            <w:tcW w:w="1304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FB1B86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I–VI 2025.</w:t>
            </w:r>
          </w:p>
        </w:tc>
        <w:tc>
          <w:tcPr>
            <w:tcW w:w="1417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5BB43A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Plan 2026.</w:t>
            </w:r>
          </w:p>
        </w:tc>
        <w:tc>
          <w:tcPr>
            <w:tcW w:w="1417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1DF906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I–VI 2026.</w:t>
            </w:r>
          </w:p>
        </w:tc>
        <w:tc>
          <w:tcPr>
            <w:tcW w:w="1247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E740DC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Indeks</w:t>
            </w:r>
            <w:proofErr w:type="spellEnd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 xml:space="preserve"> 26/25</w:t>
            </w:r>
          </w:p>
        </w:tc>
        <w:tc>
          <w:tcPr>
            <w:tcW w:w="1247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AFFE21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Izvršenje</w:t>
            </w:r>
            <w:proofErr w:type="spellEnd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 xml:space="preserve"> plana</w:t>
            </w:r>
          </w:p>
        </w:tc>
      </w:tr>
      <w:tr w:rsidR="00A279ED" w:rsidRPr="00C54EDB" w14:paraId="3BEB458A" w14:textId="77777777">
        <w:trPr>
          <w:jc w:val="center"/>
        </w:trPr>
        <w:tc>
          <w:tcPr>
            <w:tcW w:w="300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9C16A0" w14:textId="7777777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sz w:val="20"/>
                <w:szCs w:val="20"/>
              </w:rPr>
              <w:t>Ulaganja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na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tuđoj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imovini</w:t>
            </w:r>
            <w:proofErr w:type="spellEnd"/>
          </w:p>
        </w:tc>
        <w:tc>
          <w:tcPr>
            <w:tcW w:w="130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1CD74A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7BD939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1.144.000,00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49210C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30.395,24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85A2D2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—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C44DD9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2,66 %</w:t>
            </w:r>
          </w:p>
        </w:tc>
      </w:tr>
      <w:tr w:rsidR="00A279ED" w:rsidRPr="00C54EDB" w14:paraId="517AFB33" w14:textId="77777777">
        <w:trPr>
          <w:jc w:val="center"/>
        </w:trPr>
        <w:tc>
          <w:tcPr>
            <w:tcW w:w="300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D79274" w14:textId="7777777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sz w:val="20"/>
                <w:szCs w:val="20"/>
              </w:rPr>
              <w:t>Uredska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oprema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i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namještaj</w:t>
            </w:r>
            <w:proofErr w:type="spellEnd"/>
          </w:p>
        </w:tc>
        <w:tc>
          <w:tcPr>
            <w:tcW w:w="130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1A4562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3.938,86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E480E5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357.000,00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317ED2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205.492,20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DB2FE1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5217,05 %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C8B2A9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57,56 %</w:t>
            </w:r>
          </w:p>
        </w:tc>
      </w:tr>
      <w:tr w:rsidR="00A279ED" w:rsidRPr="00C54EDB" w14:paraId="712A034F" w14:textId="77777777">
        <w:trPr>
          <w:jc w:val="center"/>
        </w:trPr>
        <w:tc>
          <w:tcPr>
            <w:tcW w:w="300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03AC77" w14:textId="7777777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sz w:val="20"/>
                <w:szCs w:val="20"/>
              </w:rPr>
              <w:t>Oprema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za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održavanje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i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zaštitu</w:t>
            </w:r>
            <w:proofErr w:type="spellEnd"/>
          </w:p>
        </w:tc>
        <w:tc>
          <w:tcPr>
            <w:tcW w:w="130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FC4260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73.461,73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8B1B24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17.800,00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9D0BBF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3.894,54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D865CC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5,30 %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C5FA8F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21,88 %</w:t>
            </w:r>
          </w:p>
        </w:tc>
      </w:tr>
      <w:tr w:rsidR="00A279ED" w:rsidRPr="00C54EDB" w14:paraId="0068593B" w14:textId="77777777">
        <w:trPr>
          <w:jc w:val="center"/>
        </w:trPr>
        <w:tc>
          <w:tcPr>
            <w:tcW w:w="300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CDD2D9" w14:textId="7777777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sz w:val="20"/>
                <w:szCs w:val="20"/>
              </w:rPr>
              <w:t>Sportska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i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glazbena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oprema</w:t>
            </w:r>
            <w:proofErr w:type="spellEnd"/>
          </w:p>
        </w:tc>
        <w:tc>
          <w:tcPr>
            <w:tcW w:w="130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1ED76D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3B4F88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15.000,00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66F391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9ACF60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—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127D94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0,00 %</w:t>
            </w:r>
          </w:p>
        </w:tc>
      </w:tr>
      <w:tr w:rsidR="00A279ED" w:rsidRPr="00C54EDB" w14:paraId="298E6FDA" w14:textId="77777777">
        <w:trPr>
          <w:jc w:val="center"/>
        </w:trPr>
        <w:tc>
          <w:tcPr>
            <w:tcW w:w="300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33E455" w14:textId="7777777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sz w:val="20"/>
                <w:szCs w:val="20"/>
              </w:rPr>
              <w:t>Prijevozna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sredstva</w:t>
            </w:r>
            <w:proofErr w:type="spellEnd"/>
          </w:p>
        </w:tc>
        <w:tc>
          <w:tcPr>
            <w:tcW w:w="130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CB57AF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EFD5BF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80.000,00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E80648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45E8C6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—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FFCDFF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0,00 %</w:t>
            </w:r>
          </w:p>
        </w:tc>
      </w:tr>
      <w:tr w:rsidR="00A279ED" w:rsidRPr="00C54EDB" w14:paraId="3F1D16B6" w14:textId="77777777">
        <w:trPr>
          <w:jc w:val="center"/>
        </w:trPr>
        <w:tc>
          <w:tcPr>
            <w:tcW w:w="300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65CB38" w14:textId="7777777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sz w:val="20"/>
                <w:szCs w:val="20"/>
              </w:rPr>
              <w:t>Dodatna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ulaganja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na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građevinskim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objektima</w:t>
            </w:r>
            <w:proofErr w:type="spellEnd"/>
          </w:p>
        </w:tc>
        <w:tc>
          <w:tcPr>
            <w:tcW w:w="130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32190E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F815A4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572.000,00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62E91A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110.613,80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9570F3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—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1AE056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19,34 %</w:t>
            </w:r>
          </w:p>
        </w:tc>
      </w:tr>
      <w:tr w:rsidR="00A279ED" w:rsidRPr="00C54EDB" w14:paraId="7E98A0A9" w14:textId="77777777">
        <w:trPr>
          <w:jc w:val="center"/>
        </w:trPr>
        <w:tc>
          <w:tcPr>
            <w:tcW w:w="300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FD2B4B" w14:textId="7777777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sz w:val="20"/>
                <w:szCs w:val="20"/>
              </w:rPr>
              <w:t>Ukupno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nefinancijska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imovina</w:t>
            </w:r>
            <w:proofErr w:type="spellEnd"/>
          </w:p>
        </w:tc>
        <w:tc>
          <w:tcPr>
            <w:tcW w:w="130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72BAA7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77.670,50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6F93C7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2.185.800,00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84FD7A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350.395,78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FD1666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451,13 %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51222A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16,03 %</w:t>
            </w:r>
          </w:p>
        </w:tc>
      </w:tr>
    </w:tbl>
    <w:p w14:paraId="405879E4" w14:textId="77777777" w:rsidR="00A279ED" w:rsidRPr="00C54EDB" w:rsidRDefault="00A279ED">
      <w:pPr>
        <w:spacing w:after="0"/>
        <w:rPr>
          <w:rFonts w:cs="Arial"/>
          <w:sz w:val="20"/>
          <w:szCs w:val="20"/>
        </w:rPr>
      </w:pPr>
    </w:p>
    <w:p w14:paraId="1D48FB78" w14:textId="620861D1" w:rsidR="00A279ED" w:rsidRPr="00C54EDB" w:rsidRDefault="00000000">
      <w:pPr>
        <w:rPr>
          <w:rFonts w:cs="Arial"/>
          <w:sz w:val="20"/>
          <w:szCs w:val="20"/>
        </w:rPr>
      </w:pPr>
      <w:proofErr w:type="spellStart"/>
      <w:r w:rsidRPr="00C54EDB">
        <w:rPr>
          <w:rFonts w:cs="Arial"/>
          <w:sz w:val="20"/>
          <w:szCs w:val="20"/>
        </w:rPr>
        <w:t>Kapitalni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rashodi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najvećim</w:t>
      </w:r>
      <w:proofErr w:type="spellEnd"/>
      <w:r w:rsidRPr="00C54EDB">
        <w:rPr>
          <w:rFonts w:cs="Arial"/>
          <w:sz w:val="20"/>
          <w:szCs w:val="20"/>
        </w:rPr>
        <w:t xml:space="preserve"> se </w:t>
      </w:r>
      <w:proofErr w:type="spellStart"/>
      <w:r w:rsidRPr="00C54EDB">
        <w:rPr>
          <w:rFonts w:cs="Arial"/>
          <w:sz w:val="20"/>
          <w:szCs w:val="20"/>
        </w:rPr>
        <w:t>dijelom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odnose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na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nabavu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uredske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opreme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namještaja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te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dodatna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ulaganja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na</w:t>
      </w:r>
      <w:proofErr w:type="spellEnd"/>
      <w:r w:rsidR="006F388A" w:rsidRPr="00C54EDB">
        <w:rPr>
          <w:rFonts w:cs="Arial"/>
          <w:sz w:val="20"/>
          <w:szCs w:val="20"/>
        </w:rPr>
        <w:t xml:space="preserve"> </w:t>
      </w:r>
      <w:proofErr w:type="spellStart"/>
      <w:r w:rsidR="006F388A" w:rsidRPr="00C54EDB">
        <w:rPr>
          <w:rFonts w:cs="Arial"/>
          <w:sz w:val="20"/>
          <w:szCs w:val="20"/>
        </w:rPr>
        <w:t>objektima</w:t>
      </w:r>
      <w:proofErr w:type="spellEnd"/>
      <w:r w:rsidR="006F388A" w:rsidRPr="00C54EDB">
        <w:rPr>
          <w:rFonts w:cs="Arial"/>
          <w:sz w:val="20"/>
          <w:szCs w:val="20"/>
        </w:rPr>
        <w:t xml:space="preserve"> </w:t>
      </w:r>
      <w:proofErr w:type="spellStart"/>
      <w:r w:rsidR="006F388A" w:rsidRPr="00C54EDB">
        <w:rPr>
          <w:rFonts w:cs="Arial"/>
          <w:sz w:val="20"/>
          <w:szCs w:val="20"/>
        </w:rPr>
        <w:t>koje</w:t>
      </w:r>
      <w:proofErr w:type="spellEnd"/>
      <w:r w:rsidR="006F388A" w:rsidRPr="00C54EDB">
        <w:rPr>
          <w:rFonts w:cs="Arial"/>
          <w:sz w:val="20"/>
          <w:szCs w:val="20"/>
        </w:rPr>
        <w:t xml:space="preserve"> se </w:t>
      </w:r>
      <w:proofErr w:type="spellStart"/>
      <w:r w:rsidR="006F388A" w:rsidRPr="00C54EDB">
        <w:rPr>
          <w:rFonts w:cs="Arial"/>
          <w:sz w:val="20"/>
          <w:szCs w:val="20"/>
        </w:rPr>
        <w:t>trenutno</w:t>
      </w:r>
      <w:proofErr w:type="spellEnd"/>
      <w:r w:rsidR="006F388A" w:rsidRPr="00C54EDB">
        <w:rPr>
          <w:rFonts w:cs="Arial"/>
          <w:sz w:val="20"/>
          <w:szCs w:val="20"/>
        </w:rPr>
        <w:t xml:space="preserve"> </w:t>
      </w:r>
      <w:proofErr w:type="spellStart"/>
      <w:r w:rsidR="006F388A" w:rsidRPr="00C54EDB">
        <w:rPr>
          <w:rFonts w:cs="Arial"/>
          <w:sz w:val="20"/>
          <w:szCs w:val="20"/>
        </w:rPr>
        <w:t>adaptiraju</w:t>
      </w:r>
      <w:proofErr w:type="spellEnd"/>
      <w:r w:rsidR="006F388A" w:rsidRPr="00C54EDB">
        <w:rPr>
          <w:rFonts w:cs="Arial"/>
          <w:sz w:val="20"/>
          <w:szCs w:val="20"/>
        </w:rPr>
        <w:t>.</w:t>
      </w:r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Nabava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uredske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opreme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namještaja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izvršena</w:t>
      </w:r>
      <w:proofErr w:type="spellEnd"/>
      <w:r w:rsidRPr="00C54EDB">
        <w:rPr>
          <w:rFonts w:cs="Arial"/>
          <w:sz w:val="20"/>
          <w:szCs w:val="20"/>
        </w:rPr>
        <w:t xml:space="preserve"> je 57,56 % plana, </w:t>
      </w:r>
      <w:proofErr w:type="spellStart"/>
      <w:r w:rsidRPr="00C54EDB">
        <w:rPr>
          <w:rFonts w:cs="Arial"/>
          <w:sz w:val="20"/>
          <w:szCs w:val="20"/>
        </w:rPr>
        <w:t>dok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su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dodatna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ulaganja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na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građevinskim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objektima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izvršena</w:t>
      </w:r>
      <w:proofErr w:type="spellEnd"/>
      <w:r w:rsidRPr="00C54EDB">
        <w:rPr>
          <w:rFonts w:cs="Arial"/>
          <w:sz w:val="20"/>
          <w:szCs w:val="20"/>
        </w:rPr>
        <w:t xml:space="preserve"> 19,34 % plana. </w:t>
      </w:r>
      <w:proofErr w:type="spellStart"/>
      <w:r w:rsidRPr="00C54EDB">
        <w:rPr>
          <w:rFonts w:cs="Arial"/>
          <w:sz w:val="20"/>
          <w:szCs w:val="20"/>
        </w:rPr>
        <w:t>Ulaganja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na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tuđoj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imovini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izvršena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su</w:t>
      </w:r>
      <w:proofErr w:type="spellEnd"/>
      <w:r w:rsidRPr="00C54EDB">
        <w:rPr>
          <w:rFonts w:cs="Arial"/>
          <w:sz w:val="20"/>
          <w:szCs w:val="20"/>
        </w:rPr>
        <w:t xml:space="preserve"> u </w:t>
      </w:r>
      <w:proofErr w:type="spellStart"/>
      <w:r w:rsidRPr="00C54EDB">
        <w:rPr>
          <w:rFonts w:cs="Arial"/>
          <w:sz w:val="20"/>
          <w:szCs w:val="20"/>
        </w:rPr>
        <w:t>iznosu</w:t>
      </w:r>
      <w:proofErr w:type="spellEnd"/>
      <w:r w:rsidRPr="00C54EDB">
        <w:rPr>
          <w:rFonts w:cs="Arial"/>
          <w:sz w:val="20"/>
          <w:szCs w:val="20"/>
        </w:rPr>
        <w:t xml:space="preserve"> od 30.395,24 EUR. </w:t>
      </w:r>
      <w:proofErr w:type="spellStart"/>
      <w:r w:rsidRPr="00C54EDB">
        <w:rPr>
          <w:rFonts w:cs="Arial"/>
          <w:sz w:val="20"/>
          <w:szCs w:val="20"/>
        </w:rPr>
        <w:t>Preostale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planirane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nabave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radovi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očekuju</w:t>
      </w:r>
      <w:proofErr w:type="spellEnd"/>
      <w:r w:rsidRPr="00C54EDB">
        <w:rPr>
          <w:rFonts w:cs="Arial"/>
          <w:sz w:val="20"/>
          <w:szCs w:val="20"/>
        </w:rPr>
        <w:t xml:space="preserve"> se u </w:t>
      </w:r>
      <w:proofErr w:type="spellStart"/>
      <w:r w:rsidRPr="00C54EDB">
        <w:rPr>
          <w:rFonts w:cs="Arial"/>
          <w:sz w:val="20"/>
          <w:szCs w:val="20"/>
        </w:rPr>
        <w:t>drugom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polugodištu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nakon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provedbe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postupaka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nabave</w:t>
      </w:r>
      <w:proofErr w:type="spellEnd"/>
      <w:r w:rsidRPr="00C54EDB">
        <w:rPr>
          <w:rFonts w:cs="Arial"/>
          <w:sz w:val="20"/>
          <w:szCs w:val="20"/>
        </w:rPr>
        <w:t xml:space="preserve">, </w:t>
      </w:r>
      <w:proofErr w:type="spellStart"/>
      <w:r w:rsidRPr="00C54EDB">
        <w:rPr>
          <w:rFonts w:cs="Arial"/>
          <w:sz w:val="20"/>
          <w:szCs w:val="20"/>
        </w:rPr>
        <w:t>ugovaranja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ispostavljanja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računa</w:t>
      </w:r>
      <w:proofErr w:type="spellEnd"/>
      <w:r w:rsidRPr="00C54EDB">
        <w:rPr>
          <w:rFonts w:cs="Arial"/>
          <w:sz w:val="20"/>
          <w:szCs w:val="20"/>
        </w:rPr>
        <w:t>.</w:t>
      </w:r>
    </w:p>
    <w:p w14:paraId="5DF53F57" w14:textId="4BF11ECD" w:rsidR="006F388A" w:rsidRPr="00F245A7" w:rsidRDefault="00000000" w:rsidP="00F245A7">
      <w:pPr>
        <w:pStyle w:val="Heading2"/>
        <w:rPr>
          <w:rFonts w:ascii="Arial" w:hAnsi="Arial" w:cs="Arial"/>
          <w:b w:val="0"/>
          <w:bCs w:val="0"/>
          <w:sz w:val="20"/>
          <w:szCs w:val="20"/>
        </w:rPr>
      </w:pPr>
      <w:r w:rsidRPr="00C54EDB">
        <w:rPr>
          <w:rFonts w:ascii="Arial" w:hAnsi="Arial" w:cs="Arial"/>
          <w:b w:val="0"/>
          <w:bCs w:val="0"/>
          <w:color w:val="auto"/>
          <w:sz w:val="20"/>
          <w:szCs w:val="20"/>
        </w:rPr>
        <w:t>4.</w:t>
      </w:r>
      <w:proofErr w:type="gramStart"/>
      <w:r w:rsidR="006F388A" w:rsidRPr="00C54EDB">
        <w:rPr>
          <w:rFonts w:ascii="Arial" w:hAnsi="Arial" w:cs="Arial"/>
          <w:b w:val="0"/>
          <w:bCs w:val="0"/>
          <w:color w:val="auto"/>
          <w:sz w:val="20"/>
          <w:szCs w:val="20"/>
        </w:rPr>
        <w:t>1.</w:t>
      </w:r>
      <w:r w:rsidRPr="00C54EDB">
        <w:rPr>
          <w:rFonts w:ascii="Arial" w:hAnsi="Arial" w:cs="Arial"/>
          <w:b w:val="0"/>
          <w:bCs w:val="0"/>
          <w:color w:val="auto"/>
          <w:sz w:val="20"/>
          <w:szCs w:val="20"/>
        </w:rPr>
        <w:t>Rashodi</w:t>
      </w:r>
      <w:proofErr w:type="gramEnd"/>
      <w:r w:rsidRPr="00C54EDB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</w:t>
      </w:r>
      <w:proofErr w:type="spellStart"/>
      <w:r w:rsidRPr="00C54EDB">
        <w:rPr>
          <w:rFonts w:ascii="Arial" w:hAnsi="Arial" w:cs="Arial"/>
          <w:b w:val="0"/>
          <w:bCs w:val="0"/>
          <w:color w:val="auto"/>
          <w:sz w:val="20"/>
          <w:szCs w:val="20"/>
        </w:rPr>
        <w:t>prema</w:t>
      </w:r>
      <w:proofErr w:type="spellEnd"/>
      <w:r w:rsidRPr="00C54EDB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</w:t>
      </w:r>
      <w:proofErr w:type="spellStart"/>
      <w:r w:rsidRPr="00C54EDB">
        <w:rPr>
          <w:rFonts w:ascii="Arial" w:hAnsi="Arial" w:cs="Arial"/>
          <w:b w:val="0"/>
          <w:bCs w:val="0"/>
          <w:color w:val="auto"/>
          <w:sz w:val="20"/>
          <w:szCs w:val="20"/>
        </w:rPr>
        <w:t>izvorima</w:t>
      </w:r>
      <w:proofErr w:type="spellEnd"/>
      <w:r w:rsidRPr="00C54EDB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</w:t>
      </w:r>
      <w:proofErr w:type="spellStart"/>
      <w:r w:rsidRPr="00C54EDB">
        <w:rPr>
          <w:rFonts w:ascii="Arial" w:hAnsi="Arial" w:cs="Arial"/>
          <w:b w:val="0"/>
          <w:bCs w:val="0"/>
          <w:color w:val="auto"/>
          <w:sz w:val="20"/>
          <w:szCs w:val="20"/>
        </w:rPr>
        <w:t>financiranja</w:t>
      </w:r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1361"/>
        <w:gridCol w:w="1417"/>
        <w:gridCol w:w="1417"/>
        <w:gridCol w:w="1247"/>
        <w:gridCol w:w="1247"/>
      </w:tblGrid>
      <w:tr w:rsidR="00A279ED" w:rsidRPr="00C54EDB" w14:paraId="35C37BFD" w14:textId="77777777">
        <w:trPr>
          <w:tblHeader/>
          <w:jc w:val="center"/>
        </w:trPr>
        <w:tc>
          <w:tcPr>
            <w:tcW w:w="2835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A2C083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 xml:space="preserve">Izvor </w:t>
            </w:r>
            <w:proofErr w:type="spellStart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financiranja</w:t>
            </w:r>
            <w:proofErr w:type="spellEnd"/>
          </w:p>
        </w:tc>
        <w:tc>
          <w:tcPr>
            <w:tcW w:w="1361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C038CF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I–VI 2025.</w:t>
            </w:r>
          </w:p>
        </w:tc>
        <w:tc>
          <w:tcPr>
            <w:tcW w:w="1417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502129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Plan 2026.</w:t>
            </w:r>
          </w:p>
        </w:tc>
        <w:tc>
          <w:tcPr>
            <w:tcW w:w="1417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14F211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I–VI 2026.</w:t>
            </w:r>
          </w:p>
        </w:tc>
        <w:tc>
          <w:tcPr>
            <w:tcW w:w="1247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975DA7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Indeks</w:t>
            </w:r>
            <w:proofErr w:type="spellEnd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 xml:space="preserve"> 26/25</w:t>
            </w:r>
          </w:p>
        </w:tc>
        <w:tc>
          <w:tcPr>
            <w:tcW w:w="1247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F0A3AB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Izvršenje</w:t>
            </w:r>
            <w:proofErr w:type="spellEnd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 xml:space="preserve"> plana</w:t>
            </w:r>
          </w:p>
        </w:tc>
      </w:tr>
      <w:tr w:rsidR="00A279ED" w:rsidRPr="00C54EDB" w14:paraId="3B4F0AF4" w14:textId="77777777">
        <w:trPr>
          <w:jc w:val="center"/>
        </w:trPr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785A79" w14:textId="7777777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 xml:space="preserve">1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Opći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prihodi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i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primici</w:t>
            </w:r>
            <w:proofErr w:type="spellEnd"/>
          </w:p>
        </w:tc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33AB53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2.323.648,96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40610D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5.392.174,16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D7F7A8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2.598.466,53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44A9E5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111,83 %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368311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48,19 %</w:t>
            </w:r>
          </w:p>
        </w:tc>
      </w:tr>
      <w:tr w:rsidR="00A279ED" w:rsidRPr="00C54EDB" w14:paraId="41F78E96" w14:textId="77777777">
        <w:trPr>
          <w:jc w:val="center"/>
        </w:trPr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63FC25" w14:textId="7777777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 xml:space="preserve">3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Vlastiti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prihodi</w:t>
            </w:r>
            <w:proofErr w:type="spellEnd"/>
          </w:p>
        </w:tc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CCF88D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7.002,37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67FC49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20.000,00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4645CD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17.135,80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F095AC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244,71 %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AADD45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85,68 %</w:t>
            </w:r>
          </w:p>
        </w:tc>
      </w:tr>
      <w:tr w:rsidR="00A279ED" w:rsidRPr="00C54EDB" w14:paraId="25D6F45F" w14:textId="77777777">
        <w:trPr>
          <w:jc w:val="center"/>
        </w:trPr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25E755" w14:textId="7777777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 xml:space="preserve">4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Prihodi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za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posebne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namjene</w:t>
            </w:r>
            <w:proofErr w:type="spellEnd"/>
          </w:p>
        </w:tc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2895BA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291.432,37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04BEFC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500.000,00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1FAF27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279.601,31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8F2A56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95,94 %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57DD70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55,92 %</w:t>
            </w:r>
          </w:p>
        </w:tc>
      </w:tr>
      <w:tr w:rsidR="00A279ED" w:rsidRPr="00C54EDB" w14:paraId="3140474C" w14:textId="77777777">
        <w:trPr>
          <w:jc w:val="center"/>
        </w:trPr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699C74" w14:textId="7777777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 xml:space="preserve">5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Pomoći</w:t>
            </w:r>
            <w:proofErr w:type="spellEnd"/>
          </w:p>
        </w:tc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A3F3F7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57.230,00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D34529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199.942,44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112E74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2FFC04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0,00 %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E42A87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0,00 %</w:t>
            </w:r>
          </w:p>
        </w:tc>
      </w:tr>
      <w:tr w:rsidR="00A279ED" w:rsidRPr="00C54EDB" w14:paraId="654A8BF0" w14:textId="77777777">
        <w:trPr>
          <w:jc w:val="center"/>
        </w:trPr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FC08AD" w14:textId="7777777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 xml:space="preserve">92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Preneseni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višak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Grada Zadra</w:t>
            </w:r>
          </w:p>
        </w:tc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E59510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12.558,40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9453D7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1.809.000,00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612E74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188.069,46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3FFFB1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1497,56 %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41042F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10,40 %</w:t>
            </w:r>
          </w:p>
        </w:tc>
      </w:tr>
      <w:tr w:rsidR="00A279ED" w:rsidRPr="00C54EDB" w14:paraId="7025C44B" w14:textId="77777777">
        <w:trPr>
          <w:jc w:val="center"/>
        </w:trPr>
        <w:tc>
          <w:tcPr>
            <w:tcW w:w="2835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E7629B" w14:textId="7777777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b/>
                <w:sz w:val="20"/>
                <w:szCs w:val="20"/>
              </w:rPr>
              <w:t>Ukupni</w:t>
            </w:r>
            <w:proofErr w:type="spellEnd"/>
            <w:r w:rsidRPr="00C54EDB">
              <w:rPr>
                <w:rFonts w:cs="Arial"/>
                <w:b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b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1361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BECE25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sz w:val="20"/>
                <w:szCs w:val="20"/>
              </w:rPr>
              <w:t>2.691.872,10</w:t>
            </w:r>
          </w:p>
        </w:tc>
        <w:tc>
          <w:tcPr>
            <w:tcW w:w="1417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F72267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sz w:val="20"/>
                <w:szCs w:val="20"/>
              </w:rPr>
              <w:t>7.921.116,60</w:t>
            </w:r>
          </w:p>
        </w:tc>
        <w:tc>
          <w:tcPr>
            <w:tcW w:w="1417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EFB5C4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sz w:val="20"/>
                <w:szCs w:val="20"/>
              </w:rPr>
              <w:t>3.083.273,10</w:t>
            </w:r>
          </w:p>
        </w:tc>
        <w:tc>
          <w:tcPr>
            <w:tcW w:w="1247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1D03C9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sz w:val="20"/>
                <w:szCs w:val="20"/>
              </w:rPr>
              <w:t>114,54 %</w:t>
            </w:r>
          </w:p>
        </w:tc>
        <w:tc>
          <w:tcPr>
            <w:tcW w:w="1247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26F8DC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sz w:val="20"/>
                <w:szCs w:val="20"/>
              </w:rPr>
              <w:t>38,92 %</w:t>
            </w:r>
          </w:p>
        </w:tc>
      </w:tr>
    </w:tbl>
    <w:p w14:paraId="73E8702C" w14:textId="77777777" w:rsidR="00A279ED" w:rsidRPr="00C54EDB" w:rsidRDefault="00A279ED">
      <w:pPr>
        <w:spacing w:after="0"/>
        <w:rPr>
          <w:rFonts w:cs="Arial"/>
          <w:sz w:val="20"/>
          <w:szCs w:val="20"/>
        </w:rPr>
      </w:pPr>
    </w:p>
    <w:p w14:paraId="37243CCC" w14:textId="77777777" w:rsidR="00A279ED" w:rsidRPr="00C54EDB" w:rsidRDefault="00000000">
      <w:pPr>
        <w:rPr>
          <w:rFonts w:cs="Arial"/>
          <w:sz w:val="20"/>
          <w:szCs w:val="20"/>
        </w:rPr>
      </w:pPr>
      <w:proofErr w:type="spellStart"/>
      <w:r w:rsidRPr="00C54EDB">
        <w:rPr>
          <w:rFonts w:cs="Arial"/>
          <w:sz w:val="20"/>
          <w:szCs w:val="20"/>
        </w:rPr>
        <w:t>Najveći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dio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rashoda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financiran</w:t>
      </w:r>
      <w:proofErr w:type="spellEnd"/>
      <w:r w:rsidRPr="00C54EDB">
        <w:rPr>
          <w:rFonts w:cs="Arial"/>
          <w:sz w:val="20"/>
          <w:szCs w:val="20"/>
        </w:rPr>
        <w:t xml:space="preserve"> je </w:t>
      </w:r>
      <w:proofErr w:type="spellStart"/>
      <w:r w:rsidRPr="00C54EDB">
        <w:rPr>
          <w:rFonts w:cs="Arial"/>
          <w:sz w:val="20"/>
          <w:szCs w:val="20"/>
        </w:rPr>
        <w:t>iz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općih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prihoda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primitaka</w:t>
      </w:r>
      <w:proofErr w:type="spellEnd"/>
      <w:r w:rsidRPr="00C54EDB">
        <w:rPr>
          <w:rFonts w:cs="Arial"/>
          <w:sz w:val="20"/>
          <w:szCs w:val="20"/>
        </w:rPr>
        <w:t xml:space="preserve"> Grada Zadra. </w:t>
      </w:r>
      <w:proofErr w:type="spellStart"/>
      <w:r w:rsidRPr="00C54EDB">
        <w:rPr>
          <w:rFonts w:cs="Arial"/>
          <w:sz w:val="20"/>
          <w:szCs w:val="20"/>
        </w:rPr>
        <w:t>Vlastiti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prihodi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iskorišteni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su</w:t>
      </w:r>
      <w:proofErr w:type="spellEnd"/>
      <w:r w:rsidRPr="00C54EDB">
        <w:rPr>
          <w:rFonts w:cs="Arial"/>
          <w:sz w:val="20"/>
          <w:szCs w:val="20"/>
        </w:rPr>
        <w:t xml:space="preserve"> 85,68 % </w:t>
      </w:r>
      <w:proofErr w:type="spellStart"/>
      <w:r w:rsidRPr="00C54EDB">
        <w:rPr>
          <w:rFonts w:cs="Arial"/>
          <w:sz w:val="20"/>
          <w:szCs w:val="20"/>
        </w:rPr>
        <w:t>godišnjeg</w:t>
      </w:r>
      <w:proofErr w:type="spellEnd"/>
      <w:r w:rsidRPr="00C54EDB">
        <w:rPr>
          <w:rFonts w:cs="Arial"/>
          <w:sz w:val="20"/>
          <w:szCs w:val="20"/>
        </w:rPr>
        <w:t xml:space="preserve"> plana, </w:t>
      </w:r>
      <w:proofErr w:type="spellStart"/>
      <w:r w:rsidRPr="00C54EDB">
        <w:rPr>
          <w:rFonts w:cs="Arial"/>
          <w:sz w:val="20"/>
          <w:szCs w:val="20"/>
        </w:rPr>
        <w:t>uglavnom</w:t>
      </w:r>
      <w:proofErr w:type="spellEnd"/>
      <w:r w:rsidRPr="00C54EDB">
        <w:rPr>
          <w:rFonts w:cs="Arial"/>
          <w:sz w:val="20"/>
          <w:szCs w:val="20"/>
        </w:rPr>
        <w:t xml:space="preserve"> za </w:t>
      </w:r>
      <w:proofErr w:type="spellStart"/>
      <w:r w:rsidRPr="00C54EDB">
        <w:rPr>
          <w:rFonts w:cs="Arial"/>
          <w:sz w:val="20"/>
          <w:szCs w:val="20"/>
        </w:rPr>
        <w:t>premije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osiguranja</w:t>
      </w:r>
      <w:proofErr w:type="spellEnd"/>
      <w:r w:rsidRPr="00C54EDB">
        <w:rPr>
          <w:rFonts w:cs="Arial"/>
          <w:sz w:val="20"/>
          <w:szCs w:val="20"/>
        </w:rPr>
        <w:t xml:space="preserve">, pa je </w:t>
      </w:r>
      <w:proofErr w:type="spellStart"/>
      <w:r w:rsidRPr="00C54EDB">
        <w:rPr>
          <w:rFonts w:cs="Arial"/>
          <w:sz w:val="20"/>
          <w:szCs w:val="20"/>
        </w:rPr>
        <w:t>potrebno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pratiti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raspoloživost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ovog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izvora</w:t>
      </w:r>
      <w:proofErr w:type="spellEnd"/>
      <w:r w:rsidRPr="00C54EDB">
        <w:rPr>
          <w:rFonts w:cs="Arial"/>
          <w:sz w:val="20"/>
          <w:szCs w:val="20"/>
        </w:rPr>
        <w:t xml:space="preserve"> u </w:t>
      </w:r>
      <w:proofErr w:type="spellStart"/>
      <w:r w:rsidRPr="00C54EDB">
        <w:rPr>
          <w:rFonts w:cs="Arial"/>
          <w:sz w:val="20"/>
          <w:szCs w:val="20"/>
        </w:rPr>
        <w:t>nastavku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godine</w:t>
      </w:r>
      <w:proofErr w:type="spellEnd"/>
      <w:r w:rsidRPr="00C54EDB">
        <w:rPr>
          <w:rFonts w:cs="Arial"/>
          <w:sz w:val="20"/>
          <w:szCs w:val="20"/>
        </w:rPr>
        <w:t xml:space="preserve">. </w:t>
      </w:r>
      <w:proofErr w:type="spellStart"/>
      <w:r w:rsidRPr="00C54EDB">
        <w:rPr>
          <w:rFonts w:cs="Arial"/>
          <w:sz w:val="20"/>
          <w:szCs w:val="20"/>
        </w:rPr>
        <w:t>Rashodi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financirani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iz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prihoda</w:t>
      </w:r>
      <w:proofErr w:type="spellEnd"/>
      <w:r w:rsidRPr="00C54EDB">
        <w:rPr>
          <w:rFonts w:cs="Arial"/>
          <w:sz w:val="20"/>
          <w:szCs w:val="20"/>
        </w:rPr>
        <w:t xml:space="preserve"> za </w:t>
      </w:r>
      <w:proofErr w:type="spellStart"/>
      <w:r w:rsidRPr="00C54EDB">
        <w:rPr>
          <w:rFonts w:cs="Arial"/>
          <w:sz w:val="20"/>
          <w:szCs w:val="20"/>
        </w:rPr>
        <w:t>posebne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namjene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izvršeni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su</w:t>
      </w:r>
      <w:proofErr w:type="spellEnd"/>
      <w:r w:rsidRPr="00C54EDB">
        <w:rPr>
          <w:rFonts w:cs="Arial"/>
          <w:sz w:val="20"/>
          <w:szCs w:val="20"/>
        </w:rPr>
        <w:t xml:space="preserve"> 55,92 % plana, </w:t>
      </w:r>
      <w:proofErr w:type="spellStart"/>
      <w:r w:rsidRPr="00C54EDB">
        <w:rPr>
          <w:rFonts w:cs="Arial"/>
          <w:sz w:val="20"/>
          <w:szCs w:val="20"/>
        </w:rPr>
        <w:t>dok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su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sredstva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prenesenog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viška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korištena</w:t>
      </w:r>
      <w:proofErr w:type="spellEnd"/>
      <w:r w:rsidRPr="00C54EDB">
        <w:rPr>
          <w:rFonts w:cs="Arial"/>
          <w:sz w:val="20"/>
          <w:szCs w:val="20"/>
        </w:rPr>
        <w:t xml:space="preserve"> za </w:t>
      </w:r>
      <w:proofErr w:type="spellStart"/>
      <w:r w:rsidRPr="00C54EDB">
        <w:rPr>
          <w:rFonts w:cs="Arial"/>
          <w:sz w:val="20"/>
          <w:szCs w:val="20"/>
        </w:rPr>
        <w:t>kapitalna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ulaganja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druge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namjene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utvrđene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financijskim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planom</w:t>
      </w:r>
      <w:proofErr w:type="spellEnd"/>
      <w:r w:rsidRPr="00C54EDB">
        <w:rPr>
          <w:rFonts w:cs="Arial"/>
          <w:sz w:val="20"/>
          <w:szCs w:val="20"/>
        </w:rPr>
        <w:t>.</w:t>
      </w:r>
    </w:p>
    <w:p w14:paraId="6B15FF6C" w14:textId="6055494D" w:rsidR="004A7ADF" w:rsidRPr="00C54EDB" w:rsidRDefault="004A7ADF" w:rsidP="00647BB9">
      <w:pPr>
        <w:pStyle w:val="Heading2"/>
        <w:rPr>
          <w:rFonts w:ascii="Arial" w:hAnsi="Arial" w:cs="Arial"/>
          <w:sz w:val="20"/>
          <w:szCs w:val="20"/>
        </w:rPr>
      </w:pPr>
      <w:r w:rsidRPr="00C54EDB">
        <w:rPr>
          <w:rFonts w:ascii="Arial" w:hAnsi="Arial" w:cs="Arial"/>
          <w:sz w:val="20"/>
          <w:szCs w:val="20"/>
        </w:rPr>
        <w:lastRenderedPageBreak/>
        <w:t xml:space="preserve">1.3. </w:t>
      </w:r>
      <w:proofErr w:type="spellStart"/>
      <w:r w:rsidRPr="00C54EDB">
        <w:rPr>
          <w:rFonts w:ascii="Arial" w:hAnsi="Arial" w:cs="Arial"/>
          <w:sz w:val="20"/>
          <w:szCs w:val="20"/>
        </w:rPr>
        <w:t>Rashodi</w:t>
      </w:r>
      <w:proofErr w:type="spellEnd"/>
      <w:r w:rsidRPr="00C54E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54EDB">
        <w:rPr>
          <w:rFonts w:ascii="Arial" w:hAnsi="Arial" w:cs="Arial"/>
          <w:sz w:val="20"/>
          <w:szCs w:val="20"/>
        </w:rPr>
        <w:t>prema</w:t>
      </w:r>
      <w:proofErr w:type="spellEnd"/>
      <w:r w:rsidRPr="00C54E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54EDB">
        <w:rPr>
          <w:rFonts w:ascii="Arial" w:hAnsi="Arial" w:cs="Arial"/>
          <w:sz w:val="20"/>
          <w:szCs w:val="20"/>
        </w:rPr>
        <w:t>funkcijskoj</w:t>
      </w:r>
      <w:proofErr w:type="spellEnd"/>
      <w:r w:rsidRPr="00C54E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54EDB">
        <w:rPr>
          <w:rFonts w:ascii="Arial" w:hAnsi="Arial" w:cs="Arial"/>
          <w:sz w:val="20"/>
          <w:szCs w:val="20"/>
        </w:rPr>
        <w:t>klasifikaciji</w:t>
      </w:r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61"/>
        <w:gridCol w:w="1361"/>
        <w:gridCol w:w="1417"/>
        <w:gridCol w:w="1417"/>
        <w:gridCol w:w="1247"/>
        <w:gridCol w:w="1247"/>
      </w:tblGrid>
      <w:tr w:rsidR="00A279ED" w:rsidRPr="00C54EDB" w14:paraId="63A2504E" w14:textId="77777777">
        <w:trPr>
          <w:tblHeader/>
          <w:jc w:val="center"/>
        </w:trPr>
        <w:tc>
          <w:tcPr>
            <w:tcW w:w="3061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A0AB0D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Funkcijska</w:t>
            </w:r>
            <w:proofErr w:type="spellEnd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klasifikacija</w:t>
            </w:r>
            <w:proofErr w:type="spellEnd"/>
          </w:p>
        </w:tc>
        <w:tc>
          <w:tcPr>
            <w:tcW w:w="1361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CEEF9B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I–VI 2025.</w:t>
            </w:r>
          </w:p>
        </w:tc>
        <w:tc>
          <w:tcPr>
            <w:tcW w:w="1417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CAFE00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Plan 2026.</w:t>
            </w:r>
          </w:p>
        </w:tc>
        <w:tc>
          <w:tcPr>
            <w:tcW w:w="1417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7F2708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I–VI 2026.</w:t>
            </w:r>
          </w:p>
        </w:tc>
        <w:tc>
          <w:tcPr>
            <w:tcW w:w="1247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09406F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Indeks</w:t>
            </w:r>
            <w:proofErr w:type="spellEnd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 xml:space="preserve"> 26/25</w:t>
            </w:r>
          </w:p>
        </w:tc>
        <w:tc>
          <w:tcPr>
            <w:tcW w:w="1247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F9DD0F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Izvršenje</w:t>
            </w:r>
            <w:proofErr w:type="spellEnd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 xml:space="preserve"> plana</w:t>
            </w:r>
          </w:p>
        </w:tc>
      </w:tr>
      <w:tr w:rsidR="00A279ED" w:rsidRPr="00C54EDB" w14:paraId="42EAB5AC" w14:textId="77777777">
        <w:trPr>
          <w:jc w:val="center"/>
        </w:trPr>
        <w:tc>
          <w:tcPr>
            <w:tcW w:w="30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EFA197" w14:textId="7777777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 xml:space="preserve">0911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Predškolsko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obrazovanje</w:t>
            </w:r>
            <w:proofErr w:type="spellEnd"/>
          </w:p>
        </w:tc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171537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2.588.697,72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95C663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7.771.116,60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E86A8D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2.962.497,44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4C91F8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114,44 %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889C8D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38,12 %</w:t>
            </w:r>
          </w:p>
        </w:tc>
      </w:tr>
      <w:tr w:rsidR="00A279ED" w:rsidRPr="00C54EDB" w14:paraId="7BD80A2E" w14:textId="77777777">
        <w:trPr>
          <w:jc w:val="center"/>
        </w:trPr>
        <w:tc>
          <w:tcPr>
            <w:tcW w:w="30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48696A" w14:textId="7777777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 xml:space="preserve">096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Dodatne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usluge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u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obrazovanju</w:t>
            </w:r>
            <w:proofErr w:type="spellEnd"/>
          </w:p>
        </w:tc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00F0DC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103.174,38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24EA3C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200.000,00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3AD01F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165.662,74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4F044F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160,57 %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653CBE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82,83 %</w:t>
            </w:r>
          </w:p>
        </w:tc>
      </w:tr>
      <w:tr w:rsidR="00A279ED" w:rsidRPr="00C54EDB" w14:paraId="2B96FF93" w14:textId="77777777">
        <w:trPr>
          <w:jc w:val="center"/>
        </w:trPr>
        <w:tc>
          <w:tcPr>
            <w:tcW w:w="30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0B79A7" w14:textId="7777777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 xml:space="preserve">09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Obrazovanje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–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ukupno</w:t>
            </w:r>
            <w:proofErr w:type="spellEnd"/>
          </w:p>
        </w:tc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46C7B9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2.691.872,10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68C5B1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7.971.116,60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750E0F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3.083.273,10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A951D4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114,54 %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B51FEF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38,68 %</w:t>
            </w:r>
          </w:p>
        </w:tc>
      </w:tr>
    </w:tbl>
    <w:p w14:paraId="5AD76585" w14:textId="77777777" w:rsidR="00A279ED" w:rsidRPr="00C54EDB" w:rsidRDefault="00A279ED">
      <w:pPr>
        <w:spacing w:after="0"/>
        <w:rPr>
          <w:rFonts w:cs="Arial"/>
          <w:sz w:val="20"/>
          <w:szCs w:val="20"/>
        </w:rPr>
      </w:pPr>
    </w:p>
    <w:p w14:paraId="145E8539" w14:textId="734DE12B" w:rsidR="00A279ED" w:rsidRPr="00C54EDB" w:rsidRDefault="00000000">
      <w:pPr>
        <w:rPr>
          <w:rFonts w:cs="Arial"/>
          <w:sz w:val="20"/>
          <w:szCs w:val="20"/>
        </w:rPr>
      </w:pPr>
      <w:r w:rsidRPr="00C54EDB">
        <w:rPr>
          <w:rFonts w:cs="Arial"/>
          <w:sz w:val="20"/>
          <w:szCs w:val="20"/>
        </w:rPr>
        <w:t xml:space="preserve">Svi </w:t>
      </w:r>
      <w:proofErr w:type="spellStart"/>
      <w:r w:rsidRPr="00C54EDB">
        <w:rPr>
          <w:rFonts w:cs="Arial"/>
          <w:sz w:val="20"/>
          <w:szCs w:val="20"/>
        </w:rPr>
        <w:t>rashodi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ustanove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razvrstani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su</w:t>
      </w:r>
      <w:proofErr w:type="spellEnd"/>
      <w:r w:rsidRPr="00C54EDB">
        <w:rPr>
          <w:rFonts w:cs="Arial"/>
          <w:sz w:val="20"/>
          <w:szCs w:val="20"/>
        </w:rPr>
        <w:t xml:space="preserve"> u </w:t>
      </w:r>
      <w:proofErr w:type="spellStart"/>
      <w:r w:rsidRPr="00C54EDB">
        <w:rPr>
          <w:rFonts w:cs="Arial"/>
          <w:sz w:val="20"/>
          <w:szCs w:val="20"/>
        </w:rPr>
        <w:t>funkciju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obrazovanja</w:t>
      </w:r>
      <w:proofErr w:type="spellEnd"/>
      <w:r w:rsidRPr="00C54EDB">
        <w:rPr>
          <w:rFonts w:cs="Arial"/>
          <w:sz w:val="20"/>
          <w:szCs w:val="20"/>
        </w:rPr>
        <w:t xml:space="preserve">. Za </w:t>
      </w:r>
      <w:proofErr w:type="spellStart"/>
      <w:r w:rsidRPr="00C54EDB">
        <w:rPr>
          <w:rFonts w:cs="Arial"/>
          <w:sz w:val="20"/>
          <w:szCs w:val="20"/>
        </w:rPr>
        <w:t>predškolsko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obrazovanje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izvršeno</w:t>
      </w:r>
      <w:proofErr w:type="spellEnd"/>
      <w:r w:rsidRPr="00C54EDB">
        <w:rPr>
          <w:rFonts w:cs="Arial"/>
          <w:sz w:val="20"/>
          <w:szCs w:val="20"/>
        </w:rPr>
        <w:t xml:space="preserve"> je 2.962.497,44 EUR </w:t>
      </w:r>
      <w:proofErr w:type="spellStart"/>
      <w:r w:rsidRPr="00C54EDB">
        <w:rPr>
          <w:rFonts w:cs="Arial"/>
          <w:sz w:val="20"/>
          <w:szCs w:val="20"/>
        </w:rPr>
        <w:t>ili</w:t>
      </w:r>
      <w:proofErr w:type="spellEnd"/>
      <w:r w:rsidRPr="00C54EDB">
        <w:rPr>
          <w:rFonts w:cs="Arial"/>
          <w:sz w:val="20"/>
          <w:szCs w:val="20"/>
        </w:rPr>
        <w:t xml:space="preserve"> 38,12 % plana. </w:t>
      </w:r>
      <w:proofErr w:type="spellStart"/>
      <w:r w:rsidRPr="00C54EDB">
        <w:rPr>
          <w:rFonts w:cs="Arial"/>
          <w:sz w:val="20"/>
          <w:szCs w:val="20"/>
        </w:rPr>
        <w:t>Dodatne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usluge</w:t>
      </w:r>
      <w:proofErr w:type="spellEnd"/>
      <w:r w:rsidRPr="00C54EDB">
        <w:rPr>
          <w:rFonts w:cs="Arial"/>
          <w:sz w:val="20"/>
          <w:szCs w:val="20"/>
        </w:rPr>
        <w:t xml:space="preserve"> u </w:t>
      </w:r>
      <w:proofErr w:type="spellStart"/>
      <w:r w:rsidRPr="00C54EDB">
        <w:rPr>
          <w:rFonts w:cs="Arial"/>
          <w:sz w:val="20"/>
          <w:szCs w:val="20"/>
        </w:rPr>
        <w:t>obrazovanju</w:t>
      </w:r>
      <w:proofErr w:type="spellEnd"/>
      <w:r w:rsidRPr="00C54EDB">
        <w:rPr>
          <w:rFonts w:cs="Arial"/>
          <w:sz w:val="20"/>
          <w:szCs w:val="20"/>
        </w:rPr>
        <w:t xml:space="preserve">, </w:t>
      </w:r>
      <w:proofErr w:type="spellStart"/>
      <w:r w:rsidRPr="00C54EDB">
        <w:rPr>
          <w:rFonts w:cs="Arial"/>
          <w:sz w:val="20"/>
          <w:szCs w:val="20"/>
        </w:rPr>
        <w:t>koje</w:t>
      </w:r>
      <w:proofErr w:type="spellEnd"/>
      <w:r w:rsidRPr="00C54EDB">
        <w:rPr>
          <w:rFonts w:cs="Arial"/>
          <w:sz w:val="20"/>
          <w:szCs w:val="20"/>
        </w:rPr>
        <w:t xml:space="preserve"> se u </w:t>
      </w:r>
      <w:proofErr w:type="spellStart"/>
      <w:r w:rsidRPr="00C54EDB">
        <w:rPr>
          <w:rFonts w:cs="Arial"/>
          <w:sz w:val="20"/>
          <w:szCs w:val="20"/>
        </w:rPr>
        <w:t>najvećem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dijelu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odnose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na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prehranu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djece</w:t>
      </w:r>
      <w:proofErr w:type="spellEnd"/>
      <w:r w:rsidRPr="00C54EDB">
        <w:rPr>
          <w:rFonts w:cs="Arial"/>
          <w:sz w:val="20"/>
          <w:szCs w:val="20"/>
        </w:rPr>
        <w:t xml:space="preserve">, </w:t>
      </w:r>
      <w:proofErr w:type="spellStart"/>
      <w:r w:rsidRPr="00C54EDB">
        <w:rPr>
          <w:rFonts w:cs="Arial"/>
          <w:sz w:val="20"/>
          <w:szCs w:val="20"/>
        </w:rPr>
        <w:t>izvršene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su</w:t>
      </w:r>
      <w:proofErr w:type="spellEnd"/>
      <w:r w:rsidRPr="00C54EDB">
        <w:rPr>
          <w:rFonts w:cs="Arial"/>
          <w:sz w:val="20"/>
          <w:szCs w:val="20"/>
        </w:rPr>
        <w:t xml:space="preserve"> u </w:t>
      </w:r>
      <w:proofErr w:type="spellStart"/>
      <w:r w:rsidRPr="00C54EDB">
        <w:rPr>
          <w:rFonts w:cs="Arial"/>
          <w:sz w:val="20"/>
          <w:szCs w:val="20"/>
        </w:rPr>
        <w:t>iznosu</w:t>
      </w:r>
      <w:proofErr w:type="spellEnd"/>
      <w:r w:rsidRPr="00C54EDB">
        <w:rPr>
          <w:rFonts w:cs="Arial"/>
          <w:sz w:val="20"/>
          <w:szCs w:val="20"/>
        </w:rPr>
        <w:t xml:space="preserve"> od 165.662,74 EUR </w:t>
      </w:r>
      <w:proofErr w:type="spellStart"/>
      <w:r w:rsidRPr="00C54EDB">
        <w:rPr>
          <w:rFonts w:cs="Arial"/>
          <w:sz w:val="20"/>
          <w:szCs w:val="20"/>
        </w:rPr>
        <w:t>ili</w:t>
      </w:r>
      <w:proofErr w:type="spellEnd"/>
      <w:r w:rsidRPr="00C54EDB">
        <w:rPr>
          <w:rFonts w:cs="Arial"/>
          <w:sz w:val="20"/>
          <w:szCs w:val="20"/>
        </w:rPr>
        <w:t xml:space="preserve"> 82,83 % plana.</w:t>
      </w:r>
    </w:p>
    <w:p w14:paraId="09299063" w14:textId="3AA4FF84" w:rsidR="00A279ED" w:rsidRPr="00C54EDB" w:rsidRDefault="004A7ADF">
      <w:pPr>
        <w:pStyle w:val="Heading2"/>
        <w:rPr>
          <w:rFonts w:ascii="Arial" w:hAnsi="Arial" w:cs="Arial"/>
          <w:sz w:val="20"/>
          <w:szCs w:val="20"/>
        </w:rPr>
      </w:pPr>
      <w:r w:rsidRPr="00C54EDB">
        <w:rPr>
          <w:rFonts w:ascii="Arial" w:hAnsi="Arial" w:cs="Arial"/>
          <w:sz w:val="20"/>
          <w:szCs w:val="20"/>
        </w:rPr>
        <w:t xml:space="preserve">1.4. </w:t>
      </w:r>
      <w:proofErr w:type="spellStart"/>
      <w:r w:rsidRPr="00C54EDB">
        <w:rPr>
          <w:rFonts w:ascii="Arial" w:hAnsi="Arial" w:cs="Arial"/>
          <w:sz w:val="20"/>
          <w:szCs w:val="20"/>
        </w:rPr>
        <w:t>Račun</w:t>
      </w:r>
      <w:proofErr w:type="spellEnd"/>
      <w:r w:rsidRPr="00C54E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54EDB">
        <w:rPr>
          <w:rFonts w:ascii="Arial" w:hAnsi="Arial" w:cs="Arial"/>
          <w:sz w:val="20"/>
          <w:szCs w:val="20"/>
        </w:rPr>
        <w:t>financiranja</w:t>
      </w:r>
      <w:proofErr w:type="spellEnd"/>
      <w:r w:rsidRPr="00C54E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54EDB">
        <w:rPr>
          <w:rFonts w:ascii="Arial" w:hAnsi="Arial" w:cs="Arial"/>
          <w:sz w:val="20"/>
          <w:szCs w:val="20"/>
        </w:rPr>
        <w:t>i</w:t>
      </w:r>
      <w:proofErr w:type="spellEnd"/>
      <w:r w:rsidRPr="00C54E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54EDB">
        <w:rPr>
          <w:rFonts w:ascii="Arial" w:hAnsi="Arial" w:cs="Arial"/>
          <w:sz w:val="20"/>
          <w:szCs w:val="20"/>
        </w:rPr>
        <w:t>zaduživanje</w:t>
      </w:r>
      <w:proofErr w:type="spellEnd"/>
    </w:p>
    <w:p w14:paraId="1A94CDAE" w14:textId="77777777" w:rsidR="00A279ED" w:rsidRPr="00C54EDB" w:rsidRDefault="00000000">
      <w:pPr>
        <w:rPr>
          <w:rFonts w:cs="Arial"/>
          <w:sz w:val="20"/>
          <w:szCs w:val="20"/>
        </w:rPr>
      </w:pPr>
      <w:r w:rsidRPr="00C54EDB">
        <w:rPr>
          <w:rFonts w:cs="Arial"/>
          <w:sz w:val="20"/>
          <w:szCs w:val="20"/>
        </w:rPr>
        <w:t xml:space="preserve">U </w:t>
      </w:r>
      <w:proofErr w:type="spellStart"/>
      <w:r w:rsidRPr="00C54EDB">
        <w:rPr>
          <w:rFonts w:cs="Arial"/>
          <w:sz w:val="20"/>
          <w:szCs w:val="20"/>
        </w:rPr>
        <w:t>razdoblju</w:t>
      </w:r>
      <w:proofErr w:type="spellEnd"/>
      <w:r w:rsidRPr="00C54EDB">
        <w:rPr>
          <w:rFonts w:cs="Arial"/>
          <w:sz w:val="20"/>
          <w:szCs w:val="20"/>
        </w:rPr>
        <w:t xml:space="preserve"> od 1. </w:t>
      </w:r>
      <w:proofErr w:type="spellStart"/>
      <w:r w:rsidRPr="00C54EDB">
        <w:rPr>
          <w:rFonts w:cs="Arial"/>
          <w:sz w:val="20"/>
          <w:szCs w:val="20"/>
        </w:rPr>
        <w:t>siječnja</w:t>
      </w:r>
      <w:proofErr w:type="spellEnd"/>
      <w:r w:rsidRPr="00C54EDB">
        <w:rPr>
          <w:rFonts w:cs="Arial"/>
          <w:sz w:val="20"/>
          <w:szCs w:val="20"/>
        </w:rPr>
        <w:t xml:space="preserve"> do 30. </w:t>
      </w:r>
      <w:proofErr w:type="spellStart"/>
      <w:r w:rsidRPr="00C54EDB">
        <w:rPr>
          <w:rFonts w:cs="Arial"/>
          <w:sz w:val="20"/>
          <w:szCs w:val="20"/>
        </w:rPr>
        <w:t>lipnja</w:t>
      </w:r>
      <w:proofErr w:type="spellEnd"/>
      <w:r w:rsidRPr="00C54EDB">
        <w:rPr>
          <w:rFonts w:cs="Arial"/>
          <w:sz w:val="20"/>
          <w:szCs w:val="20"/>
        </w:rPr>
        <w:t xml:space="preserve"> 2026. </w:t>
      </w:r>
      <w:proofErr w:type="spellStart"/>
      <w:r w:rsidRPr="00C54EDB">
        <w:rPr>
          <w:rFonts w:cs="Arial"/>
          <w:sz w:val="20"/>
          <w:szCs w:val="20"/>
        </w:rPr>
        <w:t>godine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Dječji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vrtić</w:t>
      </w:r>
      <w:proofErr w:type="spellEnd"/>
      <w:r w:rsidRPr="00C54EDB">
        <w:rPr>
          <w:rFonts w:cs="Arial"/>
          <w:sz w:val="20"/>
          <w:szCs w:val="20"/>
        </w:rPr>
        <w:t xml:space="preserve"> Sunce Zadar </w:t>
      </w:r>
      <w:proofErr w:type="spellStart"/>
      <w:r w:rsidRPr="00C54EDB">
        <w:rPr>
          <w:rFonts w:cs="Arial"/>
          <w:sz w:val="20"/>
          <w:szCs w:val="20"/>
        </w:rPr>
        <w:t>nije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ostvario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primitke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od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financijske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imovine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zaduživanja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niti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izdatke</w:t>
      </w:r>
      <w:proofErr w:type="spellEnd"/>
      <w:r w:rsidRPr="00C54EDB">
        <w:rPr>
          <w:rFonts w:cs="Arial"/>
          <w:sz w:val="20"/>
          <w:szCs w:val="20"/>
        </w:rPr>
        <w:t xml:space="preserve"> za </w:t>
      </w:r>
      <w:proofErr w:type="spellStart"/>
      <w:r w:rsidRPr="00C54EDB">
        <w:rPr>
          <w:rFonts w:cs="Arial"/>
          <w:sz w:val="20"/>
          <w:szCs w:val="20"/>
        </w:rPr>
        <w:t>financijsku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imovinu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otplate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zajmova</w:t>
      </w:r>
      <w:proofErr w:type="spellEnd"/>
      <w:r w:rsidRPr="00C54EDB">
        <w:rPr>
          <w:rFonts w:cs="Arial"/>
          <w:sz w:val="20"/>
          <w:szCs w:val="20"/>
        </w:rPr>
        <w:t xml:space="preserve">. Neto </w:t>
      </w:r>
      <w:proofErr w:type="spellStart"/>
      <w:r w:rsidRPr="00C54EDB">
        <w:rPr>
          <w:rFonts w:cs="Arial"/>
          <w:sz w:val="20"/>
          <w:szCs w:val="20"/>
        </w:rPr>
        <w:t>financiranje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iznosi</w:t>
      </w:r>
      <w:proofErr w:type="spellEnd"/>
      <w:r w:rsidRPr="00C54EDB">
        <w:rPr>
          <w:rFonts w:cs="Arial"/>
          <w:sz w:val="20"/>
          <w:szCs w:val="20"/>
        </w:rPr>
        <w:t xml:space="preserve"> 0,00 EUR. </w:t>
      </w:r>
      <w:proofErr w:type="spellStart"/>
      <w:r w:rsidRPr="00C54EDB">
        <w:rPr>
          <w:rFonts w:cs="Arial"/>
          <w:sz w:val="20"/>
          <w:szCs w:val="20"/>
        </w:rPr>
        <w:t>Ustanova</w:t>
      </w:r>
      <w:proofErr w:type="spellEnd"/>
      <w:r w:rsidRPr="00C54EDB">
        <w:rPr>
          <w:rFonts w:cs="Arial"/>
          <w:sz w:val="20"/>
          <w:szCs w:val="20"/>
        </w:rPr>
        <w:t xml:space="preserve"> se </w:t>
      </w:r>
      <w:proofErr w:type="spellStart"/>
      <w:r w:rsidRPr="00C54EDB">
        <w:rPr>
          <w:rFonts w:cs="Arial"/>
          <w:sz w:val="20"/>
          <w:szCs w:val="20"/>
        </w:rPr>
        <w:t>nije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zaduživala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na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domaćem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ni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stranom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tržištu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novca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kapitala</w:t>
      </w:r>
      <w:proofErr w:type="spellEnd"/>
      <w:r w:rsidRPr="00C54EDB">
        <w:rPr>
          <w:rFonts w:cs="Arial"/>
          <w:sz w:val="20"/>
          <w:szCs w:val="20"/>
        </w:rPr>
        <w:t>.</w:t>
      </w:r>
    </w:p>
    <w:p w14:paraId="2DAF8ED4" w14:textId="4B51FD70" w:rsidR="00A279ED" w:rsidRPr="00C54EDB" w:rsidRDefault="00000000">
      <w:pPr>
        <w:rPr>
          <w:rFonts w:cs="Arial"/>
          <w:color w:val="004E9A"/>
          <w:sz w:val="20"/>
          <w:szCs w:val="20"/>
        </w:rPr>
      </w:pPr>
      <w:r w:rsidRPr="00C54EDB">
        <w:rPr>
          <w:rFonts w:cs="Arial"/>
          <w:sz w:val="20"/>
          <w:szCs w:val="20"/>
        </w:rPr>
        <w:t>.</w:t>
      </w:r>
    </w:p>
    <w:p w14:paraId="3FFA4AF6" w14:textId="2C82F68A" w:rsidR="00A279ED" w:rsidRPr="00C54EDB" w:rsidRDefault="004A7ADF">
      <w:pPr>
        <w:pStyle w:val="Heading1"/>
        <w:rPr>
          <w:rFonts w:ascii="Arial" w:hAnsi="Arial" w:cs="Arial"/>
          <w:color w:val="004E9A"/>
          <w:sz w:val="22"/>
          <w:szCs w:val="22"/>
        </w:rPr>
      </w:pPr>
      <w:r w:rsidRPr="00C54EDB">
        <w:rPr>
          <w:rFonts w:ascii="Arial" w:hAnsi="Arial" w:cs="Arial"/>
          <w:color w:val="004E9A"/>
          <w:sz w:val="22"/>
          <w:szCs w:val="22"/>
        </w:rPr>
        <w:t xml:space="preserve">2. </w:t>
      </w:r>
      <w:r w:rsidR="005B2087" w:rsidRPr="00C54EDB">
        <w:rPr>
          <w:rFonts w:ascii="Arial" w:hAnsi="Arial" w:cs="Arial"/>
          <w:color w:val="004E9A"/>
          <w:sz w:val="22"/>
          <w:szCs w:val="22"/>
        </w:rPr>
        <w:t>OBRAZLOŽENJE POSEBNOG DIJELA IZVJEŠTAJA O IZVRŠENJU FINANCIJSKOG PLAN</w:t>
      </w:r>
    </w:p>
    <w:p w14:paraId="2A306790" w14:textId="6763467F" w:rsidR="00AF14F1" w:rsidRPr="00C54EDB" w:rsidRDefault="00AF14F1" w:rsidP="005B2087">
      <w:pPr>
        <w:rPr>
          <w:rFonts w:cs="Arial"/>
          <w:color w:val="004E9A"/>
          <w:sz w:val="20"/>
          <w:szCs w:val="20"/>
        </w:rPr>
      </w:pPr>
      <w:proofErr w:type="spellStart"/>
      <w:r w:rsidRPr="00C54EDB">
        <w:rPr>
          <w:rFonts w:cs="Arial"/>
          <w:color w:val="004E9A"/>
          <w:sz w:val="20"/>
          <w:szCs w:val="20"/>
        </w:rPr>
        <w:t>Sažetak</w:t>
      </w:r>
      <w:proofErr w:type="spellEnd"/>
      <w:r w:rsidRPr="00C54EDB">
        <w:rPr>
          <w:rFonts w:cs="Arial"/>
          <w:color w:val="004E9A"/>
          <w:sz w:val="20"/>
          <w:szCs w:val="20"/>
        </w:rPr>
        <w:t xml:space="preserve"> </w:t>
      </w:r>
      <w:proofErr w:type="spellStart"/>
      <w:r w:rsidRPr="00C54EDB">
        <w:rPr>
          <w:rFonts w:cs="Arial"/>
          <w:color w:val="004E9A"/>
          <w:sz w:val="20"/>
          <w:szCs w:val="20"/>
        </w:rPr>
        <w:t>djelokruga</w:t>
      </w:r>
      <w:proofErr w:type="spellEnd"/>
      <w:r w:rsidRPr="00C54EDB">
        <w:rPr>
          <w:rFonts w:cs="Arial"/>
          <w:color w:val="004E9A"/>
          <w:sz w:val="20"/>
          <w:szCs w:val="20"/>
        </w:rPr>
        <w:t xml:space="preserve"> rada</w:t>
      </w:r>
    </w:p>
    <w:p w14:paraId="12667EBB" w14:textId="3AAAB095" w:rsidR="005B2087" w:rsidRPr="00C54EDB" w:rsidRDefault="005B2087" w:rsidP="00AF14F1">
      <w:pPr>
        <w:pStyle w:val="NormalWeb"/>
        <w:rPr>
          <w:rFonts w:ascii="Arial" w:hAnsi="Arial" w:cs="Arial"/>
          <w:color w:val="000000"/>
          <w:sz w:val="20"/>
          <w:szCs w:val="20"/>
        </w:rPr>
      </w:pPr>
      <w:r w:rsidRPr="00C54EDB">
        <w:rPr>
          <w:rFonts w:ascii="Arial" w:hAnsi="Arial" w:cs="Arial"/>
          <w:color w:val="000000"/>
          <w:sz w:val="20"/>
          <w:szCs w:val="20"/>
        </w:rPr>
        <w:t xml:space="preserve">Dječji vrtić </w:t>
      </w:r>
      <w:r w:rsidR="00AF14F1" w:rsidRPr="00C54EDB">
        <w:rPr>
          <w:rFonts w:ascii="Arial" w:hAnsi="Arial" w:cs="Arial"/>
          <w:color w:val="000000"/>
          <w:sz w:val="20"/>
          <w:szCs w:val="20"/>
        </w:rPr>
        <w:t>Sunce</w:t>
      </w:r>
      <w:r w:rsidRPr="00C54EDB">
        <w:rPr>
          <w:rFonts w:ascii="Arial" w:hAnsi="Arial" w:cs="Arial"/>
          <w:color w:val="000000"/>
          <w:sz w:val="20"/>
          <w:szCs w:val="20"/>
        </w:rPr>
        <w:t xml:space="preserve"> obavlja djelatnost organiziranog oblika odgojno – obrazovnog rada, njege i skrbi djece predškolske dobi u  područni</w:t>
      </w:r>
      <w:r w:rsidR="006B0EE1" w:rsidRPr="00C54EDB">
        <w:rPr>
          <w:rFonts w:ascii="Arial" w:hAnsi="Arial" w:cs="Arial"/>
          <w:color w:val="000000"/>
          <w:sz w:val="20"/>
          <w:szCs w:val="20"/>
        </w:rPr>
        <w:t>m</w:t>
      </w:r>
      <w:r w:rsidRPr="00C54EDB">
        <w:rPr>
          <w:rFonts w:ascii="Arial" w:hAnsi="Arial" w:cs="Arial"/>
          <w:color w:val="000000"/>
          <w:sz w:val="20"/>
          <w:szCs w:val="20"/>
        </w:rPr>
        <w:t xml:space="preserve"> objek</w:t>
      </w:r>
      <w:r w:rsidR="006B0EE1" w:rsidRPr="00C54EDB">
        <w:rPr>
          <w:rFonts w:ascii="Arial" w:hAnsi="Arial" w:cs="Arial"/>
          <w:color w:val="000000"/>
          <w:sz w:val="20"/>
          <w:szCs w:val="20"/>
        </w:rPr>
        <w:t>tima</w:t>
      </w:r>
      <w:r w:rsidRPr="00C54EDB">
        <w:rPr>
          <w:rFonts w:ascii="Arial" w:hAnsi="Arial" w:cs="Arial"/>
          <w:color w:val="000000"/>
          <w:sz w:val="20"/>
          <w:szCs w:val="20"/>
        </w:rPr>
        <w:t>.</w:t>
      </w:r>
      <w:r w:rsidR="00AF14F1" w:rsidRPr="00C54EDB">
        <w:rPr>
          <w:rFonts w:ascii="Arial" w:hAnsi="Arial" w:cs="Arial"/>
          <w:color w:val="000000"/>
          <w:sz w:val="20"/>
          <w:szCs w:val="20"/>
        </w:rPr>
        <w:t xml:space="preserve"> </w:t>
      </w:r>
      <w:r w:rsidRPr="00C54EDB">
        <w:rPr>
          <w:rFonts w:ascii="Arial" w:hAnsi="Arial" w:cs="Arial"/>
          <w:color w:val="000000"/>
          <w:sz w:val="20"/>
          <w:szCs w:val="20"/>
        </w:rPr>
        <w:t xml:space="preserve">Rad se provodi prema Godišnjem planu i programu rada </w:t>
      </w:r>
      <w:r w:rsidR="00AF14F1" w:rsidRPr="00C54EDB">
        <w:rPr>
          <w:rFonts w:ascii="Arial" w:hAnsi="Arial" w:cs="Arial"/>
          <w:color w:val="000000"/>
          <w:sz w:val="20"/>
          <w:szCs w:val="20"/>
        </w:rPr>
        <w:t xml:space="preserve"> za pedagošku godinu 2025/2026 </w:t>
      </w:r>
      <w:r w:rsidRPr="00C54EDB">
        <w:rPr>
          <w:rFonts w:ascii="Arial" w:hAnsi="Arial" w:cs="Arial"/>
          <w:color w:val="000000"/>
          <w:sz w:val="20"/>
          <w:szCs w:val="20"/>
        </w:rPr>
        <w:t xml:space="preserve">i Kurikulu Dječjeg vrtića </w:t>
      </w:r>
      <w:r w:rsidR="00AF14F1" w:rsidRPr="00C54EDB">
        <w:rPr>
          <w:rFonts w:ascii="Arial" w:hAnsi="Arial" w:cs="Arial"/>
          <w:color w:val="000000"/>
          <w:sz w:val="20"/>
          <w:szCs w:val="20"/>
        </w:rPr>
        <w:t>Sunce</w:t>
      </w:r>
      <w:r w:rsidRPr="00C54EDB">
        <w:rPr>
          <w:rFonts w:ascii="Arial" w:hAnsi="Arial" w:cs="Arial"/>
          <w:color w:val="000000"/>
          <w:sz w:val="20"/>
          <w:szCs w:val="20"/>
        </w:rPr>
        <w:t>.</w:t>
      </w:r>
    </w:p>
    <w:p w14:paraId="001AA25A" w14:textId="77777777" w:rsidR="00A279ED" w:rsidRDefault="00000000">
      <w:pPr>
        <w:rPr>
          <w:rFonts w:cs="Arial"/>
          <w:sz w:val="20"/>
          <w:szCs w:val="20"/>
        </w:rPr>
      </w:pPr>
      <w:proofErr w:type="spellStart"/>
      <w:r w:rsidRPr="00C54EDB">
        <w:rPr>
          <w:rFonts w:cs="Arial"/>
          <w:sz w:val="20"/>
          <w:szCs w:val="20"/>
        </w:rPr>
        <w:t>Posebni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dio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financijskog</w:t>
      </w:r>
      <w:proofErr w:type="spellEnd"/>
      <w:r w:rsidRPr="00C54EDB">
        <w:rPr>
          <w:rFonts w:cs="Arial"/>
          <w:sz w:val="20"/>
          <w:szCs w:val="20"/>
        </w:rPr>
        <w:t xml:space="preserve"> plana </w:t>
      </w:r>
      <w:proofErr w:type="spellStart"/>
      <w:r w:rsidRPr="00C54EDB">
        <w:rPr>
          <w:rFonts w:cs="Arial"/>
          <w:sz w:val="20"/>
          <w:szCs w:val="20"/>
        </w:rPr>
        <w:t>iskazuje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rashode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raspoređene</w:t>
      </w:r>
      <w:proofErr w:type="spellEnd"/>
      <w:r w:rsidRPr="00C54EDB">
        <w:rPr>
          <w:rFonts w:cs="Arial"/>
          <w:sz w:val="20"/>
          <w:szCs w:val="20"/>
        </w:rPr>
        <w:t xml:space="preserve"> u </w:t>
      </w:r>
      <w:proofErr w:type="spellStart"/>
      <w:r w:rsidRPr="00C54EDB">
        <w:rPr>
          <w:rFonts w:cs="Arial"/>
          <w:sz w:val="20"/>
          <w:szCs w:val="20"/>
        </w:rPr>
        <w:t>programe</w:t>
      </w:r>
      <w:proofErr w:type="spellEnd"/>
      <w:r w:rsidRPr="00C54EDB">
        <w:rPr>
          <w:rFonts w:cs="Arial"/>
          <w:sz w:val="20"/>
          <w:szCs w:val="20"/>
        </w:rPr>
        <w:t xml:space="preserve">, </w:t>
      </w:r>
      <w:proofErr w:type="spellStart"/>
      <w:r w:rsidRPr="00C54EDB">
        <w:rPr>
          <w:rFonts w:cs="Arial"/>
          <w:sz w:val="20"/>
          <w:szCs w:val="20"/>
        </w:rPr>
        <w:t>aktivnosti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projekte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prema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izvorima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financiranja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ekonomskoj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klasifikaciji</w:t>
      </w:r>
      <w:proofErr w:type="spellEnd"/>
      <w:r w:rsidRPr="00C54EDB">
        <w:rPr>
          <w:rFonts w:cs="Arial"/>
          <w:sz w:val="20"/>
          <w:szCs w:val="20"/>
        </w:rPr>
        <w:t xml:space="preserve">. U </w:t>
      </w:r>
      <w:proofErr w:type="spellStart"/>
      <w:r w:rsidRPr="00C54EDB">
        <w:rPr>
          <w:rFonts w:cs="Arial"/>
          <w:sz w:val="20"/>
          <w:szCs w:val="20"/>
        </w:rPr>
        <w:t>prvom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polugodištu</w:t>
      </w:r>
      <w:proofErr w:type="spellEnd"/>
      <w:r w:rsidRPr="00C54EDB">
        <w:rPr>
          <w:rFonts w:cs="Arial"/>
          <w:sz w:val="20"/>
          <w:szCs w:val="20"/>
        </w:rPr>
        <w:t xml:space="preserve"> 2026. </w:t>
      </w:r>
      <w:proofErr w:type="spellStart"/>
      <w:r w:rsidRPr="00C54EDB">
        <w:rPr>
          <w:rFonts w:cs="Arial"/>
          <w:sz w:val="20"/>
          <w:szCs w:val="20"/>
        </w:rPr>
        <w:t>godine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sredstva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su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usmjerena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na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redovan</w:t>
      </w:r>
      <w:proofErr w:type="spellEnd"/>
      <w:r w:rsidRPr="00C54EDB">
        <w:rPr>
          <w:rFonts w:cs="Arial"/>
          <w:sz w:val="20"/>
          <w:szCs w:val="20"/>
        </w:rPr>
        <w:t xml:space="preserve"> rad </w:t>
      </w:r>
      <w:proofErr w:type="spellStart"/>
      <w:r w:rsidRPr="00C54EDB">
        <w:rPr>
          <w:rFonts w:cs="Arial"/>
          <w:sz w:val="20"/>
          <w:szCs w:val="20"/>
        </w:rPr>
        <w:t>predškolske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ustanove</w:t>
      </w:r>
      <w:proofErr w:type="spellEnd"/>
      <w:r w:rsidRPr="00C54EDB">
        <w:rPr>
          <w:rFonts w:cs="Arial"/>
          <w:sz w:val="20"/>
          <w:szCs w:val="20"/>
        </w:rPr>
        <w:t xml:space="preserve">, </w:t>
      </w:r>
      <w:proofErr w:type="spellStart"/>
      <w:r w:rsidRPr="00C54EDB">
        <w:rPr>
          <w:rFonts w:cs="Arial"/>
          <w:sz w:val="20"/>
          <w:szCs w:val="20"/>
        </w:rPr>
        <w:t>materijalne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uvjete</w:t>
      </w:r>
      <w:proofErr w:type="spellEnd"/>
      <w:r w:rsidRPr="00C54EDB">
        <w:rPr>
          <w:rFonts w:cs="Arial"/>
          <w:sz w:val="20"/>
          <w:szCs w:val="20"/>
        </w:rPr>
        <w:t xml:space="preserve"> rada, </w:t>
      </w:r>
      <w:proofErr w:type="spellStart"/>
      <w:r w:rsidRPr="00C54EDB">
        <w:rPr>
          <w:rFonts w:cs="Arial"/>
          <w:sz w:val="20"/>
          <w:szCs w:val="20"/>
        </w:rPr>
        <w:t>opremanje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objekata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provedbu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programa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smjenskog</w:t>
      </w:r>
      <w:proofErr w:type="spellEnd"/>
      <w:r w:rsidRPr="00C54EDB">
        <w:rPr>
          <w:rFonts w:cs="Arial"/>
          <w:sz w:val="20"/>
          <w:szCs w:val="20"/>
        </w:rPr>
        <w:t xml:space="preserve"> rada </w:t>
      </w:r>
      <w:proofErr w:type="spellStart"/>
      <w:r w:rsidRPr="00C54EDB">
        <w:rPr>
          <w:rFonts w:cs="Arial"/>
          <w:sz w:val="20"/>
          <w:szCs w:val="20"/>
        </w:rPr>
        <w:t>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produljenog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boravka</w:t>
      </w:r>
      <w:proofErr w:type="spellEnd"/>
      <w:r w:rsidRPr="00C54EDB">
        <w:rPr>
          <w:rFonts w:cs="Arial"/>
          <w:sz w:val="20"/>
          <w:szCs w:val="20"/>
        </w:rPr>
        <w:t>.</w:t>
      </w:r>
    </w:p>
    <w:p w14:paraId="26EAD351" w14:textId="77777777" w:rsidR="00647BB9" w:rsidRPr="00C54EDB" w:rsidRDefault="00647BB9">
      <w:pPr>
        <w:rPr>
          <w:rFonts w:cs="Arial"/>
          <w:sz w:val="20"/>
          <w:szCs w:val="20"/>
        </w:rPr>
      </w:pPr>
    </w:p>
    <w:p w14:paraId="18D30827" w14:textId="77777777" w:rsidR="00A279ED" w:rsidRPr="00C54EDB" w:rsidRDefault="00000000">
      <w:pPr>
        <w:pStyle w:val="Heading2"/>
        <w:rPr>
          <w:rFonts w:ascii="Arial" w:hAnsi="Arial" w:cs="Arial"/>
          <w:sz w:val="20"/>
          <w:szCs w:val="20"/>
        </w:rPr>
      </w:pPr>
      <w:r w:rsidRPr="00C54EDB">
        <w:rPr>
          <w:rFonts w:ascii="Arial" w:hAnsi="Arial" w:cs="Arial"/>
          <w:sz w:val="20"/>
          <w:szCs w:val="20"/>
        </w:rPr>
        <w:t xml:space="preserve">1. Program 1010 – </w:t>
      </w:r>
      <w:proofErr w:type="spellStart"/>
      <w:r w:rsidRPr="00C54EDB">
        <w:rPr>
          <w:rFonts w:ascii="Arial" w:hAnsi="Arial" w:cs="Arial"/>
          <w:sz w:val="20"/>
          <w:szCs w:val="20"/>
        </w:rPr>
        <w:t>Predškolski</w:t>
      </w:r>
      <w:proofErr w:type="spellEnd"/>
      <w:r w:rsidRPr="00C54E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54EDB">
        <w:rPr>
          <w:rFonts w:ascii="Arial" w:hAnsi="Arial" w:cs="Arial"/>
          <w:sz w:val="20"/>
          <w:szCs w:val="20"/>
        </w:rPr>
        <w:t>odgoj</w:t>
      </w:r>
      <w:proofErr w:type="spellEnd"/>
      <w:r w:rsidRPr="00C54E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54EDB">
        <w:rPr>
          <w:rFonts w:ascii="Arial" w:hAnsi="Arial" w:cs="Arial"/>
          <w:sz w:val="20"/>
          <w:szCs w:val="20"/>
        </w:rPr>
        <w:t>i</w:t>
      </w:r>
      <w:proofErr w:type="spellEnd"/>
      <w:r w:rsidRPr="00C54E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54EDB">
        <w:rPr>
          <w:rFonts w:ascii="Arial" w:hAnsi="Arial" w:cs="Arial"/>
          <w:sz w:val="20"/>
          <w:szCs w:val="20"/>
        </w:rPr>
        <w:t>obrazovanje</w:t>
      </w:r>
      <w:proofErr w:type="spellEnd"/>
      <w:r w:rsidRPr="00C54EDB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C54EDB">
        <w:rPr>
          <w:rFonts w:ascii="Arial" w:hAnsi="Arial" w:cs="Arial"/>
          <w:sz w:val="20"/>
          <w:szCs w:val="20"/>
        </w:rPr>
        <w:t>gradskim</w:t>
      </w:r>
      <w:proofErr w:type="spellEnd"/>
      <w:r w:rsidRPr="00C54E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54EDB">
        <w:rPr>
          <w:rFonts w:ascii="Arial" w:hAnsi="Arial" w:cs="Arial"/>
          <w:sz w:val="20"/>
          <w:szCs w:val="20"/>
        </w:rPr>
        <w:t>ustanovama</w:t>
      </w:r>
      <w:proofErr w:type="spellEnd"/>
      <w:r w:rsidRPr="00C54EDB">
        <w:rPr>
          <w:rFonts w:ascii="Arial" w:hAnsi="Arial" w:cs="Arial"/>
          <w:sz w:val="20"/>
          <w:szCs w:val="20"/>
        </w:rPr>
        <w:t xml:space="preserve"> – </w:t>
      </w:r>
      <w:proofErr w:type="spellStart"/>
      <w:r w:rsidRPr="00C54EDB">
        <w:rPr>
          <w:rFonts w:ascii="Arial" w:hAnsi="Arial" w:cs="Arial"/>
          <w:sz w:val="20"/>
          <w:szCs w:val="20"/>
        </w:rPr>
        <w:t>redovan</w:t>
      </w:r>
      <w:proofErr w:type="spellEnd"/>
      <w:r w:rsidRPr="00C54EDB">
        <w:rPr>
          <w:rFonts w:ascii="Arial" w:hAnsi="Arial" w:cs="Arial"/>
          <w:sz w:val="20"/>
          <w:szCs w:val="20"/>
        </w:rPr>
        <w:t xml:space="preserve"> rad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35"/>
        <w:gridCol w:w="1814"/>
        <w:gridCol w:w="1871"/>
        <w:gridCol w:w="1587"/>
      </w:tblGrid>
      <w:tr w:rsidR="00A279ED" w:rsidRPr="00C54EDB" w14:paraId="29979862" w14:textId="77777777">
        <w:trPr>
          <w:tblHeader/>
          <w:jc w:val="center"/>
        </w:trPr>
        <w:tc>
          <w:tcPr>
            <w:tcW w:w="4535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EC6F26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 xml:space="preserve">Program / </w:t>
            </w:r>
            <w:proofErr w:type="spellStart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aktivnost</w:t>
            </w:r>
            <w:proofErr w:type="spellEnd"/>
          </w:p>
        </w:tc>
        <w:tc>
          <w:tcPr>
            <w:tcW w:w="1814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70E8BD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Plan 2026.</w:t>
            </w:r>
          </w:p>
        </w:tc>
        <w:tc>
          <w:tcPr>
            <w:tcW w:w="1871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9D8848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Izvršenje</w:t>
            </w:r>
            <w:proofErr w:type="spellEnd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 xml:space="preserve"> I–VI 2026.</w:t>
            </w:r>
          </w:p>
        </w:tc>
        <w:tc>
          <w:tcPr>
            <w:tcW w:w="1587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82021B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Izvršenje</w:t>
            </w:r>
            <w:proofErr w:type="spellEnd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 xml:space="preserve"> plana</w:t>
            </w:r>
          </w:p>
        </w:tc>
      </w:tr>
      <w:tr w:rsidR="00A279ED" w:rsidRPr="00C54EDB" w14:paraId="720D5B39" w14:textId="77777777">
        <w:trPr>
          <w:jc w:val="center"/>
        </w:trPr>
        <w:tc>
          <w:tcPr>
            <w:tcW w:w="45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BDA186" w14:textId="7777777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 xml:space="preserve">Program 1010 –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redovan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rad</w:t>
            </w:r>
          </w:p>
        </w:tc>
        <w:tc>
          <w:tcPr>
            <w:tcW w:w="181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EA54D2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7.926.000,00</w:t>
            </w:r>
          </w:p>
        </w:tc>
        <w:tc>
          <w:tcPr>
            <w:tcW w:w="18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C4A62D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3.074.479,41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27D46D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38,79 %</w:t>
            </w:r>
          </w:p>
        </w:tc>
      </w:tr>
      <w:tr w:rsidR="00A279ED" w:rsidRPr="00C54EDB" w14:paraId="482B59B2" w14:textId="77777777">
        <w:trPr>
          <w:jc w:val="center"/>
        </w:trPr>
        <w:tc>
          <w:tcPr>
            <w:tcW w:w="45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717CD7" w14:textId="7777777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 xml:space="preserve">A1010-05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Rashodi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za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zaposlene</w:t>
            </w:r>
            <w:proofErr w:type="spellEnd"/>
          </w:p>
        </w:tc>
        <w:tc>
          <w:tcPr>
            <w:tcW w:w="181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CF0391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4.980.000,00</w:t>
            </w:r>
          </w:p>
        </w:tc>
        <w:tc>
          <w:tcPr>
            <w:tcW w:w="18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C8CC1C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2.357.523,14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4B2084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47,34 %</w:t>
            </w:r>
          </w:p>
        </w:tc>
      </w:tr>
      <w:tr w:rsidR="00A279ED" w:rsidRPr="00C54EDB" w14:paraId="6C205117" w14:textId="77777777">
        <w:trPr>
          <w:jc w:val="center"/>
        </w:trPr>
        <w:tc>
          <w:tcPr>
            <w:tcW w:w="45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1CD12A" w14:textId="7777777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 xml:space="preserve">A1010-06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Materijalni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181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910761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760.200,00</w:t>
            </w:r>
          </w:p>
        </w:tc>
        <w:tc>
          <w:tcPr>
            <w:tcW w:w="18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D50D3F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366.560,49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6A1123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48,22 %</w:t>
            </w:r>
          </w:p>
        </w:tc>
      </w:tr>
      <w:tr w:rsidR="00A279ED" w:rsidRPr="00C54EDB" w14:paraId="0C58E110" w14:textId="77777777">
        <w:trPr>
          <w:jc w:val="center"/>
        </w:trPr>
        <w:tc>
          <w:tcPr>
            <w:tcW w:w="45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D3D658" w14:textId="7777777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 xml:space="preserve">A1010-09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Financijski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181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D2B288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8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17C69A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2AC874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—</w:t>
            </w:r>
          </w:p>
        </w:tc>
      </w:tr>
      <w:tr w:rsidR="00A279ED" w:rsidRPr="00C54EDB" w14:paraId="3B192706" w14:textId="77777777">
        <w:trPr>
          <w:jc w:val="center"/>
        </w:trPr>
        <w:tc>
          <w:tcPr>
            <w:tcW w:w="45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BECAE6" w14:textId="7777777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 xml:space="preserve">K1010-07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Opremanje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objekata</w:t>
            </w:r>
            <w:proofErr w:type="spellEnd"/>
          </w:p>
        </w:tc>
        <w:tc>
          <w:tcPr>
            <w:tcW w:w="181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7ABA36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2.185.800,00</w:t>
            </w:r>
          </w:p>
        </w:tc>
        <w:tc>
          <w:tcPr>
            <w:tcW w:w="18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468F99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350.395,78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FF9C39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16,03 %</w:t>
            </w:r>
          </w:p>
        </w:tc>
      </w:tr>
    </w:tbl>
    <w:p w14:paraId="4EFAF5CF" w14:textId="77777777" w:rsidR="00A279ED" w:rsidRPr="00C54EDB" w:rsidRDefault="00A279ED">
      <w:pPr>
        <w:spacing w:after="0"/>
        <w:rPr>
          <w:rFonts w:cs="Arial"/>
          <w:sz w:val="20"/>
          <w:szCs w:val="20"/>
        </w:rPr>
      </w:pPr>
    </w:p>
    <w:p w14:paraId="0CB4DDDE" w14:textId="77777777" w:rsidR="00A279ED" w:rsidRPr="00C54EDB" w:rsidRDefault="00000000">
      <w:pPr>
        <w:rPr>
          <w:rFonts w:cs="Arial"/>
          <w:sz w:val="20"/>
          <w:szCs w:val="20"/>
        </w:rPr>
      </w:pPr>
      <w:proofErr w:type="spellStart"/>
      <w:r w:rsidRPr="00C54EDB">
        <w:rPr>
          <w:rFonts w:cs="Arial"/>
          <w:sz w:val="20"/>
          <w:szCs w:val="20"/>
        </w:rPr>
        <w:t>Cilj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programa</w:t>
      </w:r>
      <w:proofErr w:type="spellEnd"/>
      <w:r w:rsidRPr="00C54EDB">
        <w:rPr>
          <w:rFonts w:cs="Arial"/>
          <w:sz w:val="20"/>
          <w:szCs w:val="20"/>
        </w:rPr>
        <w:t xml:space="preserve"> je </w:t>
      </w:r>
      <w:proofErr w:type="spellStart"/>
      <w:r w:rsidRPr="00C54EDB">
        <w:rPr>
          <w:rFonts w:cs="Arial"/>
          <w:sz w:val="20"/>
          <w:szCs w:val="20"/>
        </w:rPr>
        <w:t>osigurati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dostupnu</w:t>
      </w:r>
      <w:proofErr w:type="spellEnd"/>
      <w:r w:rsidRPr="00C54EDB">
        <w:rPr>
          <w:rFonts w:cs="Arial"/>
          <w:sz w:val="20"/>
          <w:szCs w:val="20"/>
        </w:rPr>
        <w:t xml:space="preserve">, </w:t>
      </w:r>
      <w:proofErr w:type="spellStart"/>
      <w:r w:rsidRPr="00C54EDB">
        <w:rPr>
          <w:rFonts w:cs="Arial"/>
          <w:sz w:val="20"/>
          <w:szCs w:val="20"/>
        </w:rPr>
        <w:t>kvalitetnu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sigurnu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uslugu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ranog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predškolskog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odgoja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obrazovanja</w:t>
      </w:r>
      <w:proofErr w:type="spellEnd"/>
      <w:r w:rsidRPr="00C54EDB">
        <w:rPr>
          <w:rFonts w:cs="Arial"/>
          <w:sz w:val="20"/>
          <w:szCs w:val="20"/>
        </w:rPr>
        <w:t xml:space="preserve">, </w:t>
      </w:r>
      <w:proofErr w:type="spellStart"/>
      <w:r w:rsidRPr="00C54EDB">
        <w:rPr>
          <w:rFonts w:cs="Arial"/>
          <w:sz w:val="20"/>
          <w:szCs w:val="20"/>
        </w:rPr>
        <w:t>redovito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provođenje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odgojno-obrazovnog</w:t>
      </w:r>
      <w:proofErr w:type="spellEnd"/>
      <w:r w:rsidRPr="00C54EDB">
        <w:rPr>
          <w:rFonts w:cs="Arial"/>
          <w:sz w:val="20"/>
          <w:szCs w:val="20"/>
        </w:rPr>
        <w:t xml:space="preserve"> rada, </w:t>
      </w:r>
      <w:proofErr w:type="spellStart"/>
      <w:r w:rsidRPr="00C54EDB">
        <w:rPr>
          <w:rFonts w:cs="Arial"/>
          <w:sz w:val="20"/>
          <w:szCs w:val="20"/>
        </w:rPr>
        <w:t>primjerene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prostorne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materijalne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uvjete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te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kontinuitet</w:t>
      </w:r>
      <w:proofErr w:type="spellEnd"/>
      <w:r w:rsidRPr="00C54EDB">
        <w:rPr>
          <w:rFonts w:cs="Arial"/>
          <w:sz w:val="20"/>
          <w:szCs w:val="20"/>
        </w:rPr>
        <w:t xml:space="preserve"> rada </w:t>
      </w:r>
      <w:proofErr w:type="spellStart"/>
      <w:r w:rsidRPr="00C54EDB">
        <w:rPr>
          <w:rFonts w:cs="Arial"/>
          <w:sz w:val="20"/>
          <w:szCs w:val="20"/>
        </w:rPr>
        <w:t>ustanove</w:t>
      </w:r>
      <w:proofErr w:type="spellEnd"/>
      <w:r w:rsidRPr="00C54EDB">
        <w:rPr>
          <w:rFonts w:cs="Arial"/>
          <w:sz w:val="20"/>
          <w:szCs w:val="20"/>
        </w:rPr>
        <w:t xml:space="preserve">. Program se </w:t>
      </w:r>
      <w:proofErr w:type="spellStart"/>
      <w:r w:rsidRPr="00C54EDB">
        <w:rPr>
          <w:rFonts w:cs="Arial"/>
          <w:sz w:val="20"/>
          <w:szCs w:val="20"/>
        </w:rPr>
        <w:t>provodio</w:t>
      </w:r>
      <w:proofErr w:type="spellEnd"/>
      <w:r w:rsidRPr="00C54EDB">
        <w:rPr>
          <w:rFonts w:cs="Arial"/>
          <w:sz w:val="20"/>
          <w:szCs w:val="20"/>
        </w:rPr>
        <w:t xml:space="preserve"> bez </w:t>
      </w:r>
      <w:proofErr w:type="spellStart"/>
      <w:r w:rsidRPr="00C54EDB">
        <w:rPr>
          <w:rFonts w:cs="Arial"/>
          <w:sz w:val="20"/>
          <w:szCs w:val="20"/>
        </w:rPr>
        <w:t>prekida</w:t>
      </w:r>
      <w:proofErr w:type="spellEnd"/>
      <w:r w:rsidRPr="00C54EDB">
        <w:rPr>
          <w:rFonts w:cs="Arial"/>
          <w:sz w:val="20"/>
          <w:szCs w:val="20"/>
        </w:rPr>
        <w:t xml:space="preserve">, a </w:t>
      </w:r>
      <w:proofErr w:type="spellStart"/>
      <w:r w:rsidRPr="00C54EDB">
        <w:rPr>
          <w:rFonts w:cs="Arial"/>
          <w:sz w:val="20"/>
          <w:szCs w:val="20"/>
        </w:rPr>
        <w:t>prioritet</w:t>
      </w:r>
      <w:proofErr w:type="spellEnd"/>
      <w:r w:rsidRPr="00C54EDB">
        <w:rPr>
          <w:rFonts w:cs="Arial"/>
          <w:sz w:val="20"/>
          <w:szCs w:val="20"/>
        </w:rPr>
        <w:t xml:space="preserve"> je bio </w:t>
      </w:r>
      <w:proofErr w:type="spellStart"/>
      <w:r w:rsidRPr="00C54EDB">
        <w:rPr>
          <w:rFonts w:cs="Arial"/>
          <w:sz w:val="20"/>
          <w:szCs w:val="20"/>
        </w:rPr>
        <w:t>osigurati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sredstva</w:t>
      </w:r>
      <w:proofErr w:type="spellEnd"/>
      <w:r w:rsidRPr="00C54EDB">
        <w:rPr>
          <w:rFonts w:cs="Arial"/>
          <w:sz w:val="20"/>
          <w:szCs w:val="20"/>
        </w:rPr>
        <w:t xml:space="preserve"> za </w:t>
      </w:r>
      <w:proofErr w:type="spellStart"/>
      <w:r w:rsidRPr="00C54EDB">
        <w:rPr>
          <w:rFonts w:cs="Arial"/>
          <w:sz w:val="20"/>
          <w:szCs w:val="20"/>
        </w:rPr>
        <w:t>zaposlene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tekuće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materijalne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potrebe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vrtića</w:t>
      </w:r>
      <w:proofErr w:type="spellEnd"/>
      <w:r w:rsidRPr="00C54EDB">
        <w:rPr>
          <w:rFonts w:cs="Arial"/>
          <w:sz w:val="20"/>
          <w:szCs w:val="20"/>
        </w:rPr>
        <w:t>.</w:t>
      </w:r>
    </w:p>
    <w:p w14:paraId="11B0550F" w14:textId="77777777" w:rsidR="00A279ED" w:rsidRPr="00C54EDB" w:rsidRDefault="00000000">
      <w:pPr>
        <w:pStyle w:val="Heading3"/>
        <w:rPr>
          <w:rFonts w:ascii="Arial" w:hAnsi="Arial" w:cs="Arial"/>
          <w:sz w:val="20"/>
          <w:szCs w:val="20"/>
        </w:rPr>
      </w:pPr>
      <w:r w:rsidRPr="00C54EDB">
        <w:rPr>
          <w:rFonts w:ascii="Arial" w:hAnsi="Arial" w:cs="Arial"/>
          <w:sz w:val="20"/>
          <w:szCs w:val="20"/>
        </w:rPr>
        <w:lastRenderedPageBreak/>
        <w:t xml:space="preserve">1.1. </w:t>
      </w:r>
      <w:proofErr w:type="spellStart"/>
      <w:r w:rsidRPr="00C54EDB">
        <w:rPr>
          <w:rFonts w:ascii="Arial" w:hAnsi="Arial" w:cs="Arial"/>
          <w:sz w:val="20"/>
          <w:szCs w:val="20"/>
        </w:rPr>
        <w:t>Aktivnost</w:t>
      </w:r>
      <w:proofErr w:type="spellEnd"/>
      <w:r w:rsidRPr="00C54EDB">
        <w:rPr>
          <w:rFonts w:ascii="Arial" w:hAnsi="Arial" w:cs="Arial"/>
          <w:sz w:val="20"/>
          <w:szCs w:val="20"/>
        </w:rPr>
        <w:t xml:space="preserve"> A1010-05 – </w:t>
      </w:r>
      <w:proofErr w:type="spellStart"/>
      <w:r w:rsidRPr="00C54EDB">
        <w:rPr>
          <w:rFonts w:ascii="Arial" w:hAnsi="Arial" w:cs="Arial"/>
          <w:sz w:val="20"/>
          <w:szCs w:val="20"/>
        </w:rPr>
        <w:t>Rashodi</w:t>
      </w:r>
      <w:proofErr w:type="spellEnd"/>
      <w:r w:rsidRPr="00C54EDB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C54EDB">
        <w:rPr>
          <w:rFonts w:ascii="Arial" w:hAnsi="Arial" w:cs="Arial"/>
          <w:sz w:val="20"/>
          <w:szCs w:val="20"/>
        </w:rPr>
        <w:t>zaposlene</w:t>
      </w:r>
      <w:proofErr w:type="spellEnd"/>
    </w:p>
    <w:p w14:paraId="34BBD7E6" w14:textId="77777777" w:rsidR="00A279ED" w:rsidRPr="00C54EDB" w:rsidRDefault="00000000">
      <w:pPr>
        <w:rPr>
          <w:rFonts w:cs="Arial"/>
          <w:sz w:val="20"/>
          <w:szCs w:val="20"/>
        </w:rPr>
      </w:pPr>
      <w:proofErr w:type="spellStart"/>
      <w:r w:rsidRPr="00C54EDB">
        <w:rPr>
          <w:rFonts w:cs="Arial"/>
          <w:sz w:val="20"/>
          <w:szCs w:val="20"/>
        </w:rPr>
        <w:t>Aktivnost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obuhvaća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plaće</w:t>
      </w:r>
      <w:proofErr w:type="spellEnd"/>
      <w:r w:rsidRPr="00C54EDB">
        <w:rPr>
          <w:rFonts w:cs="Arial"/>
          <w:sz w:val="20"/>
          <w:szCs w:val="20"/>
        </w:rPr>
        <w:t xml:space="preserve"> za </w:t>
      </w:r>
      <w:proofErr w:type="spellStart"/>
      <w:r w:rsidRPr="00C54EDB">
        <w:rPr>
          <w:rFonts w:cs="Arial"/>
          <w:sz w:val="20"/>
          <w:szCs w:val="20"/>
        </w:rPr>
        <w:t>redovan</w:t>
      </w:r>
      <w:proofErr w:type="spellEnd"/>
      <w:r w:rsidRPr="00C54EDB">
        <w:rPr>
          <w:rFonts w:cs="Arial"/>
          <w:sz w:val="20"/>
          <w:szCs w:val="20"/>
        </w:rPr>
        <w:t xml:space="preserve"> rad, </w:t>
      </w:r>
      <w:proofErr w:type="spellStart"/>
      <w:r w:rsidRPr="00C54EDB">
        <w:rPr>
          <w:rFonts w:cs="Arial"/>
          <w:sz w:val="20"/>
          <w:szCs w:val="20"/>
        </w:rPr>
        <w:t>ostale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rashode</w:t>
      </w:r>
      <w:proofErr w:type="spellEnd"/>
      <w:r w:rsidRPr="00C54EDB">
        <w:rPr>
          <w:rFonts w:cs="Arial"/>
          <w:sz w:val="20"/>
          <w:szCs w:val="20"/>
        </w:rPr>
        <w:t xml:space="preserve"> za </w:t>
      </w:r>
      <w:proofErr w:type="spellStart"/>
      <w:r w:rsidRPr="00C54EDB">
        <w:rPr>
          <w:rFonts w:cs="Arial"/>
          <w:sz w:val="20"/>
          <w:szCs w:val="20"/>
        </w:rPr>
        <w:t>zaposlene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doprinose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na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plaće</w:t>
      </w:r>
      <w:proofErr w:type="spellEnd"/>
      <w:r w:rsidRPr="00C54EDB">
        <w:rPr>
          <w:rFonts w:cs="Arial"/>
          <w:sz w:val="20"/>
          <w:szCs w:val="20"/>
        </w:rPr>
        <w:t xml:space="preserve">. U </w:t>
      </w:r>
      <w:proofErr w:type="spellStart"/>
      <w:r w:rsidRPr="00C54EDB">
        <w:rPr>
          <w:rFonts w:cs="Arial"/>
          <w:sz w:val="20"/>
          <w:szCs w:val="20"/>
        </w:rPr>
        <w:t>prvom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polugodištu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izvršeno</w:t>
      </w:r>
      <w:proofErr w:type="spellEnd"/>
      <w:r w:rsidRPr="00C54EDB">
        <w:rPr>
          <w:rFonts w:cs="Arial"/>
          <w:sz w:val="20"/>
          <w:szCs w:val="20"/>
        </w:rPr>
        <w:t xml:space="preserve"> je 2.357.523,14 EUR </w:t>
      </w:r>
      <w:proofErr w:type="spellStart"/>
      <w:r w:rsidRPr="00C54EDB">
        <w:rPr>
          <w:rFonts w:cs="Arial"/>
          <w:sz w:val="20"/>
          <w:szCs w:val="20"/>
        </w:rPr>
        <w:t>ili</w:t>
      </w:r>
      <w:proofErr w:type="spellEnd"/>
      <w:r w:rsidRPr="00C54EDB">
        <w:rPr>
          <w:rFonts w:cs="Arial"/>
          <w:sz w:val="20"/>
          <w:szCs w:val="20"/>
        </w:rPr>
        <w:t xml:space="preserve"> 47,34 % </w:t>
      </w:r>
      <w:proofErr w:type="spellStart"/>
      <w:r w:rsidRPr="00C54EDB">
        <w:rPr>
          <w:rFonts w:cs="Arial"/>
          <w:sz w:val="20"/>
          <w:szCs w:val="20"/>
        </w:rPr>
        <w:t>godišnjeg</w:t>
      </w:r>
      <w:proofErr w:type="spellEnd"/>
      <w:r w:rsidRPr="00C54EDB">
        <w:rPr>
          <w:rFonts w:cs="Arial"/>
          <w:sz w:val="20"/>
          <w:szCs w:val="20"/>
        </w:rPr>
        <w:t xml:space="preserve"> plana </w:t>
      </w:r>
      <w:proofErr w:type="spellStart"/>
      <w:r w:rsidRPr="00C54EDB">
        <w:rPr>
          <w:rFonts w:cs="Arial"/>
          <w:sz w:val="20"/>
          <w:szCs w:val="20"/>
        </w:rPr>
        <w:t>aktivnosti</w:t>
      </w:r>
      <w:proofErr w:type="spellEnd"/>
      <w:r w:rsidRPr="00C54EDB">
        <w:rPr>
          <w:rFonts w:cs="Arial"/>
          <w:sz w:val="20"/>
          <w:szCs w:val="20"/>
        </w:rPr>
        <w:t xml:space="preserve">. </w:t>
      </w:r>
      <w:proofErr w:type="spellStart"/>
      <w:r w:rsidRPr="00C54EDB">
        <w:rPr>
          <w:rFonts w:cs="Arial"/>
          <w:sz w:val="20"/>
          <w:szCs w:val="20"/>
        </w:rPr>
        <w:t>Sredstva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su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omogućila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redovitu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isplatu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plaća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pripadajućih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prava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zaposlenicima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te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nesmetano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provođenje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odgojno-obrazovnog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programa</w:t>
      </w:r>
      <w:proofErr w:type="spellEnd"/>
      <w:r w:rsidRPr="00C54EDB">
        <w:rPr>
          <w:rFonts w:cs="Arial"/>
          <w:sz w:val="20"/>
          <w:szCs w:val="20"/>
        </w:rPr>
        <w:t>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61"/>
        <w:gridCol w:w="2381"/>
        <w:gridCol w:w="3005"/>
        <w:gridCol w:w="1701"/>
      </w:tblGrid>
      <w:tr w:rsidR="00A279ED" w:rsidRPr="00C54EDB" w14:paraId="5425ED53" w14:textId="77777777">
        <w:trPr>
          <w:tblHeader/>
          <w:jc w:val="center"/>
        </w:trPr>
        <w:tc>
          <w:tcPr>
            <w:tcW w:w="3061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5655EB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Pokazatelj</w:t>
            </w:r>
            <w:proofErr w:type="spellEnd"/>
          </w:p>
        </w:tc>
        <w:tc>
          <w:tcPr>
            <w:tcW w:w="2381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2AD728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 xml:space="preserve">Plan / </w:t>
            </w:r>
            <w:proofErr w:type="spellStart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cilj</w:t>
            </w:r>
            <w:proofErr w:type="spellEnd"/>
          </w:p>
        </w:tc>
        <w:tc>
          <w:tcPr>
            <w:tcW w:w="3005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8D21FB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Ostvarenje</w:t>
            </w:r>
            <w:proofErr w:type="spellEnd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 xml:space="preserve"> I–VI 2026.</w:t>
            </w:r>
          </w:p>
        </w:tc>
        <w:tc>
          <w:tcPr>
            <w:tcW w:w="1701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5D44D1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Ocjena</w:t>
            </w:r>
            <w:proofErr w:type="spellEnd"/>
          </w:p>
        </w:tc>
      </w:tr>
      <w:tr w:rsidR="00A279ED" w:rsidRPr="00C54EDB" w14:paraId="20455B87" w14:textId="77777777">
        <w:trPr>
          <w:jc w:val="center"/>
        </w:trPr>
        <w:tc>
          <w:tcPr>
            <w:tcW w:w="30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0E7C77" w14:textId="7777777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sz w:val="20"/>
                <w:szCs w:val="20"/>
              </w:rPr>
              <w:t>Redovitost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isplate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plaća</w:t>
            </w:r>
            <w:proofErr w:type="spellEnd"/>
          </w:p>
        </w:tc>
        <w:tc>
          <w:tcPr>
            <w:tcW w:w="238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C9CFFA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sz w:val="20"/>
                <w:szCs w:val="20"/>
              </w:rPr>
              <w:t>Mjesečna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isplata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u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rokovima</w:t>
            </w:r>
            <w:proofErr w:type="spellEnd"/>
          </w:p>
        </w:tc>
        <w:tc>
          <w:tcPr>
            <w:tcW w:w="300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3C6F22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sz w:val="20"/>
                <w:szCs w:val="20"/>
              </w:rPr>
              <w:t>Plaće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i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doprinosi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podmirivani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tijekom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razdoblja</w:t>
            </w:r>
            <w:proofErr w:type="spellEnd"/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801F80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sz w:val="20"/>
                <w:szCs w:val="20"/>
              </w:rPr>
              <w:t>Ostvareno</w:t>
            </w:r>
            <w:proofErr w:type="spellEnd"/>
          </w:p>
        </w:tc>
      </w:tr>
      <w:tr w:rsidR="00A279ED" w:rsidRPr="00C54EDB" w14:paraId="09E1E3B6" w14:textId="77777777">
        <w:trPr>
          <w:jc w:val="center"/>
        </w:trPr>
        <w:tc>
          <w:tcPr>
            <w:tcW w:w="30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D4FE6C" w14:textId="7777777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sz w:val="20"/>
                <w:szCs w:val="20"/>
              </w:rPr>
              <w:t>Kontinuitet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odgojno-obrazovnog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rada</w:t>
            </w:r>
          </w:p>
        </w:tc>
        <w:tc>
          <w:tcPr>
            <w:tcW w:w="238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312770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sz w:val="20"/>
                <w:szCs w:val="20"/>
              </w:rPr>
              <w:t>Nesmetan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rad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skupina</w:t>
            </w:r>
            <w:proofErr w:type="spellEnd"/>
          </w:p>
        </w:tc>
        <w:tc>
          <w:tcPr>
            <w:tcW w:w="300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C2C1FC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sz w:val="20"/>
                <w:szCs w:val="20"/>
              </w:rPr>
              <w:t>Osigurani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kadrovski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preduvjeti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za rad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98D9A2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sz w:val="20"/>
                <w:szCs w:val="20"/>
              </w:rPr>
              <w:t>Ostvareno</w:t>
            </w:r>
            <w:proofErr w:type="spellEnd"/>
          </w:p>
        </w:tc>
      </w:tr>
      <w:tr w:rsidR="00A279ED" w:rsidRPr="00C54EDB" w14:paraId="0369AC53" w14:textId="77777777">
        <w:trPr>
          <w:jc w:val="center"/>
        </w:trPr>
        <w:tc>
          <w:tcPr>
            <w:tcW w:w="30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E97803" w14:textId="7777777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sz w:val="20"/>
                <w:szCs w:val="20"/>
              </w:rPr>
              <w:t>Izvršenje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aktivnosti</w:t>
            </w:r>
            <w:proofErr w:type="spellEnd"/>
          </w:p>
        </w:tc>
        <w:tc>
          <w:tcPr>
            <w:tcW w:w="238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ADDC16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 xml:space="preserve">U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skladu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s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godišnjom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dinamikom</w:t>
            </w:r>
            <w:proofErr w:type="spellEnd"/>
          </w:p>
        </w:tc>
        <w:tc>
          <w:tcPr>
            <w:tcW w:w="300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E11F65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47,34 %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7E32A5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 xml:space="preserve">U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skladu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s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planom</w:t>
            </w:r>
            <w:proofErr w:type="spellEnd"/>
          </w:p>
        </w:tc>
      </w:tr>
    </w:tbl>
    <w:p w14:paraId="0804B177" w14:textId="77777777" w:rsidR="00A279ED" w:rsidRPr="00C54EDB" w:rsidRDefault="00A279ED">
      <w:pPr>
        <w:spacing w:after="0"/>
        <w:rPr>
          <w:rFonts w:cs="Arial"/>
          <w:sz w:val="20"/>
          <w:szCs w:val="20"/>
        </w:rPr>
      </w:pPr>
    </w:p>
    <w:p w14:paraId="3718D662" w14:textId="77777777" w:rsidR="00A279ED" w:rsidRPr="00C54EDB" w:rsidRDefault="00000000">
      <w:pPr>
        <w:pStyle w:val="Heading3"/>
        <w:rPr>
          <w:rFonts w:ascii="Arial" w:hAnsi="Arial" w:cs="Arial"/>
          <w:sz w:val="20"/>
          <w:szCs w:val="20"/>
        </w:rPr>
      </w:pPr>
      <w:r w:rsidRPr="00C54EDB">
        <w:rPr>
          <w:rFonts w:ascii="Arial" w:hAnsi="Arial" w:cs="Arial"/>
          <w:sz w:val="20"/>
          <w:szCs w:val="20"/>
        </w:rPr>
        <w:t xml:space="preserve">1.2. </w:t>
      </w:r>
      <w:proofErr w:type="spellStart"/>
      <w:r w:rsidRPr="00C54EDB">
        <w:rPr>
          <w:rFonts w:ascii="Arial" w:hAnsi="Arial" w:cs="Arial"/>
          <w:sz w:val="20"/>
          <w:szCs w:val="20"/>
        </w:rPr>
        <w:t>Aktivnost</w:t>
      </w:r>
      <w:proofErr w:type="spellEnd"/>
      <w:r w:rsidRPr="00C54EDB">
        <w:rPr>
          <w:rFonts w:ascii="Arial" w:hAnsi="Arial" w:cs="Arial"/>
          <w:sz w:val="20"/>
          <w:szCs w:val="20"/>
        </w:rPr>
        <w:t xml:space="preserve"> A1010-06 – </w:t>
      </w:r>
      <w:proofErr w:type="spellStart"/>
      <w:r w:rsidRPr="00C54EDB">
        <w:rPr>
          <w:rFonts w:ascii="Arial" w:hAnsi="Arial" w:cs="Arial"/>
          <w:sz w:val="20"/>
          <w:szCs w:val="20"/>
        </w:rPr>
        <w:t>Materijalni</w:t>
      </w:r>
      <w:proofErr w:type="spellEnd"/>
      <w:r w:rsidRPr="00C54E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54EDB">
        <w:rPr>
          <w:rFonts w:ascii="Arial" w:hAnsi="Arial" w:cs="Arial"/>
          <w:sz w:val="20"/>
          <w:szCs w:val="20"/>
        </w:rPr>
        <w:t>rashodi</w:t>
      </w:r>
      <w:proofErr w:type="spellEnd"/>
    </w:p>
    <w:p w14:paraId="4EE53143" w14:textId="77777777" w:rsidR="00A279ED" w:rsidRPr="00C54EDB" w:rsidRDefault="00000000">
      <w:pPr>
        <w:rPr>
          <w:rFonts w:cs="Arial"/>
          <w:sz w:val="20"/>
          <w:szCs w:val="20"/>
        </w:rPr>
      </w:pPr>
      <w:r w:rsidRPr="00C54EDB">
        <w:rPr>
          <w:rFonts w:cs="Arial"/>
          <w:sz w:val="20"/>
          <w:szCs w:val="20"/>
        </w:rPr>
        <w:t xml:space="preserve">Za </w:t>
      </w:r>
      <w:proofErr w:type="spellStart"/>
      <w:r w:rsidRPr="00C54EDB">
        <w:rPr>
          <w:rFonts w:cs="Arial"/>
          <w:sz w:val="20"/>
          <w:szCs w:val="20"/>
        </w:rPr>
        <w:t>materijalne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rashode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izvršeno</w:t>
      </w:r>
      <w:proofErr w:type="spellEnd"/>
      <w:r w:rsidRPr="00C54EDB">
        <w:rPr>
          <w:rFonts w:cs="Arial"/>
          <w:sz w:val="20"/>
          <w:szCs w:val="20"/>
        </w:rPr>
        <w:t xml:space="preserve"> je 366.560,49 EUR </w:t>
      </w:r>
      <w:proofErr w:type="spellStart"/>
      <w:r w:rsidRPr="00C54EDB">
        <w:rPr>
          <w:rFonts w:cs="Arial"/>
          <w:sz w:val="20"/>
          <w:szCs w:val="20"/>
        </w:rPr>
        <w:t>ili</w:t>
      </w:r>
      <w:proofErr w:type="spellEnd"/>
      <w:r w:rsidRPr="00C54EDB">
        <w:rPr>
          <w:rFonts w:cs="Arial"/>
          <w:sz w:val="20"/>
          <w:szCs w:val="20"/>
        </w:rPr>
        <w:t xml:space="preserve"> 48,22 % plana </w:t>
      </w:r>
      <w:proofErr w:type="spellStart"/>
      <w:r w:rsidRPr="00C54EDB">
        <w:rPr>
          <w:rFonts w:cs="Arial"/>
          <w:sz w:val="20"/>
          <w:szCs w:val="20"/>
        </w:rPr>
        <w:t>aktivnosti</w:t>
      </w:r>
      <w:proofErr w:type="spellEnd"/>
      <w:r w:rsidRPr="00C54EDB">
        <w:rPr>
          <w:rFonts w:cs="Arial"/>
          <w:sz w:val="20"/>
          <w:szCs w:val="20"/>
        </w:rPr>
        <w:t xml:space="preserve">. </w:t>
      </w:r>
      <w:proofErr w:type="spellStart"/>
      <w:r w:rsidRPr="00C54EDB">
        <w:rPr>
          <w:rFonts w:cs="Arial"/>
          <w:sz w:val="20"/>
          <w:szCs w:val="20"/>
        </w:rPr>
        <w:t>Sredstva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su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utrošena</w:t>
      </w:r>
      <w:proofErr w:type="spellEnd"/>
      <w:r w:rsidRPr="00C54EDB">
        <w:rPr>
          <w:rFonts w:cs="Arial"/>
          <w:sz w:val="20"/>
          <w:szCs w:val="20"/>
        </w:rPr>
        <w:t xml:space="preserve"> za </w:t>
      </w:r>
      <w:proofErr w:type="spellStart"/>
      <w:r w:rsidRPr="00C54EDB">
        <w:rPr>
          <w:rFonts w:cs="Arial"/>
          <w:sz w:val="20"/>
          <w:szCs w:val="20"/>
        </w:rPr>
        <w:t>prijevoz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zaposlenika</w:t>
      </w:r>
      <w:proofErr w:type="spellEnd"/>
      <w:r w:rsidRPr="00C54EDB">
        <w:rPr>
          <w:rFonts w:cs="Arial"/>
          <w:sz w:val="20"/>
          <w:szCs w:val="20"/>
        </w:rPr>
        <w:t xml:space="preserve">, </w:t>
      </w:r>
      <w:proofErr w:type="spellStart"/>
      <w:r w:rsidRPr="00C54EDB">
        <w:rPr>
          <w:rFonts w:cs="Arial"/>
          <w:sz w:val="20"/>
          <w:szCs w:val="20"/>
        </w:rPr>
        <w:t>stručno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usavršavanje</w:t>
      </w:r>
      <w:proofErr w:type="spellEnd"/>
      <w:r w:rsidRPr="00C54EDB">
        <w:rPr>
          <w:rFonts w:cs="Arial"/>
          <w:sz w:val="20"/>
          <w:szCs w:val="20"/>
        </w:rPr>
        <w:t xml:space="preserve">, </w:t>
      </w:r>
      <w:proofErr w:type="spellStart"/>
      <w:r w:rsidRPr="00C54EDB">
        <w:rPr>
          <w:rFonts w:cs="Arial"/>
          <w:sz w:val="20"/>
          <w:szCs w:val="20"/>
        </w:rPr>
        <w:t>uredski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pedagoški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materijal</w:t>
      </w:r>
      <w:proofErr w:type="spellEnd"/>
      <w:r w:rsidRPr="00C54EDB">
        <w:rPr>
          <w:rFonts w:cs="Arial"/>
          <w:sz w:val="20"/>
          <w:szCs w:val="20"/>
        </w:rPr>
        <w:t xml:space="preserve">, </w:t>
      </w:r>
      <w:proofErr w:type="spellStart"/>
      <w:r w:rsidRPr="00C54EDB">
        <w:rPr>
          <w:rFonts w:cs="Arial"/>
          <w:sz w:val="20"/>
          <w:szCs w:val="20"/>
        </w:rPr>
        <w:t>prehrambene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namirnice</w:t>
      </w:r>
      <w:proofErr w:type="spellEnd"/>
      <w:r w:rsidRPr="00C54EDB">
        <w:rPr>
          <w:rFonts w:cs="Arial"/>
          <w:sz w:val="20"/>
          <w:szCs w:val="20"/>
        </w:rPr>
        <w:t xml:space="preserve">, </w:t>
      </w:r>
      <w:proofErr w:type="spellStart"/>
      <w:r w:rsidRPr="00C54EDB">
        <w:rPr>
          <w:rFonts w:cs="Arial"/>
          <w:sz w:val="20"/>
          <w:szCs w:val="20"/>
        </w:rPr>
        <w:t>energente</w:t>
      </w:r>
      <w:proofErr w:type="spellEnd"/>
      <w:r w:rsidRPr="00C54EDB">
        <w:rPr>
          <w:rFonts w:cs="Arial"/>
          <w:sz w:val="20"/>
          <w:szCs w:val="20"/>
        </w:rPr>
        <w:t xml:space="preserve">, </w:t>
      </w:r>
      <w:proofErr w:type="spellStart"/>
      <w:r w:rsidRPr="00C54EDB">
        <w:rPr>
          <w:rFonts w:cs="Arial"/>
          <w:sz w:val="20"/>
          <w:szCs w:val="20"/>
        </w:rPr>
        <w:t>materijal</w:t>
      </w:r>
      <w:proofErr w:type="spellEnd"/>
      <w:r w:rsidRPr="00C54EDB">
        <w:rPr>
          <w:rFonts w:cs="Arial"/>
          <w:sz w:val="20"/>
          <w:szCs w:val="20"/>
        </w:rPr>
        <w:t xml:space="preserve"> za </w:t>
      </w:r>
      <w:proofErr w:type="spellStart"/>
      <w:r w:rsidRPr="00C54EDB">
        <w:rPr>
          <w:rFonts w:cs="Arial"/>
          <w:sz w:val="20"/>
          <w:szCs w:val="20"/>
        </w:rPr>
        <w:t>održavanje</w:t>
      </w:r>
      <w:proofErr w:type="spellEnd"/>
      <w:r w:rsidRPr="00C54EDB">
        <w:rPr>
          <w:rFonts w:cs="Arial"/>
          <w:sz w:val="20"/>
          <w:szCs w:val="20"/>
        </w:rPr>
        <w:t xml:space="preserve">, </w:t>
      </w:r>
      <w:proofErr w:type="spellStart"/>
      <w:r w:rsidRPr="00C54EDB">
        <w:rPr>
          <w:rFonts w:cs="Arial"/>
          <w:sz w:val="20"/>
          <w:szCs w:val="20"/>
        </w:rPr>
        <w:t>komunalne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druge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usluge</w:t>
      </w:r>
      <w:proofErr w:type="spellEnd"/>
      <w:r w:rsidRPr="00C54EDB">
        <w:rPr>
          <w:rFonts w:cs="Arial"/>
          <w:sz w:val="20"/>
          <w:szCs w:val="20"/>
        </w:rPr>
        <w:t xml:space="preserve">, </w:t>
      </w:r>
      <w:proofErr w:type="spellStart"/>
      <w:r w:rsidRPr="00C54EDB">
        <w:rPr>
          <w:rFonts w:cs="Arial"/>
          <w:sz w:val="20"/>
          <w:szCs w:val="20"/>
        </w:rPr>
        <w:t>osiguranje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te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naknade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pristojbe</w:t>
      </w:r>
      <w:proofErr w:type="spellEnd"/>
      <w:r w:rsidRPr="00C54EDB">
        <w:rPr>
          <w:rFonts w:cs="Arial"/>
          <w:sz w:val="20"/>
          <w:szCs w:val="20"/>
        </w:rPr>
        <w:t>.</w:t>
      </w:r>
    </w:p>
    <w:p w14:paraId="499FB201" w14:textId="5D4C8174" w:rsidR="00A279ED" w:rsidRPr="00C54EDB" w:rsidRDefault="00000000">
      <w:pPr>
        <w:rPr>
          <w:rFonts w:cs="Arial"/>
          <w:sz w:val="20"/>
          <w:szCs w:val="20"/>
        </w:rPr>
      </w:pPr>
      <w:proofErr w:type="spellStart"/>
      <w:r w:rsidRPr="00C54EDB">
        <w:rPr>
          <w:rFonts w:cs="Arial"/>
          <w:sz w:val="20"/>
          <w:szCs w:val="20"/>
        </w:rPr>
        <w:t>Provedbom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aktivnosti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osigurani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su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osnovni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uvjeti</w:t>
      </w:r>
      <w:proofErr w:type="spellEnd"/>
      <w:r w:rsidRPr="00C54EDB">
        <w:rPr>
          <w:rFonts w:cs="Arial"/>
          <w:sz w:val="20"/>
          <w:szCs w:val="20"/>
        </w:rPr>
        <w:t xml:space="preserve"> za </w:t>
      </w:r>
      <w:proofErr w:type="spellStart"/>
      <w:r w:rsidRPr="00C54EDB">
        <w:rPr>
          <w:rFonts w:cs="Arial"/>
          <w:sz w:val="20"/>
          <w:szCs w:val="20"/>
        </w:rPr>
        <w:t>svakodnevni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boravak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djece</w:t>
      </w:r>
      <w:proofErr w:type="spellEnd"/>
      <w:r w:rsidRPr="00C54EDB">
        <w:rPr>
          <w:rFonts w:cs="Arial"/>
          <w:sz w:val="20"/>
          <w:szCs w:val="20"/>
        </w:rPr>
        <w:t xml:space="preserve">, </w:t>
      </w:r>
      <w:proofErr w:type="spellStart"/>
      <w:r w:rsidRPr="00C54EDB">
        <w:rPr>
          <w:rFonts w:cs="Arial"/>
          <w:sz w:val="20"/>
          <w:szCs w:val="20"/>
        </w:rPr>
        <w:t>pripremu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prehrane</w:t>
      </w:r>
      <w:proofErr w:type="spellEnd"/>
      <w:r w:rsidRPr="00C54EDB">
        <w:rPr>
          <w:rFonts w:cs="Arial"/>
          <w:sz w:val="20"/>
          <w:szCs w:val="20"/>
        </w:rPr>
        <w:t xml:space="preserve">, </w:t>
      </w:r>
      <w:proofErr w:type="spellStart"/>
      <w:r w:rsidRPr="00C54EDB">
        <w:rPr>
          <w:rFonts w:cs="Arial"/>
          <w:sz w:val="20"/>
          <w:szCs w:val="20"/>
        </w:rPr>
        <w:t>higijenu</w:t>
      </w:r>
      <w:proofErr w:type="spellEnd"/>
      <w:r w:rsidRPr="00C54EDB">
        <w:rPr>
          <w:rFonts w:cs="Arial"/>
          <w:sz w:val="20"/>
          <w:szCs w:val="20"/>
        </w:rPr>
        <w:t xml:space="preserve">, </w:t>
      </w:r>
      <w:proofErr w:type="spellStart"/>
      <w:r w:rsidRPr="00C54EDB">
        <w:rPr>
          <w:rFonts w:cs="Arial"/>
          <w:sz w:val="20"/>
          <w:szCs w:val="20"/>
        </w:rPr>
        <w:t>sigurnost</w:t>
      </w:r>
      <w:proofErr w:type="spellEnd"/>
      <w:r w:rsidRPr="00C54EDB">
        <w:rPr>
          <w:rFonts w:cs="Arial"/>
          <w:sz w:val="20"/>
          <w:szCs w:val="20"/>
        </w:rPr>
        <w:t xml:space="preserve">, </w:t>
      </w:r>
      <w:proofErr w:type="spellStart"/>
      <w:r w:rsidRPr="00C54EDB">
        <w:rPr>
          <w:rFonts w:cs="Arial"/>
          <w:sz w:val="20"/>
          <w:szCs w:val="20"/>
        </w:rPr>
        <w:t>komunikaciju</w:t>
      </w:r>
      <w:proofErr w:type="spellEnd"/>
      <w:r w:rsidRPr="00C54EDB">
        <w:rPr>
          <w:rFonts w:cs="Arial"/>
          <w:sz w:val="20"/>
          <w:szCs w:val="20"/>
        </w:rPr>
        <w:t xml:space="preserve">, </w:t>
      </w:r>
      <w:proofErr w:type="spellStart"/>
      <w:r w:rsidRPr="00C54EDB">
        <w:rPr>
          <w:rFonts w:cs="Arial"/>
          <w:sz w:val="20"/>
          <w:szCs w:val="20"/>
        </w:rPr>
        <w:t>administrativne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poslove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održavanje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objekata</w:t>
      </w:r>
      <w:proofErr w:type="spellEnd"/>
      <w:r w:rsidRPr="00C54EDB">
        <w:rPr>
          <w:rFonts w:cs="Arial"/>
          <w:sz w:val="20"/>
          <w:szCs w:val="20"/>
        </w:rPr>
        <w:t xml:space="preserve">.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2494"/>
        <w:gridCol w:w="3118"/>
        <w:gridCol w:w="1701"/>
      </w:tblGrid>
      <w:tr w:rsidR="00A279ED" w:rsidRPr="00C54EDB" w14:paraId="03F9A491" w14:textId="77777777">
        <w:trPr>
          <w:tblHeader/>
          <w:jc w:val="center"/>
        </w:trPr>
        <w:tc>
          <w:tcPr>
            <w:tcW w:w="2835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7CA1F7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Pokazatelj</w:t>
            </w:r>
            <w:proofErr w:type="spellEnd"/>
          </w:p>
        </w:tc>
        <w:tc>
          <w:tcPr>
            <w:tcW w:w="2494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5E2CC9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 xml:space="preserve">Plan / </w:t>
            </w:r>
            <w:proofErr w:type="spellStart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cilj</w:t>
            </w:r>
            <w:proofErr w:type="spellEnd"/>
          </w:p>
        </w:tc>
        <w:tc>
          <w:tcPr>
            <w:tcW w:w="3118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E913BA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Rezultat</w:t>
            </w:r>
            <w:proofErr w:type="spellEnd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 xml:space="preserve"> u I–VI 2026.</w:t>
            </w:r>
          </w:p>
        </w:tc>
        <w:tc>
          <w:tcPr>
            <w:tcW w:w="1701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A6B850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Ocjena</w:t>
            </w:r>
            <w:proofErr w:type="spellEnd"/>
          </w:p>
        </w:tc>
      </w:tr>
      <w:tr w:rsidR="00A279ED" w:rsidRPr="00C54EDB" w14:paraId="68D673C5" w14:textId="77777777">
        <w:trPr>
          <w:jc w:val="center"/>
        </w:trPr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2AF770" w14:textId="7777777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sz w:val="20"/>
                <w:szCs w:val="20"/>
              </w:rPr>
              <w:t>Opskrba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hranom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i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materijalom</w:t>
            </w:r>
            <w:proofErr w:type="spellEnd"/>
          </w:p>
        </w:tc>
        <w:tc>
          <w:tcPr>
            <w:tcW w:w="24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635655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sz w:val="20"/>
                <w:szCs w:val="20"/>
              </w:rPr>
              <w:t>Kontinuirana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opskrba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svih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objekata</w:t>
            </w:r>
            <w:proofErr w:type="spellEnd"/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F3E222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sz w:val="20"/>
                <w:szCs w:val="20"/>
              </w:rPr>
              <w:t>Nabava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provedena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prema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potrebama</w:t>
            </w:r>
            <w:proofErr w:type="spellEnd"/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36F15E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sz w:val="20"/>
                <w:szCs w:val="20"/>
              </w:rPr>
              <w:t>Ostvareno</w:t>
            </w:r>
            <w:proofErr w:type="spellEnd"/>
          </w:p>
        </w:tc>
      </w:tr>
      <w:tr w:rsidR="00A279ED" w:rsidRPr="00C54EDB" w14:paraId="578B51BC" w14:textId="77777777">
        <w:trPr>
          <w:jc w:val="center"/>
        </w:trPr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24377E" w14:textId="7777777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sz w:val="20"/>
                <w:szCs w:val="20"/>
              </w:rPr>
              <w:t>Podmirivanje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režijskih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troškova</w:t>
            </w:r>
            <w:proofErr w:type="spellEnd"/>
          </w:p>
        </w:tc>
        <w:tc>
          <w:tcPr>
            <w:tcW w:w="24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7197F8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 xml:space="preserve">Bez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prekida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u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pružanju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usluge</w:t>
            </w:r>
            <w:proofErr w:type="spellEnd"/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DFCB9A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sz w:val="20"/>
                <w:szCs w:val="20"/>
              </w:rPr>
              <w:t>Energija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i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komunalne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usluge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podmirivane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redovito</w:t>
            </w:r>
            <w:proofErr w:type="spellEnd"/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92A9DD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sz w:val="20"/>
                <w:szCs w:val="20"/>
              </w:rPr>
              <w:t>Ostvareno</w:t>
            </w:r>
            <w:proofErr w:type="spellEnd"/>
          </w:p>
        </w:tc>
      </w:tr>
      <w:tr w:rsidR="00A279ED" w:rsidRPr="00C54EDB" w14:paraId="30CCF1DA" w14:textId="77777777">
        <w:trPr>
          <w:jc w:val="center"/>
        </w:trPr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CB79F5" w14:textId="7777777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sz w:val="20"/>
                <w:szCs w:val="20"/>
              </w:rPr>
              <w:t>Stručno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usavršavanje</w:t>
            </w:r>
            <w:proofErr w:type="spellEnd"/>
          </w:p>
        </w:tc>
        <w:tc>
          <w:tcPr>
            <w:tcW w:w="24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126B9F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sz w:val="20"/>
                <w:szCs w:val="20"/>
              </w:rPr>
              <w:t>Omogućiti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razvoj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kompetencija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zaposlenika</w:t>
            </w:r>
            <w:proofErr w:type="spellEnd"/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B76E68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sz w:val="20"/>
                <w:szCs w:val="20"/>
              </w:rPr>
              <w:t>Izvršeno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9.716,47 EUR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1355BC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 xml:space="preserve">U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provedbi</w:t>
            </w:r>
            <w:proofErr w:type="spellEnd"/>
          </w:p>
        </w:tc>
      </w:tr>
      <w:tr w:rsidR="00A279ED" w:rsidRPr="00C54EDB" w14:paraId="7FF6B2C3" w14:textId="77777777">
        <w:trPr>
          <w:jc w:val="center"/>
        </w:trPr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67090B" w14:textId="7777777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sz w:val="20"/>
                <w:szCs w:val="20"/>
              </w:rPr>
              <w:t>Izvršenje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aktivnosti</w:t>
            </w:r>
            <w:proofErr w:type="spellEnd"/>
          </w:p>
        </w:tc>
        <w:tc>
          <w:tcPr>
            <w:tcW w:w="24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D2C476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sz w:val="20"/>
                <w:szCs w:val="20"/>
              </w:rPr>
              <w:t>Približno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polugodišnja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dinamika</w:t>
            </w:r>
            <w:proofErr w:type="spellEnd"/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C7B810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48,22 %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ED0571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 xml:space="preserve">U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skladu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s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planom</w:t>
            </w:r>
            <w:proofErr w:type="spellEnd"/>
          </w:p>
        </w:tc>
      </w:tr>
    </w:tbl>
    <w:p w14:paraId="3634E691" w14:textId="77777777" w:rsidR="00A279ED" w:rsidRPr="00C54EDB" w:rsidRDefault="00A279ED">
      <w:pPr>
        <w:spacing w:after="0"/>
        <w:rPr>
          <w:rFonts w:cs="Arial"/>
          <w:sz w:val="20"/>
          <w:szCs w:val="20"/>
        </w:rPr>
      </w:pPr>
    </w:p>
    <w:p w14:paraId="267E08BE" w14:textId="22608686" w:rsidR="00A279ED" w:rsidRPr="00C54EDB" w:rsidRDefault="00000000">
      <w:pPr>
        <w:pStyle w:val="Heading3"/>
        <w:rPr>
          <w:rFonts w:ascii="Arial" w:hAnsi="Arial" w:cs="Arial"/>
          <w:sz w:val="20"/>
          <w:szCs w:val="20"/>
        </w:rPr>
      </w:pPr>
      <w:r w:rsidRPr="00C54EDB">
        <w:rPr>
          <w:rFonts w:ascii="Arial" w:hAnsi="Arial" w:cs="Arial"/>
          <w:sz w:val="20"/>
          <w:szCs w:val="20"/>
        </w:rPr>
        <w:t xml:space="preserve">1.3. </w:t>
      </w:r>
      <w:proofErr w:type="spellStart"/>
      <w:r w:rsidRPr="00C54EDB">
        <w:rPr>
          <w:rFonts w:ascii="Arial" w:hAnsi="Arial" w:cs="Arial"/>
          <w:sz w:val="20"/>
          <w:szCs w:val="20"/>
        </w:rPr>
        <w:t>Kapitalni</w:t>
      </w:r>
      <w:proofErr w:type="spellEnd"/>
      <w:r w:rsidRPr="00C54E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54EDB">
        <w:rPr>
          <w:rFonts w:ascii="Arial" w:hAnsi="Arial" w:cs="Arial"/>
          <w:sz w:val="20"/>
          <w:szCs w:val="20"/>
        </w:rPr>
        <w:t>projekt</w:t>
      </w:r>
      <w:proofErr w:type="spellEnd"/>
      <w:r w:rsidRPr="00C54EDB">
        <w:rPr>
          <w:rFonts w:ascii="Arial" w:hAnsi="Arial" w:cs="Arial"/>
          <w:sz w:val="20"/>
          <w:szCs w:val="20"/>
        </w:rPr>
        <w:t xml:space="preserve"> K1010-07 – </w:t>
      </w:r>
      <w:proofErr w:type="spellStart"/>
      <w:r w:rsidRPr="00C54EDB">
        <w:rPr>
          <w:rFonts w:ascii="Arial" w:hAnsi="Arial" w:cs="Arial"/>
          <w:sz w:val="20"/>
          <w:szCs w:val="20"/>
        </w:rPr>
        <w:t>Opremanje</w:t>
      </w:r>
      <w:proofErr w:type="spellEnd"/>
      <w:r w:rsidRPr="00C54E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54EDB">
        <w:rPr>
          <w:rFonts w:ascii="Arial" w:hAnsi="Arial" w:cs="Arial"/>
          <w:sz w:val="20"/>
          <w:szCs w:val="20"/>
        </w:rPr>
        <w:t>objekata</w:t>
      </w:r>
      <w:proofErr w:type="spellEnd"/>
      <w:r w:rsidR="000E66CA">
        <w:rPr>
          <w:rFonts w:ascii="Arial" w:hAnsi="Arial" w:cs="Arial"/>
          <w:sz w:val="20"/>
          <w:szCs w:val="20"/>
        </w:rPr>
        <w:t xml:space="preserve"> DV Sunce</w:t>
      </w:r>
    </w:p>
    <w:p w14:paraId="5436D020" w14:textId="1375F3C0" w:rsidR="00A279ED" w:rsidRPr="00C54EDB" w:rsidRDefault="00000000">
      <w:pPr>
        <w:rPr>
          <w:rFonts w:cs="Arial"/>
          <w:sz w:val="20"/>
          <w:szCs w:val="20"/>
        </w:rPr>
      </w:pPr>
      <w:proofErr w:type="spellStart"/>
      <w:r w:rsidRPr="00C54EDB">
        <w:rPr>
          <w:rFonts w:cs="Arial"/>
          <w:sz w:val="20"/>
          <w:szCs w:val="20"/>
        </w:rPr>
        <w:t>Kapitalni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projekt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planiran</w:t>
      </w:r>
      <w:proofErr w:type="spellEnd"/>
      <w:r w:rsidRPr="00C54EDB">
        <w:rPr>
          <w:rFonts w:cs="Arial"/>
          <w:sz w:val="20"/>
          <w:szCs w:val="20"/>
        </w:rPr>
        <w:t xml:space="preserve"> je u </w:t>
      </w:r>
      <w:proofErr w:type="spellStart"/>
      <w:r w:rsidRPr="00C54EDB">
        <w:rPr>
          <w:rFonts w:cs="Arial"/>
          <w:sz w:val="20"/>
          <w:szCs w:val="20"/>
        </w:rPr>
        <w:t>iznosu</w:t>
      </w:r>
      <w:proofErr w:type="spellEnd"/>
      <w:r w:rsidRPr="00C54EDB">
        <w:rPr>
          <w:rFonts w:cs="Arial"/>
          <w:sz w:val="20"/>
          <w:szCs w:val="20"/>
        </w:rPr>
        <w:t xml:space="preserve"> od 2.185.800,00 EUR, a do 30. </w:t>
      </w:r>
      <w:proofErr w:type="spellStart"/>
      <w:r w:rsidRPr="00C54EDB">
        <w:rPr>
          <w:rFonts w:cs="Arial"/>
          <w:sz w:val="20"/>
          <w:szCs w:val="20"/>
        </w:rPr>
        <w:t>lipnja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izvršeno</w:t>
      </w:r>
      <w:proofErr w:type="spellEnd"/>
      <w:r w:rsidRPr="00C54EDB">
        <w:rPr>
          <w:rFonts w:cs="Arial"/>
          <w:sz w:val="20"/>
          <w:szCs w:val="20"/>
        </w:rPr>
        <w:t xml:space="preserve"> je 350.395,78 EUR </w:t>
      </w:r>
      <w:proofErr w:type="spellStart"/>
      <w:r w:rsidRPr="00C54EDB">
        <w:rPr>
          <w:rFonts w:cs="Arial"/>
          <w:sz w:val="20"/>
          <w:szCs w:val="20"/>
        </w:rPr>
        <w:t>ili</w:t>
      </w:r>
      <w:proofErr w:type="spellEnd"/>
      <w:r w:rsidRPr="00C54EDB">
        <w:rPr>
          <w:rFonts w:cs="Arial"/>
          <w:sz w:val="20"/>
          <w:szCs w:val="20"/>
        </w:rPr>
        <w:t xml:space="preserve"> 16,03 %. </w:t>
      </w:r>
      <w:proofErr w:type="spellStart"/>
      <w:r w:rsidRPr="00C54EDB">
        <w:rPr>
          <w:rFonts w:cs="Arial"/>
          <w:sz w:val="20"/>
          <w:szCs w:val="20"/>
        </w:rPr>
        <w:t>Nabavljeni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su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uredska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oprema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namještaj</w:t>
      </w:r>
      <w:proofErr w:type="spellEnd"/>
      <w:r w:rsidRPr="00C54EDB">
        <w:rPr>
          <w:rFonts w:cs="Arial"/>
          <w:sz w:val="20"/>
          <w:szCs w:val="20"/>
        </w:rPr>
        <w:t xml:space="preserve">, </w:t>
      </w:r>
      <w:proofErr w:type="spellStart"/>
      <w:r w:rsidRPr="00C54EDB">
        <w:rPr>
          <w:rFonts w:cs="Arial"/>
          <w:sz w:val="20"/>
          <w:szCs w:val="20"/>
        </w:rPr>
        <w:t>oprema</w:t>
      </w:r>
      <w:proofErr w:type="spellEnd"/>
      <w:r w:rsidRPr="00C54EDB">
        <w:rPr>
          <w:rFonts w:cs="Arial"/>
          <w:sz w:val="20"/>
          <w:szCs w:val="20"/>
        </w:rPr>
        <w:t xml:space="preserve"> za </w:t>
      </w:r>
      <w:proofErr w:type="spellStart"/>
      <w:r w:rsidRPr="00C54EDB">
        <w:rPr>
          <w:rFonts w:cs="Arial"/>
          <w:sz w:val="20"/>
          <w:szCs w:val="20"/>
        </w:rPr>
        <w:t>održavanje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zaštitu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te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su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provedena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ulaganja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na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tuđoj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imovini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dodatna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ulaganja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na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građevinskim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objektima</w:t>
      </w:r>
      <w:proofErr w:type="spellEnd"/>
      <w:r w:rsidRPr="00C54EDB">
        <w:rPr>
          <w:rFonts w:cs="Arial"/>
          <w:sz w:val="20"/>
          <w:szCs w:val="20"/>
        </w:rPr>
        <w:t>.</w:t>
      </w:r>
      <w:r w:rsidR="000E66CA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Cilj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projekta</w:t>
      </w:r>
      <w:proofErr w:type="spellEnd"/>
      <w:r w:rsidRPr="00C54EDB">
        <w:rPr>
          <w:rFonts w:cs="Arial"/>
          <w:sz w:val="20"/>
          <w:szCs w:val="20"/>
        </w:rPr>
        <w:t xml:space="preserve"> je </w:t>
      </w:r>
      <w:proofErr w:type="spellStart"/>
      <w:r w:rsidRPr="00C54EDB">
        <w:rPr>
          <w:rFonts w:cs="Arial"/>
          <w:sz w:val="20"/>
          <w:szCs w:val="20"/>
        </w:rPr>
        <w:t>unaprijediti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sigurnost</w:t>
      </w:r>
      <w:proofErr w:type="spellEnd"/>
      <w:r w:rsidRPr="00C54EDB">
        <w:rPr>
          <w:rFonts w:cs="Arial"/>
          <w:sz w:val="20"/>
          <w:szCs w:val="20"/>
        </w:rPr>
        <w:t xml:space="preserve">, </w:t>
      </w:r>
      <w:proofErr w:type="spellStart"/>
      <w:r w:rsidRPr="00C54EDB">
        <w:rPr>
          <w:rFonts w:cs="Arial"/>
          <w:sz w:val="20"/>
          <w:szCs w:val="20"/>
        </w:rPr>
        <w:t>funkcionalnost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kvalitetu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prostora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opreme</w:t>
      </w:r>
      <w:proofErr w:type="spellEnd"/>
      <w:r w:rsidRPr="00C54EDB">
        <w:rPr>
          <w:rFonts w:cs="Arial"/>
          <w:sz w:val="20"/>
          <w:szCs w:val="20"/>
        </w:rPr>
        <w:t xml:space="preserve"> u </w:t>
      </w:r>
      <w:proofErr w:type="spellStart"/>
      <w:r w:rsidRPr="00C54EDB">
        <w:rPr>
          <w:rFonts w:cs="Arial"/>
          <w:sz w:val="20"/>
          <w:szCs w:val="20"/>
        </w:rPr>
        <w:t>kojima</w:t>
      </w:r>
      <w:proofErr w:type="spellEnd"/>
      <w:r w:rsidRPr="00C54EDB">
        <w:rPr>
          <w:rFonts w:cs="Arial"/>
          <w:sz w:val="20"/>
          <w:szCs w:val="20"/>
        </w:rPr>
        <w:t xml:space="preserve"> se </w:t>
      </w:r>
      <w:proofErr w:type="spellStart"/>
      <w:r w:rsidRPr="00C54EDB">
        <w:rPr>
          <w:rFonts w:cs="Arial"/>
          <w:sz w:val="20"/>
          <w:szCs w:val="20"/>
        </w:rPr>
        <w:t>provodi</w:t>
      </w:r>
      <w:proofErr w:type="spellEnd"/>
      <w:r w:rsidRPr="00C54EDB">
        <w:rPr>
          <w:rFonts w:cs="Arial"/>
          <w:sz w:val="20"/>
          <w:szCs w:val="20"/>
        </w:rPr>
        <w:t xml:space="preserve"> program </w:t>
      </w:r>
      <w:proofErr w:type="spellStart"/>
      <w:r w:rsidRPr="00C54EDB">
        <w:rPr>
          <w:rFonts w:cs="Arial"/>
          <w:sz w:val="20"/>
          <w:szCs w:val="20"/>
        </w:rPr>
        <w:t>predškolskog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odgoja</w:t>
      </w:r>
      <w:proofErr w:type="spellEnd"/>
      <w:r w:rsidRPr="00C54EDB">
        <w:rPr>
          <w:rFonts w:cs="Arial"/>
          <w:sz w:val="20"/>
          <w:szCs w:val="20"/>
        </w:rPr>
        <w:t xml:space="preserve">. </w:t>
      </w:r>
      <w:proofErr w:type="spellStart"/>
      <w:r w:rsidRPr="00C54EDB">
        <w:rPr>
          <w:rFonts w:cs="Arial"/>
          <w:sz w:val="20"/>
          <w:szCs w:val="20"/>
        </w:rPr>
        <w:t>Niže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polugodišnje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izvršenje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uobičajeno</w:t>
      </w:r>
      <w:proofErr w:type="spellEnd"/>
      <w:r w:rsidRPr="00C54EDB">
        <w:rPr>
          <w:rFonts w:cs="Arial"/>
          <w:sz w:val="20"/>
          <w:szCs w:val="20"/>
        </w:rPr>
        <w:t xml:space="preserve"> je za </w:t>
      </w:r>
      <w:proofErr w:type="spellStart"/>
      <w:r w:rsidRPr="00C54EDB">
        <w:rPr>
          <w:rFonts w:cs="Arial"/>
          <w:sz w:val="20"/>
          <w:szCs w:val="20"/>
        </w:rPr>
        <w:t>kapitalne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projekte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zbog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trajanja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postupaka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nabave</w:t>
      </w:r>
      <w:proofErr w:type="spellEnd"/>
      <w:r w:rsidRPr="00C54EDB">
        <w:rPr>
          <w:rFonts w:cs="Arial"/>
          <w:sz w:val="20"/>
          <w:szCs w:val="20"/>
        </w:rPr>
        <w:t xml:space="preserve">, </w:t>
      </w:r>
      <w:proofErr w:type="spellStart"/>
      <w:r w:rsidRPr="00C54EDB">
        <w:rPr>
          <w:rFonts w:cs="Arial"/>
          <w:sz w:val="20"/>
          <w:szCs w:val="20"/>
        </w:rPr>
        <w:t>ugovaranja</w:t>
      </w:r>
      <w:proofErr w:type="spellEnd"/>
      <w:r w:rsidRPr="00C54EDB">
        <w:rPr>
          <w:rFonts w:cs="Arial"/>
          <w:sz w:val="20"/>
          <w:szCs w:val="20"/>
        </w:rPr>
        <w:t xml:space="preserve">, </w:t>
      </w:r>
      <w:proofErr w:type="spellStart"/>
      <w:r w:rsidRPr="00C54EDB">
        <w:rPr>
          <w:rFonts w:cs="Arial"/>
          <w:sz w:val="20"/>
          <w:szCs w:val="20"/>
        </w:rPr>
        <w:t>izvođenja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obračuna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radova</w:t>
      </w:r>
      <w:proofErr w:type="spellEnd"/>
      <w:r w:rsidRPr="00C54EDB">
        <w:rPr>
          <w:rFonts w:cs="Arial"/>
          <w:sz w:val="20"/>
          <w:szCs w:val="20"/>
        </w:rPr>
        <w:t xml:space="preserve">. </w:t>
      </w:r>
      <w:proofErr w:type="spellStart"/>
      <w:r w:rsidRPr="00C54EDB">
        <w:rPr>
          <w:rFonts w:cs="Arial"/>
          <w:sz w:val="20"/>
          <w:szCs w:val="20"/>
        </w:rPr>
        <w:t>Realizacija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preostalog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dijela</w:t>
      </w:r>
      <w:proofErr w:type="spellEnd"/>
      <w:r w:rsidRPr="00C54EDB">
        <w:rPr>
          <w:rFonts w:cs="Arial"/>
          <w:sz w:val="20"/>
          <w:szCs w:val="20"/>
        </w:rPr>
        <w:t xml:space="preserve"> plana </w:t>
      </w:r>
      <w:proofErr w:type="spellStart"/>
      <w:r w:rsidRPr="00C54EDB">
        <w:rPr>
          <w:rFonts w:cs="Arial"/>
          <w:sz w:val="20"/>
          <w:szCs w:val="20"/>
        </w:rPr>
        <w:t>očekuje</w:t>
      </w:r>
      <w:proofErr w:type="spellEnd"/>
      <w:r w:rsidRPr="00C54EDB">
        <w:rPr>
          <w:rFonts w:cs="Arial"/>
          <w:sz w:val="20"/>
          <w:szCs w:val="20"/>
        </w:rPr>
        <w:t xml:space="preserve"> se </w:t>
      </w:r>
      <w:proofErr w:type="spellStart"/>
      <w:r w:rsidRPr="00C54EDB">
        <w:rPr>
          <w:rFonts w:cs="Arial"/>
          <w:sz w:val="20"/>
          <w:szCs w:val="20"/>
        </w:rPr>
        <w:t>tijekom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drugog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polugodišta</w:t>
      </w:r>
      <w:proofErr w:type="spellEnd"/>
      <w:r w:rsidRPr="00C54EDB">
        <w:rPr>
          <w:rFonts w:cs="Arial"/>
          <w:sz w:val="20"/>
          <w:szCs w:val="20"/>
        </w:rPr>
        <w:t>.</w:t>
      </w:r>
    </w:p>
    <w:p w14:paraId="4B3AD824" w14:textId="77777777" w:rsidR="005B2087" w:rsidRPr="00C54EDB" w:rsidRDefault="005B2087">
      <w:pPr>
        <w:rPr>
          <w:rFonts w:cs="Arial"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969"/>
        <w:gridCol w:w="2041"/>
        <w:gridCol w:w="2041"/>
        <w:gridCol w:w="1928"/>
      </w:tblGrid>
      <w:tr w:rsidR="00A279ED" w:rsidRPr="00C54EDB" w14:paraId="77DF60AF" w14:textId="77777777">
        <w:trPr>
          <w:tblHeader/>
          <w:jc w:val="center"/>
        </w:trPr>
        <w:tc>
          <w:tcPr>
            <w:tcW w:w="3969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DB426D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Pokazatelj</w:t>
            </w:r>
            <w:proofErr w:type="spellEnd"/>
          </w:p>
        </w:tc>
        <w:tc>
          <w:tcPr>
            <w:tcW w:w="2041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903187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Plan 2026.</w:t>
            </w:r>
          </w:p>
        </w:tc>
        <w:tc>
          <w:tcPr>
            <w:tcW w:w="2041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C8F164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I–VI 2026.</w:t>
            </w:r>
          </w:p>
        </w:tc>
        <w:tc>
          <w:tcPr>
            <w:tcW w:w="1928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E17201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Status</w:t>
            </w:r>
          </w:p>
        </w:tc>
      </w:tr>
      <w:tr w:rsidR="00A279ED" w:rsidRPr="00C54EDB" w14:paraId="651E55F8" w14:textId="77777777">
        <w:trPr>
          <w:jc w:val="center"/>
        </w:trPr>
        <w:tc>
          <w:tcPr>
            <w:tcW w:w="396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8D0EFC" w14:textId="7777777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sz w:val="20"/>
                <w:szCs w:val="20"/>
              </w:rPr>
              <w:t>Financijsko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izvršenje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projekta</w:t>
            </w:r>
            <w:proofErr w:type="spellEnd"/>
          </w:p>
        </w:tc>
        <w:tc>
          <w:tcPr>
            <w:tcW w:w="20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84CBA9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2.185.800,00</w:t>
            </w:r>
          </w:p>
        </w:tc>
        <w:tc>
          <w:tcPr>
            <w:tcW w:w="20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8604BD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350.395,78</w:t>
            </w:r>
          </w:p>
        </w:tc>
        <w:tc>
          <w:tcPr>
            <w:tcW w:w="19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708154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16,03 %</w:t>
            </w:r>
          </w:p>
        </w:tc>
      </w:tr>
      <w:tr w:rsidR="00A279ED" w:rsidRPr="00C54EDB" w14:paraId="700274A3" w14:textId="77777777">
        <w:trPr>
          <w:jc w:val="center"/>
        </w:trPr>
        <w:tc>
          <w:tcPr>
            <w:tcW w:w="396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D4FEDB" w14:textId="7777777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sz w:val="20"/>
                <w:szCs w:val="20"/>
              </w:rPr>
              <w:t>Nabava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uredske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opreme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i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namještaja</w:t>
            </w:r>
            <w:proofErr w:type="spellEnd"/>
          </w:p>
        </w:tc>
        <w:tc>
          <w:tcPr>
            <w:tcW w:w="20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4209C0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357.000,00</w:t>
            </w:r>
          </w:p>
        </w:tc>
        <w:tc>
          <w:tcPr>
            <w:tcW w:w="20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7CDDB1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205.492,20</w:t>
            </w:r>
          </w:p>
        </w:tc>
        <w:tc>
          <w:tcPr>
            <w:tcW w:w="19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51D26D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57,56 %</w:t>
            </w:r>
          </w:p>
        </w:tc>
      </w:tr>
      <w:tr w:rsidR="00A279ED" w:rsidRPr="00C54EDB" w14:paraId="47FC8829" w14:textId="77777777">
        <w:trPr>
          <w:jc w:val="center"/>
        </w:trPr>
        <w:tc>
          <w:tcPr>
            <w:tcW w:w="396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4197A3" w14:textId="7777777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sz w:val="20"/>
                <w:szCs w:val="20"/>
              </w:rPr>
              <w:lastRenderedPageBreak/>
              <w:t>Dodatna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ulaganja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na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građevinskim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objektima</w:t>
            </w:r>
            <w:proofErr w:type="spellEnd"/>
          </w:p>
        </w:tc>
        <w:tc>
          <w:tcPr>
            <w:tcW w:w="20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631CF5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572.000,00</w:t>
            </w:r>
          </w:p>
        </w:tc>
        <w:tc>
          <w:tcPr>
            <w:tcW w:w="20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5ACD8C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110.613,80</w:t>
            </w:r>
          </w:p>
        </w:tc>
        <w:tc>
          <w:tcPr>
            <w:tcW w:w="19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8C7F4D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19,34 %</w:t>
            </w:r>
          </w:p>
        </w:tc>
      </w:tr>
      <w:tr w:rsidR="00A279ED" w:rsidRPr="00C54EDB" w14:paraId="7DB637E1" w14:textId="77777777">
        <w:trPr>
          <w:jc w:val="center"/>
        </w:trPr>
        <w:tc>
          <w:tcPr>
            <w:tcW w:w="396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0068E8" w14:textId="7777777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sz w:val="20"/>
                <w:szCs w:val="20"/>
              </w:rPr>
              <w:t>Ulaganja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na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tuđoj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imovini</w:t>
            </w:r>
            <w:proofErr w:type="spellEnd"/>
          </w:p>
        </w:tc>
        <w:tc>
          <w:tcPr>
            <w:tcW w:w="20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C56838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1.144.000,00</w:t>
            </w:r>
          </w:p>
        </w:tc>
        <w:tc>
          <w:tcPr>
            <w:tcW w:w="20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3C0151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30.395,24</w:t>
            </w:r>
          </w:p>
        </w:tc>
        <w:tc>
          <w:tcPr>
            <w:tcW w:w="19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0B3327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2,66 %</w:t>
            </w:r>
          </w:p>
        </w:tc>
      </w:tr>
    </w:tbl>
    <w:p w14:paraId="528AB556" w14:textId="77777777" w:rsidR="00A279ED" w:rsidRPr="00C54EDB" w:rsidRDefault="00A279ED">
      <w:pPr>
        <w:spacing w:after="0"/>
        <w:rPr>
          <w:rFonts w:cs="Arial"/>
          <w:sz w:val="20"/>
          <w:szCs w:val="20"/>
        </w:rPr>
      </w:pPr>
    </w:p>
    <w:p w14:paraId="2F071EAE" w14:textId="77777777" w:rsidR="005B2087" w:rsidRPr="00C54EDB" w:rsidRDefault="005B2087">
      <w:pPr>
        <w:spacing w:after="0"/>
        <w:rPr>
          <w:rFonts w:cs="Arial"/>
          <w:sz w:val="20"/>
          <w:szCs w:val="20"/>
        </w:rPr>
      </w:pPr>
    </w:p>
    <w:p w14:paraId="1771DB49" w14:textId="05F64728" w:rsidR="005B2087" w:rsidRPr="00C54EDB" w:rsidRDefault="00000000" w:rsidP="005B2087">
      <w:pPr>
        <w:pStyle w:val="Heading2"/>
        <w:rPr>
          <w:rFonts w:ascii="Arial" w:hAnsi="Arial" w:cs="Arial"/>
          <w:sz w:val="20"/>
          <w:szCs w:val="20"/>
        </w:rPr>
      </w:pPr>
      <w:r w:rsidRPr="00C54EDB">
        <w:rPr>
          <w:rFonts w:ascii="Arial" w:hAnsi="Arial" w:cs="Arial"/>
          <w:sz w:val="20"/>
          <w:szCs w:val="20"/>
        </w:rPr>
        <w:t xml:space="preserve">2. Program 1064 – </w:t>
      </w:r>
      <w:proofErr w:type="spellStart"/>
      <w:r w:rsidRPr="00C54EDB">
        <w:rPr>
          <w:rFonts w:ascii="Arial" w:hAnsi="Arial" w:cs="Arial"/>
          <w:sz w:val="20"/>
          <w:szCs w:val="20"/>
        </w:rPr>
        <w:t>Smjenski</w:t>
      </w:r>
      <w:proofErr w:type="spellEnd"/>
      <w:r w:rsidRPr="00C54EDB">
        <w:rPr>
          <w:rFonts w:ascii="Arial" w:hAnsi="Arial" w:cs="Arial"/>
          <w:sz w:val="20"/>
          <w:szCs w:val="20"/>
        </w:rPr>
        <w:t xml:space="preserve"> rad </w:t>
      </w:r>
      <w:proofErr w:type="spellStart"/>
      <w:r w:rsidRPr="00C54EDB">
        <w:rPr>
          <w:rFonts w:ascii="Arial" w:hAnsi="Arial" w:cs="Arial"/>
          <w:sz w:val="20"/>
          <w:szCs w:val="20"/>
        </w:rPr>
        <w:t>i</w:t>
      </w:r>
      <w:proofErr w:type="spellEnd"/>
      <w:r w:rsidRPr="00C54E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54EDB">
        <w:rPr>
          <w:rFonts w:ascii="Arial" w:hAnsi="Arial" w:cs="Arial"/>
          <w:sz w:val="20"/>
          <w:szCs w:val="20"/>
        </w:rPr>
        <w:t>produljeni</w:t>
      </w:r>
      <w:proofErr w:type="spellEnd"/>
      <w:r w:rsidRPr="00C54E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54EDB">
        <w:rPr>
          <w:rFonts w:ascii="Arial" w:hAnsi="Arial" w:cs="Arial"/>
          <w:sz w:val="20"/>
          <w:szCs w:val="20"/>
        </w:rPr>
        <w:t>boravak</w:t>
      </w:r>
      <w:proofErr w:type="spellEnd"/>
      <w:r w:rsidRPr="00C54E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54EDB">
        <w:rPr>
          <w:rFonts w:ascii="Arial" w:hAnsi="Arial" w:cs="Arial"/>
          <w:sz w:val="20"/>
          <w:szCs w:val="20"/>
        </w:rPr>
        <w:t>vrtića</w:t>
      </w:r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706"/>
        <w:gridCol w:w="1814"/>
        <w:gridCol w:w="1871"/>
        <w:gridCol w:w="1587"/>
      </w:tblGrid>
      <w:tr w:rsidR="00A279ED" w:rsidRPr="00C54EDB" w14:paraId="1AF599A2" w14:textId="77777777">
        <w:trPr>
          <w:tblHeader/>
          <w:jc w:val="center"/>
        </w:trPr>
        <w:tc>
          <w:tcPr>
            <w:tcW w:w="4706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761579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 xml:space="preserve">Program / </w:t>
            </w:r>
            <w:proofErr w:type="spellStart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aktivnost</w:t>
            </w:r>
            <w:proofErr w:type="spellEnd"/>
          </w:p>
        </w:tc>
        <w:tc>
          <w:tcPr>
            <w:tcW w:w="1814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2272AF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Plan 2026.</w:t>
            </w:r>
          </w:p>
        </w:tc>
        <w:tc>
          <w:tcPr>
            <w:tcW w:w="1871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969877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Izvršenje</w:t>
            </w:r>
            <w:proofErr w:type="spellEnd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 xml:space="preserve"> I–VI 2026.</w:t>
            </w:r>
          </w:p>
        </w:tc>
        <w:tc>
          <w:tcPr>
            <w:tcW w:w="1587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63CE7F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Izvršenje</w:t>
            </w:r>
            <w:proofErr w:type="spellEnd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 xml:space="preserve"> plana</w:t>
            </w:r>
          </w:p>
        </w:tc>
      </w:tr>
      <w:tr w:rsidR="00A279ED" w:rsidRPr="00C54EDB" w14:paraId="4217067E" w14:textId="77777777">
        <w:trPr>
          <w:jc w:val="center"/>
        </w:trPr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1397DE" w14:textId="7777777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 xml:space="preserve">Program 1064 –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Smjenski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rad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i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produljeni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boravak</w:t>
            </w:r>
            <w:proofErr w:type="spellEnd"/>
          </w:p>
        </w:tc>
        <w:tc>
          <w:tcPr>
            <w:tcW w:w="181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B60C72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45.116,60</w:t>
            </w:r>
          </w:p>
        </w:tc>
        <w:tc>
          <w:tcPr>
            <w:tcW w:w="18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08415C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9.072,43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C05F5B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20,11 %</w:t>
            </w:r>
          </w:p>
        </w:tc>
      </w:tr>
      <w:tr w:rsidR="00A279ED" w:rsidRPr="00C54EDB" w14:paraId="2EAF9C12" w14:textId="77777777">
        <w:trPr>
          <w:jc w:val="center"/>
        </w:trPr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60E0ED" w14:textId="7777777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sz w:val="20"/>
                <w:szCs w:val="20"/>
              </w:rPr>
              <w:t>Aktivnost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1064-01 –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Mreža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za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dar</w:t>
            </w:r>
            <w:proofErr w:type="spellEnd"/>
          </w:p>
        </w:tc>
        <w:tc>
          <w:tcPr>
            <w:tcW w:w="181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A18CB6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45.116,60</w:t>
            </w:r>
          </w:p>
        </w:tc>
        <w:tc>
          <w:tcPr>
            <w:tcW w:w="18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9FE6D3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9.072,43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671C26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20,11 %</w:t>
            </w:r>
          </w:p>
        </w:tc>
      </w:tr>
    </w:tbl>
    <w:p w14:paraId="22033635" w14:textId="77777777" w:rsidR="00A279ED" w:rsidRPr="00C54EDB" w:rsidRDefault="00A279ED">
      <w:pPr>
        <w:spacing w:after="0"/>
        <w:rPr>
          <w:rFonts w:cs="Arial"/>
          <w:sz w:val="20"/>
          <w:szCs w:val="20"/>
        </w:rPr>
      </w:pPr>
    </w:p>
    <w:p w14:paraId="704356A8" w14:textId="77777777" w:rsidR="00A279ED" w:rsidRPr="00C54EDB" w:rsidRDefault="00000000">
      <w:pPr>
        <w:rPr>
          <w:rFonts w:cs="Arial"/>
          <w:sz w:val="20"/>
          <w:szCs w:val="20"/>
        </w:rPr>
      </w:pPr>
      <w:r w:rsidRPr="00C54EDB">
        <w:rPr>
          <w:rFonts w:cs="Arial"/>
          <w:sz w:val="20"/>
          <w:szCs w:val="20"/>
        </w:rPr>
        <w:t xml:space="preserve">Program je </w:t>
      </w:r>
      <w:proofErr w:type="spellStart"/>
      <w:r w:rsidRPr="00C54EDB">
        <w:rPr>
          <w:rFonts w:cs="Arial"/>
          <w:sz w:val="20"/>
          <w:szCs w:val="20"/>
        </w:rPr>
        <w:t>usmjeren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na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osiguravanje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dodatne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dostupnosti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vrtićke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usluge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roditeljima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kojima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zbog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radnog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vremena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treba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smjenski</w:t>
      </w:r>
      <w:proofErr w:type="spellEnd"/>
      <w:r w:rsidRPr="00C54EDB">
        <w:rPr>
          <w:rFonts w:cs="Arial"/>
          <w:sz w:val="20"/>
          <w:szCs w:val="20"/>
        </w:rPr>
        <w:t xml:space="preserve"> rad </w:t>
      </w:r>
      <w:proofErr w:type="spellStart"/>
      <w:r w:rsidRPr="00C54EDB">
        <w:rPr>
          <w:rFonts w:cs="Arial"/>
          <w:sz w:val="20"/>
          <w:szCs w:val="20"/>
        </w:rPr>
        <w:t>ili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produljeni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boravak</w:t>
      </w:r>
      <w:proofErr w:type="spellEnd"/>
      <w:r w:rsidRPr="00C54EDB">
        <w:rPr>
          <w:rFonts w:cs="Arial"/>
          <w:sz w:val="20"/>
          <w:szCs w:val="20"/>
        </w:rPr>
        <w:t xml:space="preserve">. </w:t>
      </w:r>
      <w:proofErr w:type="spellStart"/>
      <w:r w:rsidRPr="00C54EDB">
        <w:rPr>
          <w:rFonts w:cs="Arial"/>
          <w:sz w:val="20"/>
          <w:szCs w:val="20"/>
        </w:rPr>
        <w:t>Sredstva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su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korištena</w:t>
      </w:r>
      <w:proofErr w:type="spellEnd"/>
      <w:r w:rsidRPr="00C54EDB">
        <w:rPr>
          <w:rFonts w:cs="Arial"/>
          <w:sz w:val="20"/>
          <w:szCs w:val="20"/>
        </w:rPr>
        <w:t xml:space="preserve"> za </w:t>
      </w:r>
      <w:proofErr w:type="spellStart"/>
      <w:r w:rsidRPr="00C54EDB">
        <w:rPr>
          <w:rFonts w:cs="Arial"/>
          <w:sz w:val="20"/>
          <w:szCs w:val="20"/>
        </w:rPr>
        <w:t>rashode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zaposlenih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naknade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troškova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zaposlenima</w:t>
      </w:r>
      <w:proofErr w:type="spellEnd"/>
      <w:r w:rsidRPr="00C54EDB">
        <w:rPr>
          <w:rFonts w:cs="Arial"/>
          <w:sz w:val="20"/>
          <w:szCs w:val="20"/>
        </w:rPr>
        <w:t xml:space="preserve">. </w:t>
      </w:r>
      <w:proofErr w:type="spellStart"/>
      <w:r w:rsidRPr="00C54EDB">
        <w:rPr>
          <w:rFonts w:cs="Arial"/>
          <w:sz w:val="20"/>
          <w:szCs w:val="20"/>
        </w:rPr>
        <w:t>Izvršenje</w:t>
      </w:r>
      <w:proofErr w:type="spellEnd"/>
      <w:r w:rsidRPr="00C54EDB">
        <w:rPr>
          <w:rFonts w:cs="Arial"/>
          <w:sz w:val="20"/>
          <w:szCs w:val="20"/>
        </w:rPr>
        <w:t xml:space="preserve"> od 20,11 % plana </w:t>
      </w:r>
      <w:proofErr w:type="spellStart"/>
      <w:r w:rsidRPr="00C54EDB">
        <w:rPr>
          <w:rFonts w:cs="Arial"/>
          <w:sz w:val="20"/>
          <w:szCs w:val="20"/>
        </w:rPr>
        <w:t>odražava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dinamiku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provedbe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aktivnosti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obračuna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pripadajućih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rashoda</w:t>
      </w:r>
      <w:proofErr w:type="spellEnd"/>
      <w:r w:rsidRPr="00C54EDB">
        <w:rPr>
          <w:rFonts w:cs="Arial"/>
          <w:sz w:val="20"/>
          <w:szCs w:val="20"/>
        </w:rPr>
        <w:t xml:space="preserve"> u </w:t>
      </w:r>
      <w:proofErr w:type="spellStart"/>
      <w:r w:rsidRPr="00C54EDB">
        <w:rPr>
          <w:rFonts w:cs="Arial"/>
          <w:sz w:val="20"/>
          <w:szCs w:val="20"/>
        </w:rPr>
        <w:t>prvom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dijelu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godine</w:t>
      </w:r>
      <w:proofErr w:type="spellEnd"/>
      <w:r w:rsidRPr="00C54EDB">
        <w:rPr>
          <w:rFonts w:cs="Arial"/>
          <w:sz w:val="20"/>
          <w:szCs w:val="20"/>
        </w:rPr>
        <w:t>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43"/>
        <w:gridCol w:w="2606"/>
        <w:gridCol w:w="2942"/>
        <w:gridCol w:w="1698"/>
      </w:tblGrid>
      <w:tr w:rsidR="00A279ED" w:rsidRPr="00C54EDB" w14:paraId="40FD953D" w14:textId="77777777">
        <w:trPr>
          <w:tblHeader/>
          <w:jc w:val="center"/>
        </w:trPr>
        <w:tc>
          <w:tcPr>
            <w:tcW w:w="2948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606F34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Pokazatelj</w:t>
            </w:r>
            <w:proofErr w:type="spellEnd"/>
          </w:p>
        </w:tc>
        <w:tc>
          <w:tcPr>
            <w:tcW w:w="2608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97079E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Cilj</w:t>
            </w:r>
            <w:proofErr w:type="spellEnd"/>
          </w:p>
        </w:tc>
        <w:tc>
          <w:tcPr>
            <w:tcW w:w="2948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0BF730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Rezultat</w:t>
            </w:r>
            <w:proofErr w:type="spellEnd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 xml:space="preserve"> u I–VI 2026.</w:t>
            </w:r>
          </w:p>
        </w:tc>
        <w:tc>
          <w:tcPr>
            <w:tcW w:w="1701" w:type="dxa"/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16CE84" w14:textId="77777777" w:rsidR="00A279ED" w:rsidRPr="00C54EDB" w:rsidRDefault="00000000">
            <w:pPr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b/>
                <w:color w:val="FFFFFF"/>
                <w:sz w:val="20"/>
                <w:szCs w:val="20"/>
              </w:rPr>
              <w:t>Ocjena</w:t>
            </w:r>
            <w:proofErr w:type="spellEnd"/>
          </w:p>
        </w:tc>
      </w:tr>
      <w:tr w:rsidR="00A279ED" w:rsidRPr="00C54EDB" w14:paraId="47F3A62B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532597" w14:textId="7777777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sz w:val="20"/>
                <w:szCs w:val="20"/>
              </w:rPr>
              <w:t>Dostupnost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usluge</w:t>
            </w:r>
            <w:proofErr w:type="spellEnd"/>
          </w:p>
        </w:tc>
        <w:tc>
          <w:tcPr>
            <w:tcW w:w="26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D6094B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sz w:val="20"/>
                <w:szCs w:val="20"/>
              </w:rPr>
              <w:t>Osigurati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produženu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>/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smjensku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uslugu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prema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potrebama</w:t>
            </w:r>
            <w:proofErr w:type="spellEnd"/>
          </w:p>
        </w:tc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2F4A40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sz w:val="20"/>
                <w:szCs w:val="20"/>
              </w:rPr>
              <w:t>Aktivnost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se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provodila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u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izvještajnom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razdoblju</w:t>
            </w:r>
            <w:proofErr w:type="spellEnd"/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406872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 xml:space="preserve">U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provedbi</w:t>
            </w:r>
            <w:proofErr w:type="spellEnd"/>
          </w:p>
        </w:tc>
      </w:tr>
      <w:tr w:rsidR="00A279ED" w:rsidRPr="00C54EDB" w14:paraId="08AAC184" w14:textId="77777777">
        <w:trPr>
          <w:jc w:val="center"/>
        </w:trPr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3AA7C5" w14:textId="77777777" w:rsidR="00A279ED" w:rsidRPr="00C54EDB" w:rsidRDefault="00000000">
            <w:pPr>
              <w:spacing w:after="0"/>
              <w:rPr>
                <w:rFonts w:cs="Arial"/>
                <w:sz w:val="20"/>
                <w:szCs w:val="20"/>
              </w:rPr>
            </w:pPr>
            <w:proofErr w:type="spellStart"/>
            <w:r w:rsidRPr="00C54EDB">
              <w:rPr>
                <w:rFonts w:cs="Arial"/>
                <w:sz w:val="20"/>
                <w:szCs w:val="20"/>
              </w:rPr>
              <w:t>Financijsko</w:t>
            </w:r>
            <w:proofErr w:type="spellEnd"/>
            <w:r w:rsidRPr="00C54ED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54EDB">
              <w:rPr>
                <w:rFonts w:cs="Arial"/>
                <w:sz w:val="20"/>
                <w:szCs w:val="20"/>
              </w:rPr>
              <w:t>izvršenje</w:t>
            </w:r>
            <w:proofErr w:type="spellEnd"/>
          </w:p>
        </w:tc>
        <w:tc>
          <w:tcPr>
            <w:tcW w:w="26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431CD7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45.116,60</w:t>
            </w:r>
          </w:p>
        </w:tc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B629A3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9.072,43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6841A3" w14:textId="77777777" w:rsidR="00A279ED" w:rsidRPr="00C54EDB" w:rsidRDefault="00000000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  <w:r w:rsidRPr="00C54EDB">
              <w:rPr>
                <w:rFonts w:cs="Arial"/>
                <w:sz w:val="20"/>
                <w:szCs w:val="20"/>
              </w:rPr>
              <w:t>20,11 %</w:t>
            </w:r>
          </w:p>
        </w:tc>
      </w:tr>
    </w:tbl>
    <w:p w14:paraId="02567A28" w14:textId="77777777" w:rsidR="000E66CA" w:rsidRDefault="000E66CA" w:rsidP="00E33C8B">
      <w:pPr>
        <w:jc w:val="center"/>
        <w:rPr>
          <w:rFonts w:cs="Arial"/>
          <w:b/>
          <w:bCs/>
          <w:color w:val="004E9A"/>
          <w:sz w:val="22"/>
        </w:rPr>
      </w:pPr>
    </w:p>
    <w:p w14:paraId="6BA30DBE" w14:textId="77777777" w:rsidR="000E66CA" w:rsidRDefault="000E66CA" w:rsidP="00E33C8B">
      <w:pPr>
        <w:jc w:val="center"/>
        <w:rPr>
          <w:rFonts w:cs="Arial"/>
          <w:b/>
          <w:bCs/>
          <w:color w:val="004E9A"/>
          <w:sz w:val="22"/>
        </w:rPr>
      </w:pPr>
    </w:p>
    <w:p w14:paraId="60CC2AE4" w14:textId="4A9906B4" w:rsidR="00E33C8B" w:rsidRPr="00E33C8B" w:rsidRDefault="00E33C8B" w:rsidP="00E33C8B">
      <w:pPr>
        <w:jc w:val="center"/>
        <w:rPr>
          <w:rFonts w:cs="Arial"/>
          <w:b/>
          <w:bCs/>
          <w:color w:val="004E9A"/>
          <w:sz w:val="22"/>
        </w:rPr>
      </w:pPr>
      <w:r w:rsidRPr="00E33C8B">
        <w:rPr>
          <w:rFonts w:cs="Arial"/>
          <w:b/>
          <w:bCs/>
          <w:color w:val="004E9A"/>
          <w:sz w:val="22"/>
        </w:rPr>
        <w:t xml:space="preserve">3.POSEBNI IZVJEŠTAJI U POLUGODIŠNJEM IZVJEŠTAJU O IZVRŠENJU FINANCIJSKOG PLANA DJEČJEG VRTIĆA SUNCE </w:t>
      </w:r>
    </w:p>
    <w:p w14:paraId="13964E03" w14:textId="77777777" w:rsidR="00E33C8B" w:rsidRPr="00E33C8B" w:rsidRDefault="00E33C8B" w:rsidP="00E33C8B">
      <w:pPr>
        <w:jc w:val="center"/>
        <w:rPr>
          <w:rFonts w:cs="Arial"/>
          <w:b/>
          <w:bCs/>
          <w:color w:val="004E9A"/>
          <w:sz w:val="22"/>
        </w:rPr>
      </w:pPr>
    </w:p>
    <w:p w14:paraId="36B8C7F6" w14:textId="77777777" w:rsidR="00E33C8B" w:rsidRDefault="00E33C8B" w:rsidP="00E33C8B">
      <w:pPr>
        <w:jc w:val="both"/>
        <w:rPr>
          <w:rFonts w:cs="Arial"/>
          <w:color w:val="004E9A"/>
          <w:sz w:val="20"/>
          <w:szCs w:val="20"/>
        </w:rPr>
      </w:pPr>
      <w:r w:rsidRPr="00E33C8B">
        <w:rPr>
          <w:rFonts w:cs="Arial"/>
          <w:color w:val="004E9A"/>
          <w:sz w:val="20"/>
          <w:szCs w:val="20"/>
        </w:rPr>
        <w:t>3.</w:t>
      </w:r>
      <w:proofErr w:type="gramStart"/>
      <w:r w:rsidRPr="00E33C8B">
        <w:rPr>
          <w:rFonts w:cs="Arial"/>
          <w:color w:val="004E9A"/>
          <w:sz w:val="20"/>
          <w:szCs w:val="20"/>
        </w:rPr>
        <w:t>1</w:t>
      </w:r>
      <w:r>
        <w:rPr>
          <w:rFonts w:cs="Arial"/>
          <w:color w:val="004E9A"/>
          <w:sz w:val="20"/>
          <w:szCs w:val="20"/>
        </w:rPr>
        <w:t>.</w:t>
      </w:r>
      <w:r w:rsidRPr="00E33C8B">
        <w:rPr>
          <w:rFonts w:cs="Arial"/>
          <w:color w:val="004E9A"/>
          <w:sz w:val="20"/>
          <w:szCs w:val="20"/>
        </w:rPr>
        <w:t>Izvještaj</w:t>
      </w:r>
      <w:proofErr w:type="gramEnd"/>
      <w:r w:rsidRPr="00E33C8B">
        <w:rPr>
          <w:rFonts w:cs="Arial"/>
          <w:color w:val="004E9A"/>
          <w:sz w:val="20"/>
          <w:szCs w:val="20"/>
        </w:rPr>
        <w:t xml:space="preserve"> o </w:t>
      </w:r>
      <w:proofErr w:type="spellStart"/>
      <w:r w:rsidRPr="00E33C8B">
        <w:rPr>
          <w:rFonts w:cs="Arial"/>
          <w:color w:val="004E9A"/>
          <w:sz w:val="20"/>
          <w:szCs w:val="20"/>
        </w:rPr>
        <w:t>zaduživanju</w:t>
      </w:r>
      <w:proofErr w:type="spellEnd"/>
      <w:r w:rsidRPr="00E33C8B">
        <w:rPr>
          <w:rFonts w:cs="Arial"/>
          <w:color w:val="004E9A"/>
          <w:sz w:val="20"/>
          <w:szCs w:val="20"/>
        </w:rPr>
        <w:t xml:space="preserve"> </w:t>
      </w:r>
      <w:proofErr w:type="spellStart"/>
      <w:r w:rsidRPr="00E33C8B">
        <w:rPr>
          <w:rFonts w:cs="Arial"/>
          <w:color w:val="004E9A"/>
          <w:sz w:val="20"/>
          <w:szCs w:val="20"/>
        </w:rPr>
        <w:t>na</w:t>
      </w:r>
      <w:proofErr w:type="spellEnd"/>
      <w:r w:rsidRPr="00E33C8B">
        <w:rPr>
          <w:rFonts w:cs="Arial"/>
          <w:color w:val="004E9A"/>
          <w:sz w:val="20"/>
          <w:szCs w:val="20"/>
        </w:rPr>
        <w:t xml:space="preserve"> </w:t>
      </w:r>
      <w:proofErr w:type="spellStart"/>
      <w:r w:rsidRPr="00E33C8B">
        <w:rPr>
          <w:rFonts w:cs="Arial"/>
          <w:color w:val="004E9A"/>
          <w:sz w:val="20"/>
          <w:szCs w:val="20"/>
        </w:rPr>
        <w:t>domaćem</w:t>
      </w:r>
      <w:proofErr w:type="spellEnd"/>
      <w:r w:rsidRPr="00E33C8B">
        <w:rPr>
          <w:rFonts w:cs="Arial"/>
          <w:color w:val="004E9A"/>
          <w:sz w:val="20"/>
          <w:szCs w:val="20"/>
        </w:rPr>
        <w:t xml:space="preserve"> </w:t>
      </w:r>
      <w:proofErr w:type="spellStart"/>
      <w:r w:rsidRPr="00E33C8B">
        <w:rPr>
          <w:rFonts w:cs="Arial"/>
          <w:color w:val="004E9A"/>
          <w:sz w:val="20"/>
          <w:szCs w:val="20"/>
        </w:rPr>
        <w:t>i</w:t>
      </w:r>
      <w:proofErr w:type="spellEnd"/>
      <w:r w:rsidRPr="00E33C8B">
        <w:rPr>
          <w:rFonts w:cs="Arial"/>
          <w:color w:val="004E9A"/>
          <w:sz w:val="20"/>
          <w:szCs w:val="20"/>
        </w:rPr>
        <w:t xml:space="preserve"> </w:t>
      </w:r>
      <w:proofErr w:type="spellStart"/>
      <w:r w:rsidRPr="00E33C8B">
        <w:rPr>
          <w:rFonts w:cs="Arial"/>
          <w:color w:val="004E9A"/>
          <w:sz w:val="20"/>
          <w:szCs w:val="20"/>
        </w:rPr>
        <w:t>stranom</w:t>
      </w:r>
      <w:proofErr w:type="spellEnd"/>
      <w:r w:rsidRPr="00E33C8B">
        <w:rPr>
          <w:rFonts w:cs="Arial"/>
          <w:color w:val="004E9A"/>
          <w:sz w:val="20"/>
          <w:szCs w:val="20"/>
        </w:rPr>
        <w:t xml:space="preserve"> </w:t>
      </w:r>
      <w:proofErr w:type="spellStart"/>
      <w:r w:rsidRPr="00E33C8B">
        <w:rPr>
          <w:rFonts w:cs="Arial"/>
          <w:color w:val="004E9A"/>
          <w:sz w:val="20"/>
          <w:szCs w:val="20"/>
        </w:rPr>
        <w:t>tržištu</w:t>
      </w:r>
      <w:proofErr w:type="spellEnd"/>
      <w:r w:rsidRPr="00E33C8B">
        <w:rPr>
          <w:rFonts w:cs="Arial"/>
          <w:color w:val="004E9A"/>
          <w:sz w:val="20"/>
          <w:szCs w:val="20"/>
        </w:rPr>
        <w:t xml:space="preserve"> </w:t>
      </w:r>
      <w:proofErr w:type="spellStart"/>
      <w:r w:rsidRPr="00E33C8B">
        <w:rPr>
          <w:rFonts w:cs="Arial"/>
          <w:color w:val="004E9A"/>
          <w:sz w:val="20"/>
          <w:szCs w:val="20"/>
        </w:rPr>
        <w:t>kapitala</w:t>
      </w:r>
      <w:proofErr w:type="spellEnd"/>
    </w:p>
    <w:p w14:paraId="50E53F9D" w14:textId="22AC1B42" w:rsidR="00E33C8B" w:rsidRPr="00E33C8B" w:rsidRDefault="00E33C8B" w:rsidP="00E33C8B">
      <w:pPr>
        <w:jc w:val="both"/>
        <w:rPr>
          <w:rFonts w:cs="Arial"/>
          <w:color w:val="004E9A"/>
          <w:sz w:val="20"/>
          <w:szCs w:val="20"/>
        </w:rPr>
      </w:pPr>
      <w:proofErr w:type="spellStart"/>
      <w:r w:rsidRPr="00E33C8B">
        <w:rPr>
          <w:rFonts w:cs="Arial"/>
          <w:sz w:val="20"/>
          <w:szCs w:val="20"/>
        </w:rPr>
        <w:t>Dječji</w:t>
      </w:r>
      <w:proofErr w:type="spellEnd"/>
      <w:r w:rsidRPr="00E33C8B">
        <w:rPr>
          <w:rFonts w:cs="Arial"/>
          <w:sz w:val="20"/>
          <w:szCs w:val="20"/>
        </w:rPr>
        <w:t xml:space="preserve"> </w:t>
      </w:r>
      <w:proofErr w:type="spellStart"/>
      <w:r w:rsidRPr="00E33C8B">
        <w:rPr>
          <w:rFonts w:cs="Arial"/>
          <w:sz w:val="20"/>
          <w:szCs w:val="20"/>
        </w:rPr>
        <w:t>vrtić</w:t>
      </w:r>
      <w:proofErr w:type="spellEnd"/>
      <w:r w:rsidRPr="00E33C8B">
        <w:rPr>
          <w:rFonts w:cs="Arial"/>
          <w:sz w:val="20"/>
          <w:szCs w:val="20"/>
        </w:rPr>
        <w:t xml:space="preserve"> Sunce Zadar u </w:t>
      </w:r>
      <w:proofErr w:type="spellStart"/>
      <w:r w:rsidRPr="00E33C8B">
        <w:rPr>
          <w:rFonts w:cs="Arial"/>
          <w:sz w:val="20"/>
          <w:szCs w:val="20"/>
        </w:rPr>
        <w:t>razdoblju</w:t>
      </w:r>
      <w:proofErr w:type="spellEnd"/>
      <w:r w:rsidRPr="00E33C8B">
        <w:rPr>
          <w:rFonts w:cs="Arial"/>
          <w:sz w:val="20"/>
          <w:szCs w:val="20"/>
        </w:rPr>
        <w:t xml:space="preserve"> od 01.01. </w:t>
      </w:r>
      <w:proofErr w:type="spellStart"/>
      <w:r w:rsidRPr="00E33C8B">
        <w:rPr>
          <w:rFonts w:cs="Arial"/>
          <w:sz w:val="20"/>
          <w:szCs w:val="20"/>
        </w:rPr>
        <w:t>do</w:t>
      </w:r>
      <w:proofErr w:type="spellEnd"/>
      <w:r w:rsidRPr="00E33C8B">
        <w:rPr>
          <w:rFonts w:cs="Arial"/>
          <w:sz w:val="20"/>
          <w:szCs w:val="20"/>
        </w:rPr>
        <w:t xml:space="preserve"> 3</w:t>
      </w:r>
      <w:r w:rsidR="000E66CA">
        <w:rPr>
          <w:rFonts w:cs="Arial"/>
          <w:sz w:val="20"/>
          <w:szCs w:val="20"/>
        </w:rPr>
        <w:t>0.06.2026</w:t>
      </w:r>
      <w:r w:rsidRPr="00E33C8B">
        <w:rPr>
          <w:rFonts w:cs="Arial"/>
          <w:sz w:val="20"/>
          <w:szCs w:val="20"/>
        </w:rPr>
        <w:t xml:space="preserve">. </w:t>
      </w:r>
      <w:proofErr w:type="spellStart"/>
      <w:r w:rsidRPr="00E33C8B">
        <w:rPr>
          <w:rFonts w:cs="Arial"/>
          <w:sz w:val="20"/>
          <w:szCs w:val="20"/>
        </w:rPr>
        <w:t>godine</w:t>
      </w:r>
      <w:proofErr w:type="spellEnd"/>
      <w:r w:rsidRPr="00E33C8B">
        <w:rPr>
          <w:rFonts w:cs="Arial"/>
          <w:sz w:val="20"/>
          <w:szCs w:val="20"/>
        </w:rPr>
        <w:t xml:space="preserve"> </w:t>
      </w:r>
      <w:proofErr w:type="spellStart"/>
      <w:r w:rsidRPr="00E33C8B">
        <w:rPr>
          <w:rFonts w:cs="Arial"/>
          <w:sz w:val="20"/>
          <w:szCs w:val="20"/>
        </w:rPr>
        <w:t>nije</w:t>
      </w:r>
      <w:proofErr w:type="spellEnd"/>
      <w:r w:rsidRPr="00E33C8B">
        <w:rPr>
          <w:rFonts w:cs="Arial"/>
          <w:sz w:val="20"/>
          <w:szCs w:val="20"/>
        </w:rPr>
        <w:t xml:space="preserve"> se </w:t>
      </w:r>
      <w:proofErr w:type="spellStart"/>
      <w:r w:rsidRPr="00E33C8B">
        <w:rPr>
          <w:rFonts w:cs="Arial"/>
          <w:sz w:val="20"/>
          <w:szCs w:val="20"/>
        </w:rPr>
        <w:t>zaduživao</w:t>
      </w:r>
      <w:proofErr w:type="spellEnd"/>
      <w:r w:rsidRPr="00E33C8B">
        <w:rPr>
          <w:rFonts w:cs="Arial"/>
          <w:sz w:val="20"/>
          <w:szCs w:val="20"/>
        </w:rPr>
        <w:t xml:space="preserve"> </w:t>
      </w:r>
      <w:proofErr w:type="spellStart"/>
      <w:r w:rsidRPr="00E33C8B">
        <w:rPr>
          <w:rFonts w:cs="Arial"/>
          <w:sz w:val="20"/>
          <w:szCs w:val="20"/>
        </w:rPr>
        <w:t>na</w:t>
      </w:r>
      <w:proofErr w:type="spellEnd"/>
      <w:r w:rsidRPr="00E33C8B">
        <w:rPr>
          <w:rFonts w:cs="Arial"/>
          <w:sz w:val="20"/>
          <w:szCs w:val="20"/>
        </w:rPr>
        <w:t xml:space="preserve"> </w:t>
      </w:r>
      <w:proofErr w:type="spellStart"/>
      <w:r w:rsidRPr="00E33C8B">
        <w:rPr>
          <w:rFonts w:cs="Arial"/>
          <w:sz w:val="20"/>
          <w:szCs w:val="20"/>
        </w:rPr>
        <w:t>domaćem</w:t>
      </w:r>
      <w:proofErr w:type="spellEnd"/>
      <w:r w:rsidRPr="00E33C8B">
        <w:rPr>
          <w:rFonts w:cs="Arial"/>
          <w:sz w:val="20"/>
          <w:szCs w:val="20"/>
        </w:rPr>
        <w:t xml:space="preserve"> </w:t>
      </w:r>
      <w:proofErr w:type="spellStart"/>
      <w:r w:rsidRPr="00E33C8B">
        <w:rPr>
          <w:rFonts w:cs="Arial"/>
          <w:sz w:val="20"/>
          <w:szCs w:val="20"/>
        </w:rPr>
        <w:t>niti</w:t>
      </w:r>
      <w:proofErr w:type="spellEnd"/>
      <w:r w:rsidRPr="00E33C8B">
        <w:rPr>
          <w:rFonts w:cs="Arial"/>
          <w:sz w:val="20"/>
          <w:szCs w:val="20"/>
        </w:rPr>
        <w:t xml:space="preserve"> </w:t>
      </w:r>
      <w:proofErr w:type="spellStart"/>
      <w:r w:rsidRPr="00E33C8B">
        <w:rPr>
          <w:rFonts w:cs="Arial"/>
          <w:sz w:val="20"/>
          <w:szCs w:val="20"/>
        </w:rPr>
        <w:t>stranom</w:t>
      </w:r>
      <w:proofErr w:type="spellEnd"/>
      <w:r w:rsidRPr="00E33C8B">
        <w:rPr>
          <w:rFonts w:cs="Arial"/>
          <w:sz w:val="20"/>
          <w:szCs w:val="20"/>
        </w:rPr>
        <w:t xml:space="preserve"> </w:t>
      </w:r>
      <w:proofErr w:type="spellStart"/>
      <w:r w:rsidRPr="00E33C8B">
        <w:rPr>
          <w:rFonts w:cs="Arial"/>
          <w:sz w:val="20"/>
          <w:szCs w:val="20"/>
        </w:rPr>
        <w:t>tržištu</w:t>
      </w:r>
      <w:proofErr w:type="spellEnd"/>
      <w:r w:rsidRPr="00E33C8B">
        <w:rPr>
          <w:rFonts w:cs="Arial"/>
          <w:sz w:val="20"/>
          <w:szCs w:val="20"/>
        </w:rPr>
        <w:t xml:space="preserve"> </w:t>
      </w:r>
      <w:proofErr w:type="spellStart"/>
      <w:r w:rsidRPr="00E33C8B">
        <w:rPr>
          <w:rFonts w:cs="Arial"/>
          <w:sz w:val="20"/>
          <w:szCs w:val="20"/>
        </w:rPr>
        <w:t>novca</w:t>
      </w:r>
      <w:proofErr w:type="spellEnd"/>
      <w:r w:rsidRPr="00E33C8B">
        <w:rPr>
          <w:rFonts w:cs="Arial"/>
          <w:sz w:val="20"/>
          <w:szCs w:val="20"/>
        </w:rPr>
        <w:t xml:space="preserve"> </w:t>
      </w:r>
      <w:proofErr w:type="spellStart"/>
      <w:r w:rsidRPr="00E33C8B">
        <w:rPr>
          <w:rFonts w:cs="Arial"/>
          <w:sz w:val="20"/>
          <w:szCs w:val="20"/>
        </w:rPr>
        <w:t>i</w:t>
      </w:r>
      <w:proofErr w:type="spellEnd"/>
      <w:r w:rsidRPr="00E33C8B">
        <w:rPr>
          <w:rFonts w:cs="Arial"/>
          <w:sz w:val="20"/>
          <w:szCs w:val="20"/>
        </w:rPr>
        <w:t xml:space="preserve"> </w:t>
      </w:r>
      <w:proofErr w:type="spellStart"/>
      <w:r w:rsidRPr="00E33C8B">
        <w:rPr>
          <w:rFonts w:cs="Arial"/>
          <w:sz w:val="20"/>
          <w:szCs w:val="20"/>
        </w:rPr>
        <w:t>kapitala</w:t>
      </w:r>
      <w:proofErr w:type="spellEnd"/>
      <w:r w:rsidRPr="00E33C8B">
        <w:rPr>
          <w:rFonts w:cs="Arial"/>
          <w:sz w:val="20"/>
          <w:szCs w:val="20"/>
        </w:rPr>
        <w:t xml:space="preserve">, </w:t>
      </w:r>
      <w:proofErr w:type="spellStart"/>
      <w:r w:rsidRPr="00E33C8B">
        <w:rPr>
          <w:rFonts w:cs="Arial"/>
          <w:sz w:val="20"/>
          <w:szCs w:val="20"/>
        </w:rPr>
        <w:t>kao</w:t>
      </w:r>
      <w:proofErr w:type="spellEnd"/>
      <w:r w:rsidRPr="00E33C8B">
        <w:rPr>
          <w:rFonts w:cs="Arial"/>
          <w:sz w:val="20"/>
          <w:szCs w:val="20"/>
        </w:rPr>
        <w:t xml:space="preserve"> </w:t>
      </w:r>
      <w:proofErr w:type="spellStart"/>
      <w:r w:rsidRPr="00E33C8B">
        <w:rPr>
          <w:rFonts w:cs="Arial"/>
          <w:sz w:val="20"/>
          <w:szCs w:val="20"/>
        </w:rPr>
        <w:t>niti</w:t>
      </w:r>
      <w:proofErr w:type="spellEnd"/>
      <w:r w:rsidRPr="00E33C8B">
        <w:rPr>
          <w:rFonts w:cs="Arial"/>
          <w:sz w:val="20"/>
          <w:szCs w:val="20"/>
        </w:rPr>
        <w:t xml:space="preserve"> u </w:t>
      </w:r>
      <w:proofErr w:type="spellStart"/>
      <w:r w:rsidRPr="00E33C8B">
        <w:rPr>
          <w:rFonts w:cs="Arial"/>
          <w:sz w:val="20"/>
          <w:szCs w:val="20"/>
        </w:rPr>
        <w:t>ranijim</w:t>
      </w:r>
      <w:proofErr w:type="spellEnd"/>
      <w:r w:rsidRPr="00E33C8B">
        <w:rPr>
          <w:rFonts w:cs="Arial"/>
          <w:sz w:val="20"/>
          <w:szCs w:val="20"/>
        </w:rPr>
        <w:t xml:space="preserve"> </w:t>
      </w:r>
      <w:proofErr w:type="spellStart"/>
      <w:r w:rsidRPr="00E33C8B">
        <w:rPr>
          <w:rFonts w:cs="Arial"/>
          <w:sz w:val="20"/>
          <w:szCs w:val="20"/>
        </w:rPr>
        <w:t>razdobljima</w:t>
      </w:r>
      <w:proofErr w:type="spellEnd"/>
      <w:r w:rsidRPr="00E33C8B">
        <w:rPr>
          <w:rFonts w:cs="Arial"/>
          <w:sz w:val="20"/>
          <w:szCs w:val="20"/>
        </w:rPr>
        <w:t xml:space="preserve">, </w:t>
      </w:r>
      <w:proofErr w:type="spellStart"/>
      <w:r w:rsidRPr="00E33C8B">
        <w:rPr>
          <w:rFonts w:cs="Arial"/>
          <w:sz w:val="20"/>
          <w:szCs w:val="20"/>
        </w:rPr>
        <w:t>te</w:t>
      </w:r>
      <w:proofErr w:type="spellEnd"/>
      <w:r w:rsidRPr="00E33C8B">
        <w:rPr>
          <w:rFonts w:cs="Arial"/>
          <w:sz w:val="20"/>
          <w:szCs w:val="20"/>
        </w:rPr>
        <w:t xml:space="preserve"> </w:t>
      </w:r>
      <w:proofErr w:type="spellStart"/>
      <w:r w:rsidRPr="00E33C8B">
        <w:rPr>
          <w:rFonts w:cs="Arial"/>
          <w:sz w:val="20"/>
          <w:szCs w:val="20"/>
        </w:rPr>
        <w:t>nema</w:t>
      </w:r>
      <w:proofErr w:type="spellEnd"/>
      <w:r w:rsidRPr="00E33C8B">
        <w:rPr>
          <w:rFonts w:cs="Arial"/>
          <w:sz w:val="20"/>
          <w:szCs w:val="20"/>
        </w:rPr>
        <w:t xml:space="preserve"> </w:t>
      </w:r>
      <w:proofErr w:type="spellStart"/>
      <w:r w:rsidRPr="00E33C8B">
        <w:rPr>
          <w:rFonts w:cs="Arial"/>
          <w:sz w:val="20"/>
          <w:szCs w:val="20"/>
        </w:rPr>
        <w:t>iskazanih</w:t>
      </w:r>
      <w:proofErr w:type="spellEnd"/>
      <w:r w:rsidRPr="00E33C8B">
        <w:rPr>
          <w:rFonts w:cs="Arial"/>
          <w:sz w:val="20"/>
          <w:szCs w:val="20"/>
        </w:rPr>
        <w:t xml:space="preserve"> </w:t>
      </w:r>
      <w:proofErr w:type="spellStart"/>
      <w:r w:rsidRPr="00E33C8B">
        <w:rPr>
          <w:rFonts w:cs="Arial"/>
          <w:sz w:val="20"/>
          <w:szCs w:val="20"/>
        </w:rPr>
        <w:t>obveza</w:t>
      </w:r>
      <w:proofErr w:type="spellEnd"/>
      <w:r w:rsidRPr="00E33C8B">
        <w:rPr>
          <w:rFonts w:cs="Arial"/>
          <w:sz w:val="20"/>
          <w:szCs w:val="20"/>
        </w:rPr>
        <w:t>.</w:t>
      </w:r>
    </w:p>
    <w:p w14:paraId="05C651E4" w14:textId="77777777" w:rsidR="00E33C8B" w:rsidRPr="00E33C8B" w:rsidRDefault="00E33C8B" w:rsidP="00E33C8B">
      <w:pPr>
        <w:jc w:val="both"/>
        <w:rPr>
          <w:rFonts w:cs="Arial"/>
          <w:sz w:val="20"/>
          <w:szCs w:val="20"/>
        </w:rPr>
      </w:pPr>
    </w:p>
    <w:p w14:paraId="50E4CE1B" w14:textId="0F7450FE" w:rsidR="00E33C8B" w:rsidRPr="00E33C8B" w:rsidRDefault="00E33C8B" w:rsidP="00E33C8B">
      <w:pPr>
        <w:jc w:val="both"/>
        <w:rPr>
          <w:rFonts w:cs="Arial"/>
          <w:sz w:val="20"/>
          <w:szCs w:val="20"/>
        </w:rPr>
      </w:pPr>
      <w:r w:rsidRPr="00E33C8B">
        <w:rPr>
          <w:rFonts w:cs="Arial"/>
          <w:b/>
          <w:bCs/>
          <w:color w:val="004E9A"/>
          <w:sz w:val="20"/>
          <w:szCs w:val="20"/>
        </w:rPr>
        <w:t>3.</w:t>
      </w:r>
      <w:proofErr w:type="gramStart"/>
      <w:r w:rsidRPr="00E33C8B">
        <w:rPr>
          <w:rFonts w:cs="Arial"/>
          <w:b/>
          <w:bCs/>
          <w:color w:val="004E9A"/>
          <w:sz w:val="20"/>
          <w:szCs w:val="20"/>
        </w:rPr>
        <w:t>2.Izvještaj</w:t>
      </w:r>
      <w:proofErr w:type="gramEnd"/>
      <w:r w:rsidRPr="00E33C8B">
        <w:rPr>
          <w:rFonts w:cs="Arial"/>
          <w:b/>
          <w:bCs/>
          <w:color w:val="004E9A"/>
          <w:sz w:val="20"/>
          <w:szCs w:val="20"/>
        </w:rPr>
        <w:t xml:space="preserve"> o </w:t>
      </w:r>
      <w:proofErr w:type="spellStart"/>
      <w:r w:rsidRPr="00E33C8B">
        <w:rPr>
          <w:rFonts w:cs="Arial"/>
          <w:b/>
          <w:bCs/>
          <w:color w:val="004E9A"/>
          <w:sz w:val="20"/>
          <w:szCs w:val="20"/>
        </w:rPr>
        <w:t>danim</w:t>
      </w:r>
      <w:proofErr w:type="spellEnd"/>
      <w:r w:rsidRPr="00E33C8B">
        <w:rPr>
          <w:rFonts w:cs="Arial"/>
          <w:b/>
          <w:bCs/>
          <w:color w:val="004E9A"/>
          <w:sz w:val="20"/>
          <w:szCs w:val="20"/>
        </w:rPr>
        <w:t xml:space="preserve"> </w:t>
      </w:r>
      <w:proofErr w:type="spellStart"/>
      <w:r w:rsidRPr="00E33C8B">
        <w:rPr>
          <w:rFonts w:cs="Arial"/>
          <w:b/>
          <w:bCs/>
          <w:color w:val="004E9A"/>
          <w:sz w:val="20"/>
          <w:szCs w:val="20"/>
        </w:rPr>
        <w:t>zajmovima</w:t>
      </w:r>
      <w:proofErr w:type="spellEnd"/>
      <w:r w:rsidRPr="00E33C8B">
        <w:rPr>
          <w:rFonts w:cs="Arial"/>
          <w:b/>
          <w:bCs/>
          <w:color w:val="004E9A"/>
          <w:sz w:val="20"/>
          <w:szCs w:val="20"/>
        </w:rPr>
        <w:t xml:space="preserve"> </w:t>
      </w:r>
      <w:proofErr w:type="spellStart"/>
      <w:r w:rsidRPr="00E33C8B">
        <w:rPr>
          <w:rFonts w:cs="Arial"/>
          <w:b/>
          <w:bCs/>
          <w:color w:val="004E9A"/>
          <w:sz w:val="20"/>
          <w:szCs w:val="20"/>
        </w:rPr>
        <w:t>i</w:t>
      </w:r>
      <w:proofErr w:type="spellEnd"/>
      <w:r w:rsidRPr="00E33C8B">
        <w:rPr>
          <w:rFonts w:cs="Arial"/>
          <w:b/>
          <w:bCs/>
          <w:color w:val="004E9A"/>
          <w:sz w:val="20"/>
          <w:szCs w:val="20"/>
        </w:rPr>
        <w:t xml:space="preserve"> </w:t>
      </w:r>
      <w:proofErr w:type="spellStart"/>
      <w:r w:rsidRPr="00E33C8B">
        <w:rPr>
          <w:rFonts w:cs="Arial"/>
          <w:b/>
          <w:bCs/>
          <w:color w:val="004E9A"/>
          <w:sz w:val="20"/>
          <w:szCs w:val="20"/>
        </w:rPr>
        <w:t>potraživanjima</w:t>
      </w:r>
      <w:proofErr w:type="spellEnd"/>
      <w:r w:rsidRPr="00E33C8B">
        <w:rPr>
          <w:rFonts w:cs="Arial"/>
          <w:b/>
          <w:bCs/>
          <w:color w:val="004E9A"/>
          <w:sz w:val="20"/>
          <w:szCs w:val="20"/>
        </w:rPr>
        <w:t xml:space="preserve"> po </w:t>
      </w:r>
      <w:proofErr w:type="spellStart"/>
      <w:r w:rsidRPr="00E33C8B">
        <w:rPr>
          <w:rFonts w:cs="Arial"/>
          <w:b/>
          <w:bCs/>
          <w:color w:val="004E9A"/>
          <w:sz w:val="20"/>
          <w:szCs w:val="20"/>
        </w:rPr>
        <w:t>danim</w:t>
      </w:r>
      <w:proofErr w:type="spellEnd"/>
      <w:r w:rsidRPr="00E33C8B">
        <w:rPr>
          <w:rFonts w:cs="Arial"/>
          <w:b/>
          <w:bCs/>
          <w:color w:val="004E9A"/>
          <w:sz w:val="20"/>
          <w:szCs w:val="20"/>
        </w:rPr>
        <w:t xml:space="preserve"> </w:t>
      </w:r>
      <w:proofErr w:type="spellStart"/>
      <w:r w:rsidRPr="00E33C8B">
        <w:rPr>
          <w:rFonts w:cs="Arial"/>
          <w:b/>
          <w:bCs/>
          <w:color w:val="004E9A"/>
          <w:sz w:val="20"/>
          <w:szCs w:val="20"/>
        </w:rPr>
        <w:t>zajmovima</w:t>
      </w:r>
      <w:proofErr w:type="spellEnd"/>
    </w:p>
    <w:p w14:paraId="16BD218E" w14:textId="277557F0" w:rsidR="00E33C8B" w:rsidRDefault="00E33C8B" w:rsidP="00E33C8B">
      <w:pPr>
        <w:jc w:val="both"/>
        <w:rPr>
          <w:rFonts w:cs="Arial"/>
          <w:sz w:val="20"/>
          <w:szCs w:val="20"/>
        </w:rPr>
      </w:pPr>
      <w:r w:rsidRPr="00E33C8B">
        <w:rPr>
          <w:rFonts w:cs="Arial"/>
          <w:sz w:val="20"/>
          <w:szCs w:val="20"/>
        </w:rPr>
        <w:t xml:space="preserve">U </w:t>
      </w:r>
      <w:proofErr w:type="spellStart"/>
      <w:r w:rsidRPr="00E33C8B">
        <w:rPr>
          <w:rFonts w:cs="Arial"/>
          <w:sz w:val="20"/>
          <w:szCs w:val="20"/>
        </w:rPr>
        <w:t>prvom</w:t>
      </w:r>
      <w:proofErr w:type="spellEnd"/>
      <w:r w:rsidRPr="00E33C8B">
        <w:rPr>
          <w:rFonts w:cs="Arial"/>
          <w:sz w:val="20"/>
          <w:szCs w:val="20"/>
        </w:rPr>
        <w:t xml:space="preserve"> </w:t>
      </w:r>
      <w:proofErr w:type="spellStart"/>
      <w:r w:rsidRPr="00E33C8B">
        <w:rPr>
          <w:rFonts w:cs="Arial"/>
          <w:sz w:val="20"/>
          <w:szCs w:val="20"/>
        </w:rPr>
        <w:t>polugodištu</w:t>
      </w:r>
      <w:proofErr w:type="spellEnd"/>
      <w:r w:rsidRPr="00E33C8B">
        <w:rPr>
          <w:rFonts w:cs="Arial"/>
          <w:sz w:val="20"/>
          <w:szCs w:val="20"/>
        </w:rPr>
        <w:t xml:space="preserve"> 2026. </w:t>
      </w:r>
      <w:proofErr w:type="spellStart"/>
      <w:r w:rsidRPr="00E33C8B">
        <w:rPr>
          <w:rFonts w:cs="Arial"/>
          <w:sz w:val="20"/>
          <w:szCs w:val="20"/>
        </w:rPr>
        <w:t>godine</w:t>
      </w:r>
      <w:proofErr w:type="spellEnd"/>
      <w:r w:rsidRPr="00E33C8B">
        <w:rPr>
          <w:rFonts w:cs="Arial"/>
          <w:sz w:val="20"/>
          <w:szCs w:val="20"/>
        </w:rPr>
        <w:t xml:space="preserve"> </w:t>
      </w:r>
      <w:proofErr w:type="spellStart"/>
      <w:r w:rsidRPr="00E33C8B">
        <w:rPr>
          <w:rFonts w:cs="Arial"/>
          <w:sz w:val="20"/>
          <w:szCs w:val="20"/>
        </w:rPr>
        <w:t>Dječji</w:t>
      </w:r>
      <w:proofErr w:type="spellEnd"/>
      <w:r w:rsidRPr="00E33C8B">
        <w:rPr>
          <w:rFonts w:cs="Arial"/>
          <w:sz w:val="20"/>
          <w:szCs w:val="20"/>
        </w:rPr>
        <w:t xml:space="preserve"> </w:t>
      </w:r>
      <w:proofErr w:type="spellStart"/>
      <w:r w:rsidRPr="00E33C8B">
        <w:rPr>
          <w:rFonts w:cs="Arial"/>
          <w:sz w:val="20"/>
          <w:szCs w:val="20"/>
        </w:rPr>
        <w:t>vrtić</w:t>
      </w:r>
      <w:proofErr w:type="spellEnd"/>
      <w:r w:rsidRPr="00E33C8B">
        <w:rPr>
          <w:rFonts w:cs="Arial"/>
          <w:sz w:val="20"/>
          <w:szCs w:val="20"/>
        </w:rPr>
        <w:t xml:space="preserve"> Sunce </w:t>
      </w:r>
      <w:proofErr w:type="spellStart"/>
      <w:r w:rsidRPr="00E33C8B">
        <w:rPr>
          <w:rFonts w:cs="Arial"/>
          <w:sz w:val="20"/>
          <w:szCs w:val="20"/>
        </w:rPr>
        <w:t>nema</w:t>
      </w:r>
      <w:proofErr w:type="spellEnd"/>
      <w:r w:rsidRPr="00E33C8B">
        <w:rPr>
          <w:rFonts w:cs="Arial"/>
          <w:sz w:val="20"/>
          <w:szCs w:val="20"/>
        </w:rPr>
        <w:t xml:space="preserve"> </w:t>
      </w:r>
      <w:proofErr w:type="spellStart"/>
      <w:r w:rsidRPr="00E33C8B">
        <w:rPr>
          <w:rFonts w:cs="Arial"/>
          <w:sz w:val="20"/>
          <w:szCs w:val="20"/>
        </w:rPr>
        <w:t>danih</w:t>
      </w:r>
      <w:proofErr w:type="spellEnd"/>
      <w:r w:rsidRPr="00E33C8B">
        <w:rPr>
          <w:rFonts w:cs="Arial"/>
          <w:sz w:val="20"/>
          <w:szCs w:val="20"/>
        </w:rPr>
        <w:t xml:space="preserve"> </w:t>
      </w:r>
      <w:proofErr w:type="spellStart"/>
      <w:r w:rsidRPr="00E33C8B">
        <w:rPr>
          <w:rFonts w:cs="Arial"/>
          <w:sz w:val="20"/>
          <w:szCs w:val="20"/>
        </w:rPr>
        <w:t>zajmova</w:t>
      </w:r>
      <w:proofErr w:type="spellEnd"/>
      <w:r w:rsidRPr="00E33C8B">
        <w:rPr>
          <w:rFonts w:cs="Arial"/>
          <w:sz w:val="20"/>
          <w:szCs w:val="20"/>
        </w:rPr>
        <w:t xml:space="preserve"> </w:t>
      </w:r>
      <w:proofErr w:type="spellStart"/>
      <w:r w:rsidRPr="00E33C8B">
        <w:rPr>
          <w:rFonts w:cs="Arial"/>
          <w:sz w:val="20"/>
          <w:szCs w:val="20"/>
        </w:rPr>
        <w:t>niti</w:t>
      </w:r>
      <w:proofErr w:type="spellEnd"/>
      <w:r w:rsidRPr="00E33C8B">
        <w:rPr>
          <w:rFonts w:cs="Arial"/>
          <w:sz w:val="20"/>
          <w:szCs w:val="20"/>
        </w:rPr>
        <w:t xml:space="preserve"> </w:t>
      </w:r>
      <w:proofErr w:type="spellStart"/>
      <w:r w:rsidRPr="00E33C8B">
        <w:rPr>
          <w:rFonts w:cs="Arial"/>
          <w:sz w:val="20"/>
          <w:szCs w:val="20"/>
        </w:rPr>
        <w:t>potraživanja</w:t>
      </w:r>
      <w:proofErr w:type="spellEnd"/>
      <w:r w:rsidRPr="00E33C8B">
        <w:rPr>
          <w:rFonts w:cs="Arial"/>
          <w:sz w:val="20"/>
          <w:szCs w:val="20"/>
        </w:rPr>
        <w:t xml:space="preserve"> po </w:t>
      </w:r>
      <w:proofErr w:type="spellStart"/>
      <w:r w:rsidRPr="00E33C8B">
        <w:rPr>
          <w:rFonts w:cs="Arial"/>
          <w:sz w:val="20"/>
          <w:szCs w:val="20"/>
        </w:rPr>
        <w:t>istima</w:t>
      </w:r>
      <w:proofErr w:type="spellEnd"/>
      <w:r w:rsidRPr="00E33C8B">
        <w:rPr>
          <w:rFonts w:cs="Arial"/>
          <w:sz w:val="20"/>
          <w:szCs w:val="20"/>
        </w:rPr>
        <w:t>.</w:t>
      </w:r>
    </w:p>
    <w:p w14:paraId="3E7097E9" w14:textId="77777777" w:rsidR="000E66CA" w:rsidRDefault="000E66CA" w:rsidP="00E33C8B">
      <w:pPr>
        <w:jc w:val="both"/>
        <w:rPr>
          <w:rFonts w:cs="Arial"/>
          <w:sz w:val="20"/>
          <w:szCs w:val="20"/>
        </w:rPr>
      </w:pPr>
    </w:p>
    <w:p w14:paraId="62815D8F" w14:textId="77777777" w:rsidR="000E66CA" w:rsidRDefault="000E66CA" w:rsidP="00E33C8B">
      <w:pPr>
        <w:jc w:val="both"/>
        <w:rPr>
          <w:rFonts w:cs="Arial"/>
          <w:sz w:val="20"/>
          <w:szCs w:val="20"/>
        </w:rPr>
      </w:pPr>
    </w:p>
    <w:p w14:paraId="4E82B78C" w14:textId="77777777" w:rsidR="000E66CA" w:rsidRDefault="000E66CA" w:rsidP="00E33C8B">
      <w:pPr>
        <w:jc w:val="both"/>
        <w:rPr>
          <w:rFonts w:cs="Arial"/>
          <w:sz w:val="20"/>
          <w:szCs w:val="20"/>
        </w:rPr>
      </w:pPr>
    </w:p>
    <w:p w14:paraId="29788548" w14:textId="77777777" w:rsidR="000E66CA" w:rsidRPr="00E33C8B" w:rsidRDefault="000E66CA" w:rsidP="00E33C8B">
      <w:pPr>
        <w:jc w:val="both"/>
        <w:rPr>
          <w:rFonts w:cs="Arial"/>
          <w:sz w:val="20"/>
          <w:szCs w:val="20"/>
        </w:rPr>
      </w:pPr>
    </w:p>
    <w:p w14:paraId="3FC1BF00" w14:textId="77777777" w:rsidR="00E33C8B" w:rsidRPr="00E33C8B" w:rsidRDefault="00E33C8B" w:rsidP="00E33C8B"/>
    <w:p w14:paraId="26054246" w14:textId="5C6F089B" w:rsidR="00A279ED" w:rsidRPr="00C54EDB" w:rsidRDefault="00E33C8B">
      <w:pPr>
        <w:pStyle w:val="Heading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4.</w:t>
      </w:r>
      <w:r w:rsidRPr="00C54EDB">
        <w:rPr>
          <w:rFonts w:ascii="Arial" w:hAnsi="Arial" w:cs="Arial"/>
          <w:sz w:val="20"/>
          <w:szCs w:val="20"/>
        </w:rPr>
        <w:t xml:space="preserve"> Z</w:t>
      </w:r>
      <w:r w:rsidR="00647BB9">
        <w:rPr>
          <w:rFonts w:ascii="Arial" w:hAnsi="Arial" w:cs="Arial"/>
          <w:sz w:val="20"/>
          <w:szCs w:val="20"/>
        </w:rPr>
        <w:t>AKLJUČAK</w:t>
      </w:r>
    </w:p>
    <w:p w14:paraId="1EE4800F" w14:textId="50FC0827" w:rsidR="00647BB9" w:rsidRDefault="00000000">
      <w:pPr>
        <w:rPr>
          <w:sz w:val="20"/>
          <w:szCs w:val="20"/>
        </w:rPr>
      </w:pPr>
      <w:r w:rsidRPr="00C54EDB">
        <w:rPr>
          <w:rFonts w:cs="Arial"/>
          <w:sz w:val="20"/>
          <w:szCs w:val="20"/>
        </w:rPr>
        <w:t xml:space="preserve">U </w:t>
      </w:r>
      <w:proofErr w:type="spellStart"/>
      <w:r w:rsidRPr="00C54EDB">
        <w:rPr>
          <w:rFonts w:cs="Arial"/>
          <w:sz w:val="20"/>
          <w:szCs w:val="20"/>
        </w:rPr>
        <w:t>prvom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polugodištu</w:t>
      </w:r>
      <w:proofErr w:type="spellEnd"/>
      <w:r w:rsidRPr="00C54EDB">
        <w:rPr>
          <w:rFonts w:cs="Arial"/>
          <w:sz w:val="20"/>
          <w:szCs w:val="20"/>
        </w:rPr>
        <w:t xml:space="preserve"> 2026. </w:t>
      </w:r>
      <w:proofErr w:type="spellStart"/>
      <w:r w:rsidRPr="00C54EDB">
        <w:rPr>
          <w:rFonts w:cs="Arial"/>
          <w:sz w:val="20"/>
          <w:szCs w:val="20"/>
        </w:rPr>
        <w:t>godine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izvršenje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programa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bilo</w:t>
      </w:r>
      <w:proofErr w:type="spellEnd"/>
      <w:r w:rsidRPr="00C54EDB">
        <w:rPr>
          <w:rFonts w:cs="Arial"/>
          <w:sz w:val="20"/>
          <w:szCs w:val="20"/>
        </w:rPr>
        <w:t xml:space="preserve"> je </w:t>
      </w:r>
      <w:proofErr w:type="spellStart"/>
      <w:r w:rsidRPr="00C54EDB">
        <w:rPr>
          <w:rFonts w:cs="Arial"/>
          <w:sz w:val="20"/>
          <w:szCs w:val="20"/>
        </w:rPr>
        <w:t>usmjereno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na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redovito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funkcioniranje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ustanove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očuvanje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kvalitete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usluge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predškolskog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odgoja</w:t>
      </w:r>
      <w:proofErr w:type="spellEnd"/>
      <w:r w:rsidRPr="00C54EDB">
        <w:rPr>
          <w:rFonts w:cs="Arial"/>
          <w:sz w:val="20"/>
          <w:szCs w:val="20"/>
        </w:rPr>
        <w:t xml:space="preserve">. </w:t>
      </w:r>
      <w:proofErr w:type="spellStart"/>
      <w:r w:rsidRPr="00C54EDB">
        <w:rPr>
          <w:rFonts w:cs="Arial"/>
          <w:sz w:val="20"/>
          <w:szCs w:val="20"/>
        </w:rPr>
        <w:t>Rashodi</w:t>
      </w:r>
      <w:proofErr w:type="spellEnd"/>
      <w:r w:rsidRPr="00C54EDB">
        <w:rPr>
          <w:rFonts w:cs="Arial"/>
          <w:sz w:val="20"/>
          <w:szCs w:val="20"/>
        </w:rPr>
        <w:t xml:space="preserve"> za </w:t>
      </w:r>
      <w:proofErr w:type="spellStart"/>
      <w:r w:rsidRPr="00C54EDB">
        <w:rPr>
          <w:rFonts w:cs="Arial"/>
          <w:sz w:val="20"/>
          <w:szCs w:val="20"/>
        </w:rPr>
        <w:t>zaposlene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materijalni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rashodi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ostvareni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su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približno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polugodišnjom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dinamikom</w:t>
      </w:r>
      <w:proofErr w:type="spellEnd"/>
      <w:r w:rsidRPr="00C54EDB">
        <w:rPr>
          <w:rFonts w:cs="Arial"/>
          <w:sz w:val="20"/>
          <w:szCs w:val="20"/>
        </w:rPr>
        <w:t xml:space="preserve">, </w:t>
      </w:r>
      <w:proofErr w:type="spellStart"/>
      <w:r w:rsidRPr="00C54EDB">
        <w:rPr>
          <w:rFonts w:cs="Arial"/>
          <w:sz w:val="20"/>
          <w:szCs w:val="20"/>
        </w:rPr>
        <w:t>dok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su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kapitalna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ulaganja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realizirana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manjim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dijelom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njihovo</w:t>
      </w:r>
      <w:proofErr w:type="spellEnd"/>
      <w:r w:rsidRPr="00C54EDB">
        <w:rPr>
          <w:rFonts w:cs="Arial"/>
          <w:sz w:val="20"/>
          <w:szCs w:val="20"/>
        </w:rPr>
        <w:t xml:space="preserve"> se </w:t>
      </w:r>
      <w:proofErr w:type="spellStart"/>
      <w:r w:rsidRPr="00C54EDB">
        <w:rPr>
          <w:rFonts w:cs="Arial"/>
          <w:sz w:val="20"/>
          <w:szCs w:val="20"/>
        </w:rPr>
        <w:t>intenzivnije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izvršenje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očekuje</w:t>
      </w:r>
      <w:proofErr w:type="spellEnd"/>
      <w:r w:rsidRPr="00C54EDB">
        <w:rPr>
          <w:rFonts w:cs="Arial"/>
          <w:sz w:val="20"/>
          <w:szCs w:val="20"/>
        </w:rPr>
        <w:t xml:space="preserve"> u </w:t>
      </w:r>
      <w:proofErr w:type="spellStart"/>
      <w:r w:rsidRPr="00C54EDB">
        <w:rPr>
          <w:rFonts w:cs="Arial"/>
          <w:sz w:val="20"/>
          <w:szCs w:val="20"/>
        </w:rPr>
        <w:t>nastavku</w:t>
      </w:r>
      <w:proofErr w:type="spellEnd"/>
      <w:r w:rsidRPr="00C54EDB">
        <w:rPr>
          <w:rFonts w:cs="Arial"/>
          <w:sz w:val="20"/>
          <w:szCs w:val="20"/>
        </w:rPr>
        <w:t xml:space="preserve"> </w:t>
      </w:r>
      <w:proofErr w:type="spellStart"/>
      <w:r w:rsidRPr="00C54EDB">
        <w:rPr>
          <w:rFonts w:cs="Arial"/>
          <w:sz w:val="20"/>
          <w:szCs w:val="20"/>
        </w:rPr>
        <w:t>godine</w:t>
      </w:r>
      <w:proofErr w:type="spellEnd"/>
      <w:r w:rsidRPr="00C54EDB">
        <w:rPr>
          <w:rFonts w:cs="Arial"/>
          <w:sz w:val="20"/>
          <w:szCs w:val="20"/>
        </w:rPr>
        <w:t>.</w:t>
      </w:r>
      <w:r w:rsidR="000E66CA">
        <w:rPr>
          <w:rFonts w:cs="Arial"/>
          <w:sz w:val="20"/>
          <w:szCs w:val="20"/>
        </w:rPr>
        <w:t xml:space="preserve"> </w:t>
      </w:r>
      <w:r w:rsidR="00647BB9" w:rsidRPr="00647BB9">
        <w:rPr>
          <w:sz w:val="20"/>
          <w:szCs w:val="20"/>
        </w:rPr>
        <w:t xml:space="preserve">Za </w:t>
      </w:r>
      <w:proofErr w:type="spellStart"/>
      <w:r w:rsidR="00647BB9" w:rsidRPr="00647BB9">
        <w:rPr>
          <w:sz w:val="20"/>
          <w:szCs w:val="20"/>
        </w:rPr>
        <w:t>realizaciju</w:t>
      </w:r>
      <w:proofErr w:type="spellEnd"/>
      <w:r w:rsidR="00647BB9" w:rsidRPr="00647BB9">
        <w:rPr>
          <w:sz w:val="20"/>
          <w:szCs w:val="20"/>
        </w:rPr>
        <w:t xml:space="preserve"> </w:t>
      </w:r>
      <w:proofErr w:type="spellStart"/>
      <w:r w:rsidR="00647BB9" w:rsidRPr="00647BB9">
        <w:rPr>
          <w:sz w:val="20"/>
          <w:szCs w:val="20"/>
        </w:rPr>
        <w:t>svoje</w:t>
      </w:r>
      <w:proofErr w:type="spellEnd"/>
      <w:r w:rsidR="00647BB9" w:rsidRPr="00647BB9">
        <w:rPr>
          <w:sz w:val="20"/>
          <w:szCs w:val="20"/>
        </w:rPr>
        <w:t xml:space="preserve"> </w:t>
      </w:r>
      <w:proofErr w:type="spellStart"/>
      <w:r w:rsidR="00647BB9" w:rsidRPr="00647BB9">
        <w:rPr>
          <w:sz w:val="20"/>
          <w:szCs w:val="20"/>
        </w:rPr>
        <w:t>djelatnosti</w:t>
      </w:r>
      <w:proofErr w:type="spellEnd"/>
      <w:r w:rsidR="00647BB9" w:rsidRPr="00647BB9">
        <w:rPr>
          <w:sz w:val="20"/>
          <w:szCs w:val="20"/>
        </w:rPr>
        <w:t xml:space="preserve"> </w:t>
      </w:r>
      <w:proofErr w:type="spellStart"/>
      <w:r w:rsidR="00647BB9" w:rsidRPr="00647BB9">
        <w:rPr>
          <w:sz w:val="20"/>
          <w:szCs w:val="20"/>
        </w:rPr>
        <w:t>i</w:t>
      </w:r>
      <w:proofErr w:type="spellEnd"/>
      <w:r w:rsidR="00647BB9" w:rsidRPr="00647BB9">
        <w:rPr>
          <w:sz w:val="20"/>
          <w:szCs w:val="20"/>
        </w:rPr>
        <w:t xml:space="preserve"> </w:t>
      </w:r>
      <w:proofErr w:type="spellStart"/>
      <w:r w:rsidR="00647BB9" w:rsidRPr="00647BB9">
        <w:rPr>
          <w:sz w:val="20"/>
          <w:szCs w:val="20"/>
        </w:rPr>
        <w:t>provedbu</w:t>
      </w:r>
      <w:proofErr w:type="spellEnd"/>
      <w:r w:rsidR="00647BB9" w:rsidRPr="00647BB9">
        <w:rPr>
          <w:sz w:val="20"/>
          <w:szCs w:val="20"/>
        </w:rPr>
        <w:t xml:space="preserve"> </w:t>
      </w:r>
      <w:proofErr w:type="spellStart"/>
      <w:r w:rsidR="00647BB9" w:rsidRPr="00647BB9">
        <w:rPr>
          <w:sz w:val="20"/>
          <w:szCs w:val="20"/>
        </w:rPr>
        <w:t>programa</w:t>
      </w:r>
      <w:proofErr w:type="spellEnd"/>
      <w:r w:rsidR="00647BB9" w:rsidRPr="00647BB9">
        <w:rPr>
          <w:sz w:val="20"/>
          <w:szCs w:val="20"/>
        </w:rPr>
        <w:t xml:space="preserve"> </w:t>
      </w:r>
      <w:proofErr w:type="spellStart"/>
      <w:r w:rsidR="00647BB9" w:rsidRPr="00647BB9">
        <w:rPr>
          <w:sz w:val="20"/>
          <w:szCs w:val="20"/>
        </w:rPr>
        <w:t>dječji</w:t>
      </w:r>
      <w:proofErr w:type="spellEnd"/>
      <w:r w:rsidR="00647BB9" w:rsidRPr="00647BB9">
        <w:rPr>
          <w:sz w:val="20"/>
          <w:szCs w:val="20"/>
        </w:rPr>
        <w:t xml:space="preserve"> </w:t>
      </w:r>
      <w:proofErr w:type="spellStart"/>
      <w:r w:rsidR="00647BB9" w:rsidRPr="00647BB9">
        <w:rPr>
          <w:sz w:val="20"/>
          <w:szCs w:val="20"/>
        </w:rPr>
        <w:t>vrtić</w:t>
      </w:r>
      <w:proofErr w:type="spellEnd"/>
      <w:r w:rsidR="00647BB9" w:rsidRPr="00647BB9">
        <w:rPr>
          <w:sz w:val="20"/>
          <w:szCs w:val="20"/>
        </w:rPr>
        <w:t xml:space="preserve"> ˝S</w:t>
      </w:r>
      <w:r w:rsidR="00647BB9">
        <w:rPr>
          <w:sz w:val="20"/>
          <w:szCs w:val="20"/>
        </w:rPr>
        <w:t>unce</w:t>
      </w:r>
      <w:r w:rsidR="00647BB9" w:rsidRPr="00647BB9">
        <w:rPr>
          <w:sz w:val="20"/>
          <w:szCs w:val="20"/>
        </w:rPr>
        <w:t xml:space="preserve"> je </w:t>
      </w:r>
      <w:proofErr w:type="spellStart"/>
      <w:r w:rsidR="00647BB9" w:rsidRPr="00647BB9">
        <w:rPr>
          <w:sz w:val="20"/>
          <w:szCs w:val="20"/>
        </w:rPr>
        <w:t>ostvari</w:t>
      </w:r>
      <w:r w:rsidR="00647BB9">
        <w:rPr>
          <w:sz w:val="20"/>
          <w:szCs w:val="20"/>
        </w:rPr>
        <w:t>lo</w:t>
      </w:r>
      <w:proofErr w:type="spellEnd"/>
      <w:r w:rsidR="00647BB9">
        <w:rPr>
          <w:sz w:val="20"/>
          <w:szCs w:val="20"/>
        </w:rPr>
        <w:t xml:space="preserve"> 38,39</w:t>
      </w:r>
      <w:r w:rsidR="00647BB9" w:rsidRPr="00647BB9">
        <w:rPr>
          <w:sz w:val="20"/>
          <w:szCs w:val="20"/>
        </w:rPr>
        <w:t xml:space="preserve">% </w:t>
      </w:r>
      <w:proofErr w:type="spellStart"/>
      <w:r w:rsidR="00647BB9" w:rsidRPr="00647BB9">
        <w:rPr>
          <w:sz w:val="20"/>
          <w:szCs w:val="20"/>
        </w:rPr>
        <w:t>planiranih</w:t>
      </w:r>
      <w:proofErr w:type="spellEnd"/>
      <w:r w:rsidR="00647BB9" w:rsidRPr="00647BB9">
        <w:rPr>
          <w:sz w:val="20"/>
          <w:szCs w:val="20"/>
        </w:rPr>
        <w:t xml:space="preserve"> </w:t>
      </w:r>
      <w:proofErr w:type="spellStart"/>
      <w:r w:rsidR="00647BB9" w:rsidRPr="00647BB9">
        <w:rPr>
          <w:sz w:val="20"/>
          <w:szCs w:val="20"/>
        </w:rPr>
        <w:t>prihoda</w:t>
      </w:r>
      <w:proofErr w:type="spellEnd"/>
      <w:r w:rsidR="00647BB9" w:rsidRPr="00647BB9">
        <w:rPr>
          <w:sz w:val="20"/>
          <w:szCs w:val="20"/>
        </w:rPr>
        <w:t xml:space="preserve"> </w:t>
      </w:r>
      <w:proofErr w:type="spellStart"/>
      <w:r w:rsidR="00647BB9" w:rsidRPr="00647BB9">
        <w:rPr>
          <w:sz w:val="20"/>
          <w:szCs w:val="20"/>
        </w:rPr>
        <w:t>i</w:t>
      </w:r>
      <w:proofErr w:type="spellEnd"/>
      <w:r w:rsidR="00647BB9" w:rsidRPr="00647BB9">
        <w:rPr>
          <w:sz w:val="20"/>
          <w:szCs w:val="20"/>
        </w:rPr>
        <w:t xml:space="preserve"> </w:t>
      </w:r>
      <w:r w:rsidR="00647BB9">
        <w:rPr>
          <w:sz w:val="20"/>
          <w:szCs w:val="20"/>
        </w:rPr>
        <w:t>38,68</w:t>
      </w:r>
      <w:r w:rsidR="00647BB9" w:rsidRPr="00647BB9">
        <w:rPr>
          <w:sz w:val="20"/>
          <w:szCs w:val="20"/>
        </w:rPr>
        <w:t xml:space="preserve">% </w:t>
      </w:r>
      <w:proofErr w:type="spellStart"/>
      <w:r w:rsidR="00647BB9" w:rsidRPr="00647BB9">
        <w:rPr>
          <w:sz w:val="20"/>
          <w:szCs w:val="20"/>
        </w:rPr>
        <w:t>planiranih</w:t>
      </w:r>
      <w:proofErr w:type="spellEnd"/>
      <w:r w:rsidR="00647BB9" w:rsidRPr="00647BB9">
        <w:rPr>
          <w:sz w:val="20"/>
          <w:szCs w:val="20"/>
        </w:rPr>
        <w:t xml:space="preserve"> </w:t>
      </w:r>
      <w:proofErr w:type="spellStart"/>
      <w:r w:rsidR="00647BB9" w:rsidRPr="00647BB9">
        <w:rPr>
          <w:sz w:val="20"/>
          <w:szCs w:val="20"/>
        </w:rPr>
        <w:t>rashoda</w:t>
      </w:r>
      <w:proofErr w:type="spellEnd"/>
      <w:r w:rsidR="00647BB9" w:rsidRPr="00647BB9">
        <w:rPr>
          <w:sz w:val="20"/>
          <w:szCs w:val="20"/>
        </w:rPr>
        <w:t xml:space="preserve">. </w:t>
      </w:r>
      <w:proofErr w:type="spellStart"/>
      <w:r w:rsidR="00647BB9" w:rsidRPr="00647BB9">
        <w:rPr>
          <w:sz w:val="20"/>
          <w:szCs w:val="20"/>
        </w:rPr>
        <w:t>Manjak</w:t>
      </w:r>
      <w:proofErr w:type="spellEnd"/>
      <w:r w:rsidR="00647BB9" w:rsidRPr="00647BB9">
        <w:rPr>
          <w:sz w:val="20"/>
          <w:szCs w:val="20"/>
        </w:rPr>
        <w:t xml:space="preserve"> </w:t>
      </w:r>
      <w:proofErr w:type="spellStart"/>
      <w:r w:rsidR="00647BB9" w:rsidRPr="00647BB9">
        <w:rPr>
          <w:sz w:val="20"/>
          <w:szCs w:val="20"/>
        </w:rPr>
        <w:t>prihoda</w:t>
      </w:r>
      <w:proofErr w:type="spellEnd"/>
      <w:r w:rsidR="00647BB9" w:rsidRPr="00647BB9">
        <w:rPr>
          <w:sz w:val="20"/>
          <w:szCs w:val="20"/>
        </w:rPr>
        <w:t xml:space="preserve"> </w:t>
      </w:r>
      <w:proofErr w:type="spellStart"/>
      <w:r w:rsidR="00647BB9" w:rsidRPr="00647BB9">
        <w:rPr>
          <w:sz w:val="20"/>
          <w:szCs w:val="20"/>
        </w:rPr>
        <w:t>i</w:t>
      </w:r>
      <w:proofErr w:type="spellEnd"/>
      <w:r w:rsidR="00647BB9" w:rsidRPr="00647BB9">
        <w:rPr>
          <w:sz w:val="20"/>
          <w:szCs w:val="20"/>
        </w:rPr>
        <w:t xml:space="preserve"> </w:t>
      </w:r>
      <w:proofErr w:type="spellStart"/>
      <w:r w:rsidR="00647BB9" w:rsidRPr="00647BB9">
        <w:rPr>
          <w:sz w:val="20"/>
          <w:szCs w:val="20"/>
        </w:rPr>
        <w:t>primitaka</w:t>
      </w:r>
      <w:proofErr w:type="spellEnd"/>
      <w:r w:rsidR="00647BB9" w:rsidRPr="00647BB9">
        <w:rPr>
          <w:sz w:val="20"/>
          <w:szCs w:val="20"/>
        </w:rPr>
        <w:t xml:space="preserve"> u </w:t>
      </w:r>
      <w:proofErr w:type="spellStart"/>
      <w:r w:rsidR="00647BB9">
        <w:rPr>
          <w:sz w:val="20"/>
          <w:szCs w:val="20"/>
        </w:rPr>
        <w:t>posmatranom</w:t>
      </w:r>
      <w:proofErr w:type="spellEnd"/>
      <w:r w:rsidR="00647BB9">
        <w:rPr>
          <w:sz w:val="20"/>
          <w:szCs w:val="20"/>
        </w:rPr>
        <w:t xml:space="preserve"> </w:t>
      </w:r>
      <w:proofErr w:type="spellStart"/>
      <w:r w:rsidR="00647BB9">
        <w:rPr>
          <w:sz w:val="20"/>
          <w:szCs w:val="20"/>
        </w:rPr>
        <w:t>razdoblju</w:t>
      </w:r>
      <w:proofErr w:type="spellEnd"/>
      <w:r w:rsidR="00647BB9" w:rsidRPr="00647BB9">
        <w:rPr>
          <w:sz w:val="20"/>
          <w:szCs w:val="20"/>
        </w:rPr>
        <w:t>.</w:t>
      </w:r>
      <w:r w:rsidR="000E66CA">
        <w:rPr>
          <w:sz w:val="20"/>
          <w:szCs w:val="20"/>
        </w:rPr>
        <w:t xml:space="preserve"> </w:t>
      </w:r>
      <w:proofErr w:type="spellStart"/>
      <w:r w:rsidR="00647BB9" w:rsidRPr="00647BB9">
        <w:rPr>
          <w:sz w:val="20"/>
          <w:szCs w:val="20"/>
        </w:rPr>
        <w:t>iznosi</w:t>
      </w:r>
      <w:proofErr w:type="spellEnd"/>
      <w:r w:rsidR="00647BB9" w:rsidRPr="00647BB9">
        <w:rPr>
          <w:sz w:val="20"/>
          <w:szCs w:val="20"/>
        </w:rPr>
        <w:t xml:space="preserve"> </w:t>
      </w:r>
      <w:r w:rsidR="00647BB9">
        <w:rPr>
          <w:sz w:val="20"/>
          <w:szCs w:val="20"/>
        </w:rPr>
        <w:t xml:space="preserve">23.478,72 </w:t>
      </w:r>
      <w:proofErr w:type="gramStart"/>
      <w:r w:rsidR="00647BB9">
        <w:rPr>
          <w:sz w:val="20"/>
          <w:szCs w:val="20"/>
        </w:rPr>
        <w:t>EUR</w:t>
      </w:r>
      <w:r w:rsidR="00647BB9" w:rsidRPr="00647BB9">
        <w:rPr>
          <w:sz w:val="20"/>
          <w:szCs w:val="20"/>
        </w:rPr>
        <w:t xml:space="preserve"> ,</w:t>
      </w:r>
      <w:proofErr w:type="gramEnd"/>
      <w:r w:rsidR="00647BB9" w:rsidRPr="00647BB9">
        <w:rPr>
          <w:sz w:val="20"/>
          <w:szCs w:val="20"/>
        </w:rPr>
        <w:t xml:space="preserve"> a </w:t>
      </w:r>
      <w:proofErr w:type="spellStart"/>
      <w:r w:rsidR="00647BB9" w:rsidRPr="00647BB9">
        <w:rPr>
          <w:sz w:val="20"/>
          <w:szCs w:val="20"/>
        </w:rPr>
        <w:t>preneseni</w:t>
      </w:r>
      <w:proofErr w:type="spellEnd"/>
      <w:r w:rsidR="00647BB9" w:rsidRPr="00647BB9">
        <w:rPr>
          <w:sz w:val="20"/>
          <w:szCs w:val="20"/>
        </w:rPr>
        <w:t xml:space="preserve"> </w:t>
      </w:r>
      <w:proofErr w:type="spellStart"/>
      <w:r w:rsidR="00647BB9" w:rsidRPr="00647BB9">
        <w:rPr>
          <w:sz w:val="20"/>
          <w:szCs w:val="20"/>
        </w:rPr>
        <w:t>manjak</w:t>
      </w:r>
      <w:proofErr w:type="spellEnd"/>
      <w:r w:rsidR="00647BB9" w:rsidRPr="00647BB9">
        <w:rPr>
          <w:sz w:val="20"/>
          <w:szCs w:val="20"/>
        </w:rPr>
        <w:t xml:space="preserve"> </w:t>
      </w:r>
      <w:proofErr w:type="spellStart"/>
      <w:r w:rsidR="00647BB9" w:rsidRPr="00647BB9">
        <w:rPr>
          <w:sz w:val="20"/>
          <w:szCs w:val="20"/>
        </w:rPr>
        <w:t>iz</w:t>
      </w:r>
      <w:proofErr w:type="spellEnd"/>
      <w:r w:rsidR="00647BB9" w:rsidRPr="00647BB9">
        <w:rPr>
          <w:sz w:val="20"/>
          <w:szCs w:val="20"/>
        </w:rPr>
        <w:t xml:space="preserve"> </w:t>
      </w:r>
      <w:proofErr w:type="spellStart"/>
      <w:r w:rsidR="00647BB9" w:rsidRPr="00647BB9">
        <w:rPr>
          <w:sz w:val="20"/>
          <w:szCs w:val="20"/>
        </w:rPr>
        <w:t>prethodnih</w:t>
      </w:r>
      <w:proofErr w:type="spellEnd"/>
      <w:r w:rsidR="00647BB9" w:rsidRPr="00647BB9">
        <w:rPr>
          <w:sz w:val="20"/>
          <w:szCs w:val="20"/>
        </w:rPr>
        <w:t xml:space="preserve"> </w:t>
      </w:r>
      <w:proofErr w:type="spellStart"/>
      <w:r w:rsidR="00647BB9" w:rsidRPr="00647BB9">
        <w:rPr>
          <w:sz w:val="20"/>
          <w:szCs w:val="20"/>
        </w:rPr>
        <w:t>godina</w:t>
      </w:r>
      <w:proofErr w:type="spellEnd"/>
      <w:r w:rsidR="00647BB9" w:rsidRPr="00647BB9">
        <w:rPr>
          <w:sz w:val="20"/>
          <w:szCs w:val="20"/>
        </w:rPr>
        <w:t xml:space="preserve"> </w:t>
      </w:r>
      <w:proofErr w:type="spellStart"/>
      <w:r w:rsidR="00647BB9" w:rsidRPr="00647BB9">
        <w:rPr>
          <w:sz w:val="20"/>
          <w:szCs w:val="20"/>
        </w:rPr>
        <w:t>iznosi</w:t>
      </w:r>
      <w:proofErr w:type="spellEnd"/>
      <w:r w:rsidR="00647BB9" w:rsidRPr="00647BB9">
        <w:rPr>
          <w:sz w:val="20"/>
          <w:szCs w:val="20"/>
        </w:rPr>
        <w:t xml:space="preserve"> </w:t>
      </w:r>
      <w:r w:rsidR="000E66CA">
        <w:rPr>
          <w:sz w:val="20"/>
          <w:szCs w:val="20"/>
        </w:rPr>
        <w:t>296</w:t>
      </w:r>
      <w:r w:rsidR="00647BB9">
        <w:rPr>
          <w:sz w:val="20"/>
          <w:szCs w:val="20"/>
        </w:rPr>
        <w:t>.533,93</w:t>
      </w:r>
      <w:r w:rsidR="00647BB9" w:rsidRPr="00647BB9">
        <w:rPr>
          <w:sz w:val="20"/>
          <w:szCs w:val="20"/>
        </w:rPr>
        <w:t xml:space="preserve"> </w:t>
      </w:r>
      <w:r w:rsidR="00647BB9">
        <w:rPr>
          <w:sz w:val="20"/>
          <w:szCs w:val="20"/>
        </w:rPr>
        <w:t>EUR</w:t>
      </w:r>
      <w:r w:rsidR="00647BB9" w:rsidRPr="00647BB9">
        <w:rPr>
          <w:sz w:val="20"/>
          <w:szCs w:val="20"/>
        </w:rPr>
        <w:t xml:space="preserve">. </w:t>
      </w:r>
      <w:proofErr w:type="spellStart"/>
      <w:r w:rsidR="00647BB9" w:rsidRPr="00647BB9">
        <w:rPr>
          <w:sz w:val="20"/>
          <w:szCs w:val="20"/>
        </w:rPr>
        <w:t>Sveukupan</w:t>
      </w:r>
      <w:proofErr w:type="spellEnd"/>
      <w:r w:rsidR="00647BB9" w:rsidRPr="00647BB9">
        <w:rPr>
          <w:sz w:val="20"/>
          <w:szCs w:val="20"/>
        </w:rPr>
        <w:t xml:space="preserve"> </w:t>
      </w:r>
      <w:proofErr w:type="spellStart"/>
      <w:r w:rsidR="00647BB9" w:rsidRPr="00647BB9">
        <w:rPr>
          <w:sz w:val="20"/>
          <w:szCs w:val="20"/>
        </w:rPr>
        <w:t>manjak</w:t>
      </w:r>
      <w:proofErr w:type="spellEnd"/>
      <w:r w:rsidR="00647BB9" w:rsidRPr="00647BB9">
        <w:rPr>
          <w:sz w:val="20"/>
          <w:szCs w:val="20"/>
        </w:rPr>
        <w:t xml:space="preserve"> </w:t>
      </w:r>
      <w:proofErr w:type="spellStart"/>
      <w:r w:rsidR="00647BB9" w:rsidRPr="00647BB9">
        <w:rPr>
          <w:sz w:val="20"/>
          <w:szCs w:val="20"/>
        </w:rPr>
        <w:t>prihoda</w:t>
      </w:r>
      <w:proofErr w:type="spellEnd"/>
      <w:r w:rsidR="00647BB9" w:rsidRPr="00647BB9">
        <w:rPr>
          <w:sz w:val="20"/>
          <w:szCs w:val="20"/>
        </w:rPr>
        <w:t xml:space="preserve"> </w:t>
      </w:r>
      <w:proofErr w:type="spellStart"/>
      <w:r w:rsidR="00647BB9" w:rsidRPr="00647BB9">
        <w:rPr>
          <w:sz w:val="20"/>
          <w:szCs w:val="20"/>
        </w:rPr>
        <w:t>i</w:t>
      </w:r>
      <w:proofErr w:type="spellEnd"/>
      <w:r w:rsidR="00647BB9" w:rsidRPr="00647BB9">
        <w:rPr>
          <w:sz w:val="20"/>
          <w:szCs w:val="20"/>
        </w:rPr>
        <w:t xml:space="preserve"> </w:t>
      </w:r>
      <w:proofErr w:type="spellStart"/>
      <w:r w:rsidR="00647BB9" w:rsidRPr="00647BB9">
        <w:rPr>
          <w:sz w:val="20"/>
          <w:szCs w:val="20"/>
        </w:rPr>
        <w:t>primitaka</w:t>
      </w:r>
      <w:proofErr w:type="spellEnd"/>
      <w:r w:rsidR="00647BB9" w:rsidRPr="00647BB9">
        <w:rPr>
          <w:sz w:val="20"/>
          <w:szCs w:val="20"/>
        </w:rPr>
        <w:t xml:space="preserve"> u </w:t>
      </w:r>
      <w:proofErr w:type="spellStart"/>
      <w:r w:rsidR="00647BB9" w:rsidRPr="00647BB9">
        <w:rPr>
          <w:sz w:val="20"/>
          <w:szCs w:val="20"/>
        </w:rPr>
        <w:t>sljedećem</w:t>
      </w:r>
      <w:proofErr w:type="spellEnd"/>
      <w:r w:rsidR="00647BB9" w:rsidRPr="00647BB9">
        <w:rPr>
          <w:sz w:val="20"/>
          <w:szCs w:val="20"/>
        </w:rPr>
        <w:t xml:space="preserve"> </w:t>
      </w:r>
      <w:proofErr w:type="spellStart"/>
      <w:r w:rsidR="00647BB9" w:rsidRPr="00647BB9">
        <w:rPr>
          <w:sz w:val="20"/>
          <w:szCs w:val="20"/>
        </w:rPr>
        <w:t>razdoblju</w:t>
      </w:r>
      <w:proofErr w:type="spellEnd"/>
      <w:r w:rsidR="00647BB9" w:rsidRPr="00647BB9">
        <w:rPr>
          <w:sz w:val="20"/>
          <w:szCs w:val="20"/>
        </w:rPr>
        <w:t xml:space="preserve"> </w:t>
      </w:r>
      <w:proofErr w:type="spellStart"/>
      <w:r w:rsidR="00647BB9" w:rsidRPr="00647BB9">
        <w:rPr>
          <w:sz w:val="20"/>
          <w:szCs w:val="20"/>
        </w:rPr>
        <w:t>iznosi</w:t>
      </w:r>
      <w:proofErr w:type="spellEnd"/>
      <w:r w:rsidR="00647BB9" w:rsidRPr="00647BB9">
        <w:rPr>
          <w:sz w:val="20"/>
          <w:szCs w:val="20"/>
        </w:rPr>
        <w:t xml:space="preserve"> </w:t>
      </w:r>
      <w:r w:rsidR="00647BB9">
        <w:rPr>
          <w:sz w:val="20"/>
          <w:szCs w:val="20"/>
        </w:rPr>
        <w:t>320.012</w:t>
      </w:r>
      <w:r w:rsidR="00D072F1">
        <w:rPr>
          <w:sz w:val="20"/>
          <w:szCs w:val="20"/>
        </w:rPr>
        <w:t>,65 EUR.</w:t>
      </w:r>
    </w:p>
    <w:p w14:paraId="0A2F1C56" w14:textId="77777777" w:rsidR="00D072F1" w:rsidRDefault="00D072F1">
      <w:pPr>
        <w:rPr>
          <w:sz w:val="20"/>
          <w:szCs w:val="20"/>
        </w:rPr>
      </w:pPr>
    </w:p>
    <w:p w14:paraId="6C076B81" w14:textId="77777777" w:rsidR="00D072F1" w:rsidRDefault="00D072F1">
      <w:pPr>
        <w:rPr>
          <w:sz w:val="20"/>
          <w:szCs w:val="20"/>
        </w:rPr>
      </w:pPr>
    </w:p>
    <w:p w14:paraId="61B35EE8" w14:textId="77777777" w:rsidR="00D072F1" w:rsidRDefault="00D072F1">
      <w:pPr>
        <w:rPr>
          <w:sz w:val="20"/>
          <w:szCs w:val="20"/>
        </w:rPr>
      </w:pPr>
    </w:p>
    <w:p w14:paraId="5625B038" w14:textId="77777777" w:rsidR="00D072F1" w:rsidRPr="00647BB9" w:rsidRDefault="00D072F1">
      <w:pPr>
        <w:rPr>
          <w:rFonts w:cs="Arial"/>
          <w:sz w:val="20"/>
          <w:szCs w:val="20"/>
        </w:rPr>
      </w:pPr>
    </w:p>
    <w:p w14:paraId="4342C859" w14:textId="7EE63692" w:rsidR="00A279ED" w:rsidRDefault="00000000" w:rsidP="00D072F1">
      <w:pPr>
        <w:ind w:left="4320" w:firstLine="720"/>
        <w:jc w:val="center"/>
        <w:rPr>
          <w:rFonts w:cs="Arial"/>
          <w:sz w:val="20"/>
          <w:szCs w:val="20"/>
        </w:rPr>
      </w:pPr>
      <w:proofErr w:type="spellStart"/>
      <w:r w:rsidRPr="00C54EDB">
        <w:rPr>
          <w:rFonts w:cs="Arial"/>
          <w:sz w:val="20"/>
          <w:szCs w:val="20"/>
        </w:rPr>
        <w:t>Ravnatelj</w:t>
      </w:r>
      <w:proofErr w:type="spellEnd"/>
      <w:r w:rsidRPr="00C54EDB">
        <w:rPr>
          <w:rFonts w:cs="Arial"/>
          <w:sz w:val="20"/>
          <w:szCs w:val="20"/>
        </w:rPr>
        <w:t>/</w:t>
      </w:r>
      <w:proofErr w:type="spellStart"/>
      <w:r w:rsidRPr="00C54EDB">
        <w:rPr>
          <w:rFonts w:cs="Arial"/>
          <w:sz w:val="20"/>
          <w:szCs w:val="20"/>
        </w:rPr>
        <w:t>ica</w:t>
      </w:r>
      <w:proofErr w:type="spellEnd"/>
      <w:r w:rsidRPr="00C54EDB">
        <w:rPr>
          <w:rFonts w:cs="Arial"/>
          <w:sz w:val="20"/>
          <w:szCs w:val="20"/>
        </w:rPr>
        <w:t>:</w:t>
      </w:r>
    </w:p>
    <w:p w14:paraId="16BAE035" w14:textId="741CD474" w:rsidR="00D072F1" w:rsidRPr="00D072F1" w:rsidRDefault="00D072F1" w:rsidP="00D072F1">
      <w:pPr>
        <w:ind w:left="4248" w:firstLine="708"/>
        <w:jc w:val="center"/>
        <w:rPr>
          <w:rFonts w:cs="Arial"/>
          <w:sz w:val="22"/>
        </w:rPr>
      </w:pPr>
      <w:r w:rsidRPr="00D072F1">
        <w:rPr>
          <w:rFonts w:cs="Arial"/>
          <w:sz w:val="22"/>
        </w:rPr>
        <w:t xml:space="preserve">Mirjana </w:t>
      </w:r>
      <w:proofErr w:type="spellStart"/>
      <w:r w:rsidRPr="00D072F1">
        <w:rPr>
          <w:rFonts w:cs="Arial"/>
          <w:sz w:val="22"/>
        </w:rPr>
        <w:t>Miočić</w:t>
      </w:r>
      <w:proofErr w:type="spellEnd"/>
      <w:r w:rsidRPr="00D072F1">
        <w:rPr>
          <w:rFonts w:cs="Arial"/>
          <w:sz w:val="22"/>
        </w:rPr>
        <w:t xml:space="preserve"> univ. spec. </w:t>
      </w:r>
      <w:proofErr w:type="spellStart"/>
      <w:r w:rsidRPr="00D072F1">
        <w:rPr>
          <w:rFonts w:cs="Arial"/>
          <w:sz w:val="22"/>
        </w:rPr>
        <w:t>paed</w:t>
      </w:r>
      <w:proofErr w:type="spellEnd"/>
      <w:proofErr w:type="gramStart"/>
      <w:r w:rsidRPr="00D072F1">
        <w:rPr>
          <w:rFonts w:cs="Arial"/>
          <w:sz w:val="22"/>
        </w:rPr>
        <w:t>.,mag.</w:t>
      </w:r>
      <w:proofErr w:type="gramEnd"/>
      <w:r w:rsidRPr="00D072F1">
        <w:rPr>
          <w:rFonts w:cs="Arial"/>
          <w:sz w:val="22"/>
        </w:rPr>
        <w:t xml:space="preserve"> </w:t>
      </w:r>
      <w:proofErr w:type="spellStart"/>
      <w:r w:rsidRPr="00D072F1">
        <w:rPr>
          <w:rFonts w:cs="Arial"/>
          <w:sz w:val="22"/>
        </w:rPr>
        <w:t>praesc</w:t>
      </w:r>
      <w:proofErr w:type="spellEnd"/>
      <w:r w:rsidRPr="00D072F1">
        <w:rPr>
          <w:rFonts w:cs="Arial"/>
          <w:sz w:val="22"/>
        </w:rPr>
        <w:t>. educ.</w:t>
      </w:r>
    </w:p>
    <w:p w14:paraId="52AA3CB8" w14:textId="1A381225" w:rsidR="00D072F1" w:rsidRPr="00C54EDB" w:rsidRDefault="00D072F1">
      <w:pPr>
        <w:jc w:val="right"/>
        <w:rPr>
          <w:rFonts w:cs="Arial"/>
          <w:sz w:val="20"/>
          <w:szCs w:val="20"/>
        </w:rPr>
      </w:pPr>
    </w:p>
    <w:sectPr w:rsidR="00D072F1" w:rsidRPr="00C54EDB" w:rsidSect="00034616">
      <w:headerReference w:type="default" r:id="rId8"/>
      <w:footerReference w:type="default" r:id="rId9"/>
      <w:pgSz w:w="12240" w:h="15840"/>
      <w:pgMar w:top="1134" w:right="1020" w:bottom="1020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B5883" w14:textId="77777777" w:rsidR="00883A2C" w:rsidRDefault="00883A2C">
      <w:pPr>
        <w:spacing w:after="0" w:line="240" w:lineRule="auto"/>
      </w:pPr>
      <w:r>
        <w:separator/>
      </w:r>
    </w:p>
  </w:endnote>
  <w:endnote w:type="continuationSeparator" w:id="0">
    <w:p w14:paraId="750C0A3A" w14:textId="77777777" w:rsidR="00883A2C" w:rsidRDefault="00883A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6BB37" w14:textId="77777777" w:rsidR="00A279ED" w:rsidRDefault="00000000">
    <w:pPr>
      <w:pStyle w:val="Footer"/>
      <w:jc w:val="center"/>
    </w:pPr>
    <w:proofErr w:type="spellStart"/>
    <w:r>
      <w:rPr>
        <w:color w:val="646464"/>
        <w:sz w:val="16"/>
      </w:rPr>
      <w:t>Polugodišnji</w:t>
    </w:r>
    <w:proofErr w:type="spellEnd"/>
    <w:r>
      <w:rPr>
        <w:color w:val="646464"/>
        <w:sz w:val="16"/>
      </w:rPr>
      <w:t xml:space="preserve"> </w:t>
    </w:r>
    <w:proofErr w:type="spellStart"/>
    <w:r>
      <w:rPr>
        <w:color w:val="646464"/>
        <w:sz w:val="16"/>
      </w:rPr>
      <w:t>izvještaj</w:t>
    </w:r>
    <w:proofErr w:type="spellEnd"/>
    <w:r>
      <w:rPr>
        <w:color w:val="646464"/>
        <w:sz w:val="16"/>
      </w:rPr>
      <w:t xml:space="preserve"> o </w:t>
    </w:r>
    <w:proofErr w:type="spellStart"/>
    <w:r>
      <w:rPr>
        <w:color w:val="646464"/>
        <w:sz w:val="16"/>
      </w:rPr>
      <w:t>izvršenju</w:t>
    </w:r>
    <w:proofErr w:type="spellEnd"/>
    <w:r>
      <w:rPr>
        <w:color w:val="646464"/>
        <w:sz w:val="16"/>
      </w:rPr>
      <w:t xml:space="preserve"> </w:t>
    </w:r>
    <w:proofErr w:type="spellStart"/>
    <w:r>
      <w:rPr>
        <w:color w:val="646464"/>
        <w:sz w:val="16"/>
      </w:rPr>
      <w:t>financijskog</w:t>
    </w:r>
    <w:proofErr w:type="spellEnd"/>
    <w:r>
      <w:rPr>
        <w:color w:val="646464"/>
        <w:sz w:val="16"/>
      </w:rPr>
      <w:t xml:space="preserve"> plana za 2026. </w:t>
    </w:r>
    <w:proofErr w:type="spellStart"/>
    <w:proofErr w:type="gramStart"/>
    <w:r>
      <w:rPr>
        <w:color w:val="646464"/>
        <w:sz w:val="16"/>
      </w:rPr>
      <w:t>godinu</w:t>
    </w:r>
    <w:proofErr w:type="spellEnd"/>
    <w:r>
      <w:rPr>
        <w:color w:val="646464"/>
        <w:sz w:val="16"/>
      </w:rPr>
      <w:t xml:space="preserve">  |</w:t>
    </w:r>
    <w:proofErr w:type="gramEnd"/>
    <w:r>
      <w:rPr>
        <w:color w:val="646464"/>
        <w:sz w:val="16"/>
      </w:rPr>
      <w:t xml:space="preserve">  </w:t>
    </w:r>
    <w:r>
      <w:fldChar w:fldCharType="begin"/>
    </w:r>
    <w:r>
      <w:instrText>PAGE</w:instrText>
    </w:r>
    <w:r>
      <w:fldChar w:fldCharType="separate"/>
    </w:r>
    <w:r w:rsidR="00C93F0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2DDBB" w14:textId="77777777" w:rsidR="00883A2C" w:rsidRDefault="00883A2C">
      <w:pPr>
        <w:spacing w:after="0" w:line="240" w:lineRule="auto"/>
      </w:pPr>
      <w:r>
        <w:separator/>
      </w:r>
    </w:p>
  </w:footnote>
  <w:footnote w:type="continuationSeparator" w:id="0">
    <w:p w14:paraId="4E63E280" w14:textId="77777777" w:rsidR="00883A2C" w:rsidRDefault="00883A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353C5" w14:textId="77777777" w:rsidR="00A279ED" w:rsidRDefault="00000000">
    <w:pPr>
      <w:pStyle w:val="Header"/>
      <w:jc w:val="right"/>
    </w:pPr>
    <w:r>
      <w:rPr>
        <w:b/>
        <w:color w:val="595959"/>
        <w:sz w:val="16"/>
      </w:rPr>
      <w:t>DJEČJI VRTIĆ SUNCE ZADAR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17878489">
    <w:abstractNumId w:val="8"/>
  </w:num>
  <w:num w:numId="2" w16cid:durableId="123936098">
    <w:abstractNumId w:val="6"/>
  </w:num>
  <w:num w:numId="3" w16cid:durableId="1701013113">
    <w:abstractNumId w:val="5"/>
  </w:num>
  <w:num w:numId="4" w16cid:durableId="1188643107">
    <w:abstractNumId w:val="4"/>
  </w:num>
  <w:num w:numId="5" w16cid:durableId="706100020">
    <w:abstractNumId w:val="7"/>
  </w:num>
  <w:num w:numId="6" w16cid:durableId="1794865657">
    <w:abstractNumId w:val="3"/>
  </w:num>
  <w:num w:numId="7" w16cid:durableId="1173684767">
    <w:abstractNumId w:val="2"/>
  </w:num>
  <w:num w:numId="8" w16cid:durableId="853153115">
    <w:abstractNumId w:val="1"/>
  </w:num>
  <w:num w:numId="9" w16cid:durableId="249581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66CA"/>
    <w:rsid w:val="000F478C"/>
    <w:rsid w:val="0015074B"/>
    <w:rsid w:val="001E1C92"/>
    <w:rsid w:val="0029639D"/>
    <w:rsid w:val="00326F90"/>
    <w:rsid w:val="00447B38"/>
    <w:rsid w:val="004A7ADF"/>
    <w:rsid w:val="005B2087"/>
    <w:rsid w:val="00647BB9"/>
    <w:rsid w:val="006B0EE1"/>
    <w:rsid w:val="006F388A"/>
    <w:rsid w:val="00883A2C"/>
    <w:rsid w:val="009E0145"/>
    <w:rsid w:val="009E3581"/>
    <w:rsid w:val="00A279ED"/>
    <w:rsid w:val="00AA1D8D"/>
    <w:rsid w:val="00AC16DC"/>
    <w:rsid w:val="00AF14F1"/>
    <w:rsid w:val="00B47730"/>
    <w:rsid w:val="00BA0725"/>
    <w:rsid w:val="00C54EDB"/>
    <w:rsid w:val="00C93F08"/>
    <w:rsid w:val="00CB0664"/>
    <w:rsid w:val="00D072F1"/>
    <w:rsid w:val="00D37461"/>
    <w:rsid w:val="00DD7757"/>
    <w:rsid w:val="00E33C8B"/>
    <w:rsid w:val="00EA5A69"/>
    <w:rsid w:val="00EC58A5"/>
    <w:rsid w:val="00F245A7"/>
    <w:rsid w:val="00FA610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05729C"/>
  <w14:defaultImageDpi w14:val="300"/>
  <w15:docId w15:val="{E8647D7A-8E6F-40E7-8AA4-2F331A966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1F4E7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F5597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0404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before="200" w:line="240" w:lineRule="auto"/>
      <w:contextualSpacing/>
    </w:pPr>
    <w:rPr>
      <w:rFonts w:asciiTheme="majorHAnsi" w:eastAsiaTheme="majorEastAsia" w:hAnsiTheme="majorHAnsi" w:cstheme="majorBidi"/>
      <w:b/>
      <w:color w:val="1F4E78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5B2087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2648</Words>
  <Characters>15100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17713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Sunce-PC3</cp:lastModifiedBy>
  <cp:revision>6</cp:revision>
  <cp:lastPrinted>2026-07-30T10:51:00Z</cp:lastPrinted>
  <dcterms:created xsi:type="dcterms:W3CDTF">2013-12-23T23:15:00Z</dcterms:created>
  <dcterms:modified xsi:type="dcterms:W3CDTF">2026-07-31T08:19:00Z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72a914bc-507a-4128-a922-1c72d8fedc9a</vt:lpwstr>
  </property>
</Properties>
</file>